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PICO Business Device Manager simplifies extended reality integration for enterprises</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The introduction of the PICO Business Device Manager has marked a significant development in the adoption of extended reality (XR) technologies within enterprise environments. Announced at AWE EU 2024, this innovative platform aims to simplify the management of XR devices, addressing a crucial need as companies increasingly look to harness XR for training, product development, collaboration, and customer engagement.</w:t>
      </w:r>
      <w:r/>
    </w:p>
    <w:p>
      <w:r/>
      <w:r>
        <w:t>Traditionally, enterprises have faced challenges when integrating XR technologies into their operations. While many mobile device management (MDM) platforms have been utilised to oversee traditional hardware such as smartphones and tablets, these systems often fall short when it comes to supporting the unique requirements of XR technologies. As companies grapple with securing content and software while enhancing user experiences, PICO's new solution strives to fill this gap.</w:t>
      </w:r>
      <w:r/>
    </w:p>
    <w:p>
      <w:r/>
      <w:r>
        <w:t>The PICO Business Device Manager differentiates itself as a comprehensive, enterprise-ready platform that facilitates the management of devices, user accounts, and content all in one place. Unlike existing solutions, such as ArborXR and ManageXR, which cater solely to XR management, PICO's platform allows for a deeper integration and tailored user experience. It has been designed specifically to enhance security, streamline operations, and improve the overall XR adoption process in business settings.</w:t>
      </w:r>
      <w:r/>
    </w:p>
    <w:p>
      <w:r/>
      <w:r>
        <w:t>The platform encompasses several notable features. It offers an easy-to-navigate dashboard that provides insights into device health, user access, and content management. Its features allow businesses to implement batch enrollment for device setup, affording significant time savings compared to manual processes. Furthermore, even in instances where devices undergo factory resets, the PICO Device Manager ensures administrative access remains intact, thus providing organisations with enhanced control over their assets.</w:t>
      </w:r>
      <w:r/>
    </w:p>
    <w:p>
      <w:r/>
      <w:r>
        <w:t>Security is a paramount concern in any enterprise deployment, and the PICO Business Device Manager addresses this by allowing the creation of customizable user roles. This feature empowers administrators to establish varying security protocols based on individual employees’ needs, thus preventing unauthorised app downloads or access while enabling single sign-on options integrated with corporate email systems. The absence of multi-factor authentication has been noted as an area for potential enhancement, but it suggests a forward-looking approach to improving security in future updates.</w:t>
      </w:r>
      <w:r/>
    </w:p>
    <w:p>
      <w:r/>
      <w:r>
        <w:t>In addition to device management, the platform includes advanced content management capabilities, allowing users to curate a central library that encompasses applications, files, virtual resources, and more. By enabling the integration of third-party software and applications, the PICO Business Device Manager enhances productivity and collaboration across teams.</w:t>
      </w:r>
      <w:r/>
    </w:p>
    <w:p>
      <w:r/>
      <w:r>
        <w:t>Currently in the early stages of its rollout, PICO has not yet disclosed specific pricing details for the Business Device Manager. However, the platform is expected to become available globally soon, compatible with PICO’s latest XR hardware. Initial users are offered a 12-month free trial, encouraging early adoption.</w:t>
      </w:r>
      <w:r/>
    </w:p>
    <w:p>
      <w:r/>
      <w:r>
        <w:t>In conclusion, while PICO is not the first company to delve into MDM for XR technologies, its Business Device Manager stands out as a robust and sophisticated tool tailored for enterprise use. By addressing both the administrative and security challenges associated with XR deployment, PICO has positioned itself to support businesses as they navigate the complexities of integrating extended reality into their operations. As more companies seek to unlock the advantages of XR, solutions such as the PICO Business Device Manager are likely to play a crucial role in shaping the future of enterprise technology management.</w:t>
      </w:r>
      <w:r/>
    </w:p>
    <w:p>
      <w:r/>
      <w:r>
        <w:t xml:space="preserve">Source: </w:t>
      </w:r>
      <w:hyperlink r:id="rId9">
        <w:r>
          <w:rPr>
            <w:color w:val="0000EE"/>
            <w:u w:val="single"/>
          </w:rPr>
          <w:t>Noah Wire Services</w:t>
        </w:r>
      </w:hyperlink>
      <w:r/>
    </w:p>
    <w:p>
      <w:pPr>
        <w:pStyle w:val="Heading2"/>
      </w:pPr>
      <w:r>
        <w:t>Bibliography</w:t>
      </w:r>
      <w:r/>
      <w:r/>
    </w:p>
    <w:p>
      <w:pPr>
        <w:pStyle w:val="ListNumber"/>
        <w:numPr>
          <w:ilvl w:val="0"/>
          <w:numId w:val="14"/>
        </w:numPr>
        <w:spacing w:line="240" w:lineRule="auto"/>
        <w:ind w:left="720"/>
      </w:pPr>
      <w:r/>
      <w:hyperlink r:id="rId10">
        <w:r>
          <w:rPr>
            <w:color w:val="0000EE"/>
            <w:u w:val="single"/>
          </w:rPr>
          <w:t>https://www.picoxr.com/global/about/newsroom/enterprise-xr-management</w:t>
        </w:r>
      </w:hyperlink>
      <w:r>
        <w:t xml:space="preserve"> - Announcement of the PICO Business Device Manager, its features, and its role in simplifying XR device management for enterprises.</w:t>
      </w:r>
      <w:r/>
    </w:p>
    <w:p>
      <w:pPr>
        <w:pStyle w:val="ListNumber"/>
        <w:spacing w:line="240" w:lineRule="auto"/>
        <w:ind w:left="720"/>
      </w:pPr>
      <w:r/>
      <w:hyperlink r:id="rId11">
        <w:r>
          <w:rPr>
            <w:color w:val="0000EE"/>
            <w:u w:val="single"/>
          </w:rPr>
          <w:t>https://www.xrtoday.com/mixed-reality/pico-debuts-enterprise-ready-mdm-platform-for-headset-awe-eu-24/</w:t>
        </w:r>
      </w:hyperlink>
      <w:r>
        <w:t xml:space="preserve"> - Details on the launch of PICO Business Device Manager at AWE EU 2024, its features, and its impact on enterprise XR adoption.</w:t>
      </w:r>
      <w:r/>
    </w:p>
    <w:p>
      <w:pPr>
        <w:pStyle w:val="ListNumber"/>
        <w:spacing w:line="240" w:lineRule="auto"/>
        <w:ind w:left="720"/>
      </w:pPr>
      <w:r/>
      <w:hyperlink r:id="rId12">
        <w:r>
          <w:rPr>
            <w:color w:val="0000EE"/>
            <w:u w:val="single"/>
          </w:rPr>
          <w:t>https://www.xrtoday.com/reviews/pico-business-device-manager-review-simplifying-xr-management/</w:t>
        </w:r>
      </w:hyperlink>
      <w:r>
        <w:t xml:space="preserve"> - Review of the PICO Business Device Manager, highlighting its comprehensive features for device, account, and content management.</w:t>
      </w:r>
      <w:r/>
    </w:p>
    <w:p>
      <w:pPr>
        <w:pStyle w:val="ListNumber"/>
        <w:spacing w:line="240" w:lineRule="auto"/>
        <w:ind w:left="720"/>
      </w:pPr>
      <w:r/>
      <w:hyperlink r:id="rId10">
        <w:r>
          <w:rPr>
            <w:color w:val="0000EE"/>
            <w:u w:val="single"/>
          </w:rPr>
          <w:t>https://www.picoxr.com/global/about/newsroom/enterprise-xr-management</w:t>
        </w:r>
      </w:hyperlink>
      <w:r>
        <w:t xml:space="preserve"> - Information on the platform's ability to maintain administrative access even after factory resets and its customizable user roles for enhanced security.</w:t>
      </w:r>
      <w:r/>
    </w:p>
    <w:p>
      <w:pPr>
        <w:pStyle w:val="ListNumber"/>
        <w:spacing w:line="240" w:lineRule="auto"/>
        <w:ind w:left="720"/>
      </w:pPr>
      <w:r/>
      <w:hyperlink r:id="rId11">
        <w:r>
          <w:rPr>
            <w:color w:val="0000EE"/>
            <w:u w:val="single"/>
          </w:rPr>
          <w:t>https://www.xrtoday.com/mixed-reality/pico-debuts-enterprise-ready-mdm-platform-for-headset-awe-eu-24/</w:t>
        </w:r>
      </w:hyperlink>
      <w:r>
        <w:t xml:space="preserve"> - Description of the centralized content management and shared library features, enhancing productivity and collaboration.</w:t>
      </w:r>
      <w:r/>
    </w:p>
    <w:p>
      <w:pPr>
        <w:pStyle w:val="ListNumber"/>
        <w:spacing w:line="240" w:lineRule="auto"/>
        <w:ind w:left="720"/>
      </w:pPr>
      <w:r/>
      <w:hyperlink r:id="rId12">
        <w:r>
          <w:rPr>
            <w:color w:val="0000EE"/>
            <w:u w:val="single"/>
          </w:rPr>
          <w:t>https://www.xrtoday.com/reviews/pico-business-device-manager-review-simplifying-xr-management/</w:t>
        </w:r>
      </w:hyperlink>
      <w:r>
        <w:t xml:space="preserve"> - Discussion on the real-time remote commands, device status tracking, and customizable user roles in the PICO Business Device Manager.</w:t>
      </w:r>
      <w:r/>
    </w:p>
    <w:p>
      <w:pPr>
        <w:pStyle w:val="ListNumber"/>
        <w:spacing w:line="240" w:lineRule="auto"/>
        <w:ind w:left="720"/>
      </w:pPr>
      <w:r/>
      <w:hyperlink r:id="rId10">
        <w:r>
          <w:rPr>
            <w:color w:val="0000EE"/>
            <w:u w:val="single"/>
          </w:rPr>
          <w:t>https://www.picoxr.com/global/about/newsroom/enterprise-xr-management</w:t>
        </w:r>
      </w:hyperlink>
      <w:r>
        <w:t xml:space="preserve"> - Details on the 12-month free trial offer for early adopters and the global rollout plan for the PICO Business Device Manager.</w:t>
      </w:r>
      <w:r/>
    </w:p>
    <w:p>
      <w:pPr>
        <w:pStyle w:val="ListNumber"/>
        <w:spacing w:line="240" w:lineRule="auto"/>
        <w:ind w:left="720"/>
      </w:pPr>
      <w:r/>
      <w:hyperlink r:id="rId11">
        <w:r>
          <w:rPr>
            <w:color w:val="0000EE"/>
            <w:u w:val="single"/>
          </w:rPr>
          <w:t>https://www.xrtoday.com/mixed-reality/pico-debuts-enterprise-ready-mdm-platform-for-headset-awe-eu-24/</w:t>
        </w:r>
      </w:hyperlink>
      <w:r>
        <w:t xml:space="preserve"> - Comparison with other XR management solutions like ArborXR and ManageXR, highlighting PICO's deeper integration and tailored user experience.</w:t>
      </w:r>
      <w:r/>
    </w:p>
    <w:p>
      <w:pPr>
        <w:pStyle w:val="ListNumber"/>
        <w:spacing w:line="240" w:lineRule="auto"/>
        <w:ind w:left="720"/>
      </w:pPr>
      <w:r/>
      <w:hyperlink r:id="rId12">
        <w:r>
          <w:rPr>
            <w:color w:val="0000EE"/>
            <w:u w:val="single"/>
          </w:rPr>
          <w:t>https://www.xrtoday.com/reviews/pico-business-device-manager-review-simplifying-xr-management/</w:t>
        </w:r>
      </w:hyperlink>
      <w:r>
        <w:t xml:space="preserve"> - Explanation of how PICO Business Device Manager addresses the unique challenges of integrating XR technologies into enterprise operations.</w:t>
      </w:r>
      <w:r/>
    </w:p>
    <w:p>
      <w:pPr>
        <w:pStyle w:val="ListNumber"/>
        <w:spacing w:line="240" w:lineRule="auto"/>
        <w:ind w:left="720"/>
      </w:pPr>
      <w:r/>
      <w:hyperlink r:id="rId10">
        <w:r>
          <w:rPr>
            <w:color w:val="0000EE"/>
            <w:u w:val="single"/>
          </w:rPr>
          <w:t>https://www.picoxr.com/global/about/newsroom/enterprise-xr-management</w:t>
        </w:r>
      </w:hyperlink>
      <w:r>
        <w:t xml:space="preserve"> - Overview of the platform's features, including batch enrollment, operational resilience, and secure login options.</w:t>
      </w:r>
      <w:r/>
    </w:p>
    <w:p>
      <w:pPr>
        <w:pStyle w:val="ListNumber"/>
        <w:spacing w:line="240" w:lineRule="auto"/>
        <w:ind w:left="720"/>
      </w:pPr>
      <w:r/>
      <w:hyperlink r:id="rId12">
        <w:r>
          <w:rPr>
            <w:color w:val="0000EE"/>
            <w:u w:val="single"/>
          </w:rPr>
          <w:t>https://www.xrtoday.com/reviews/pico-business-device-manager-review-simplifying-xr-management/</w:t>
        </w:r>
      </w:hyperlink>
      <w:r>
        <w:t xml:space="preserve"> - Discussion on the platform's ability to provide a comprehensive overview with real-time information on device status and user activities.</w:t>
      </w:r>
      <w:r/>
    </w:p>
    <w:p>
      <w:pPr>
        <w:pStyle w:val="ListNumber"/>
        <w:spacing w:line="240" w:lineRule="auto"/>
        <w:ind w:left="720"/>
      </w:pPr>
      <w:r/>
      <w:hyperlink r:id="rId12">
        <w:r>
          <w:rPr>
            <w:color w:val="0000EE"/>
            <w:u w:val="single"/>
          </w:rPr>
          <w:t>https://www.xrtoday.com/reviews/pico-business-device-manager-review-simplifying-xr-management/</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 w:numId="14">
    <w:abstractNumId w:val="7"/>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www.picoxr.com/global/about/newsroom/enterprise-xr-management" TargetMode="External"/><Relationship Id="rId11" Type="http://schemas.openxmlformats.org/officeDocument/2006/relationships/hyperlink" Target="https://www.xrtoday.com/mixed-reality/pico-debuts-enterprise-ready-mdm-platform-for-headset-awe-eu-24/" TargetMode="External"/><Relationship Id="rId12" Type="http://schemas.openxmlformats.org/officeDocument/2006/relationships/hyperlink" Target="https://www.xrtoday.com/reviews/pico-business-device-manager-review-simplifying-xr-managemen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