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transformative role of AI and automation in business operations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the rapidly evolving digital landscape, businesses across various sectors are turning to artificial intelligence (AI) and automation as critical tools for enhancing efficiency, security, and sustainability in operations. These advancements are not only reshaping datacenter management but also transforming supply chain methodologies, leading to substantial growth and competitive advantages.</w:t>
      </w:r>
      <w:r/>
    </w:p>
    <w:p>
      <w:r/>
      <w:r>
        <w:t>Avinash Pathak, in his analysis for TechBullion, explores the significant role of AI and automation in datacenter management, particularly highlighting the capabilities of machine learning (ML) and robotic process automation (RPA) in optimising operations. With the increasing demands for seamless and secure data management, traditional methods have struggled. The introduction of ML facilitates predictive maintenance by anticipating server demands and potential equipment failures, which has been shown to reduce unplanned downtime by as much as 50%. This proactive approach not only extends the life of equipment but also enhances server utilisation, offering both cost savings and improved performance.</w:t>
      </w:r>
      <w:r/>
    </w:p>
    <w:p>
      <w:r/>
      <w:r>
        <w:t>Additionally, RPA is transforming routine operations by automating repetitive tasks, which allows IT personnel to focus on more strategic initiatives. This automation can boost productivity levels by up to 60% and decrease manual task completion times by a striking 70%. By improving ticket management and patch updates, organisations are experiencing reduced operational delays and enhanced reliability.</w:t>
      </w:r>
      <w:r/>
    </w:p>
    <w:p>
      <w:r/>
      <w:r>
        <w:t>AI-driven analytics play a crucial role in providing a holistic overview of datacenter performance, aiding in real-time decision-making processes. These analytical tools are reported to increase energy efficiency by up to 25%, while also decreasing false positives in threat detection by 85% through intelligent monitoring systems. Avinash Pathak notes that by utilising AI for resource allocation, datacenters maximise operational efficiencies, improving server utilisation by 40% and significantly cutting hardware requirements and costs.</w:t>
      </w:r>
      <w:r/>
    </w:p>
    <w:p>
      <w:r/>
      <w:r>
        <w:t>Turning to the realm of supply chain management, a report by Satish Anchuri elaborates on how cloud technologies and advanced data analytics are revolutionising operations. The adoption of cloud platforms has proven vital, enabling firms to achieve operational efficiencies and cost reductions exceeding 30%. These cloud-based solutions permit real-time data processing, essential for swift decision-making, while also allowing organisations to adapt to demand fluctuations without incurring additional costs.</w:t>
      </w:r>
      <w:r/>
    </w:p>
    <w:p>
      <w:r/>
      <w:r>
        <w:t>The integration of data analytics into supply chain functions enhances operational visibility and precision. Through various analytical frameworks, businesses can identify historical inefficiencies and predict future disruptions with high accuracy. Predictive analytics empower organisations to prepare for potential supply chain interruptions days in advance. Such advancements not only foster resilience but also optimize inventory management, reducing stockouts by over 30%.</w:t>
      </w:r>
      <w:r/>
    </w:p>
    <w:p>
      <w:r/>
      <w:r>
        <w:t>Emerging technologies such as AI and the Internet of Things (IoT) are proving indispensable in driving sustainability efforts and improving efficiency within supply chains. AI-driven tools for forecasting are enhancing inventory optimisation, while IoT technologies provide comprehensive visibility across operations. This connectivity allows companies to monitor asset conditions in real-time, leading to reduced operational costs and minimised environmental footprints.</w:t>
      </w:r>
      <w:r/>
    </w:p>
    <w:p>
      <w:r/>
      <w:r>
        <w:t>However, the implementation of AI and automation technologies is not without challenges. Difficulties surrounding data quality, integration with legacy systems, and the need for skilled personnel persist. Effective management frameworks are essential to overcome these hurdles, particularly with regard to establishing robust data governance and security measures to safeguard against potential cyber threats.</w:t>
      </w:r>
      <w:r/>
    </w:p>
    <w:p>
      <w:r/>
      <w:r>
        <w:t xml:space="preserve">As the future of datacenter management and supply chain operations unfolds, the transformative potential of AI and automation remains evident. Both sectors are anticipated to increasingly rely on these technologies to drive growth, adapt to market demands, and enhance operational capabilities. The adoption of innovative technologies positions organisations as leaders within their respective industries, ensuring they remain competitive in a complex global marketplace. </w:t>
      </w:r>
      <w:r/>
    </w:p>
    <w:p>
      <w:r/>
      <w:r>
        <w:t>By invoking the benefits of AI and automation, companies are not merely reacting to current challenges—they are proactively crafting a more efficient, reliable, and sustainable operational landscape. Avinash Pathak emphasises the importance of these advancements for organisations aiming to retain competitiveness in an ever-evolving environment, while Satish Anchuri highlights how the future of supply chain management will largely hinge on leveraging cloud-based analytics for transformative success.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https://appinventiv.com/blog/ai-in-data-center-operations/</w:t>
        </w:r>
      </w:hyperlink>
      <w:r>
        <w:t xml:space="preserve"> - This article supports the claim that AI and machine learning facilitate predictive maintenance, reduce unplanned downtime, and enhance server utilization in data center operations.</w:t>
      </w:r>
      <w:r/>
    </w:p>
    <w:p>
      <w:pPr>
        <w:pStyle w:val="ListNumber"/>
        <w:spacing w:line="240" w:lineRule="auto"/>
        <w:ind w:left="720"/>
      </w:pPr>
      <w:r/>
      <w:hyperlink r:id="rId11">
        <w:r>
          <w:rPr>
            <w:color w:val="0000EE"/>
            <w:u w:val="single"/>
          </w:rPr>
          <w:t>https://uvation.com/articles/ai-integration-trends-in-data-center-management</w:t>
        </w:r>
      </w:hyperlink>
      <w:r>
        <w:t xml:space="preserve"> - This article corroborates the benefits of AI in data center management, including improved efficiency, predictive maintenance, and enhanced security through real-time monitoring and threat detection.</w:t>
      </w:r>
      <w:r/>
    </w:p>
    <w:p>
      <w:pPr>
        <w:pStyle w:val="ListNumber"/>
        <w:spacing w:line="240" w:lineRule="auto"/>
        <w:ind w:left="720"/>
      </w:pPr>
      <w:r/>
      <w:hyperlink r:id="rId12">
        <w:r>
          <w:rPr>
            <w:color w:val="0000EE"/>
            <w:u w:val="single"/>
          </w:rPr>
          <w:t>https://www.digitalrealty.com/resources/articles/data-center-ai</w:t>
        </w:r>
      </w:hyperlink>
      <w:r>
        <w:t xml:space="preserve"> - This article highlights how AI optimizes resource management, improves workload management, and enhances data center security through predictive analytics and real-time anomaly detection.</w:t>
      </w:r>
      <w:r/>
    </w:p>
    <w:p>
      <w:pPr>
        <w:pStyle w:val="ListNumber"/>
        <w:spacing w:line="240" w:lineRule="auto"/>
        <w:ind w:left="720"/>
      </w:pPr>
      <w:r/>
      <w:hyperlink r:id="rId13">
        <w:r>
          <w:rPr>
            <w:color w:val="0000EE"/>
            <w:u w:val="single"/>
          </w:rPr>
          <w:t>https://www.datacenters.com/news/ai-revolutionizing-data-center-security-automated-management</w:t>
        </w:r>
      </w:hyperlink>
      <w:r>
        <w:t xml:space="preserve"> - This article supports the claim that AI-driven automated security management improves security, reduces human error, and boosts efficiency in data centers through continuous monitoring and real-time threat detection.</w:t>
      </w:r>
      <w:r/>
    </w:p>
    <w:p>
      <w:pPr>
        <w:pStyle w:val="ListNumber"/>
        <w:spacing w:line="240" w:lineRule="auto"/>
        <w:ind w:left="720"/>
      </w:pPr>
      <w:r/>
      <w:hyperlink r:id="rId10">
        <w:r>
          <w:rPr>
            <w:color w:val="0000EE"/>
            <w:u w:val="single"/>
          </w:rPr>
          <w:t>https://appinventiv.com/blog/ai-in-data-center-operations/</w:t>
        </w:r>
      </w:hyperlink>
      <w:r>
        <w:t xml:space="preserve"> - This article explains how AI-driven analytics provide a holistic overview of data center performance, aid in real-time decision-making, and increase energy efficiency.</w:t>
      </w:r>
      <w:r/>
    </w:p>
    <w:p>
      <w:pPr>
        <w:pStyle w:val="ListNumber"/>
        <w:spacing w:line="240" w:lineRule="auto"/>
        <w:ind w:left="720"/>
      </w:pPr>
      <w:r/>
      <w:hyperlink r:id="rId11">
        <w:r>
          <w:rPr>
            <w:color w:val="0000EE"/>
            <w:u w:val="single"/>
          </w:rPr>
          <w:t>https://uvation.com/articles/ai-integration-trends-in-data-center-management</w:t>
        </w:r>
      </w:hyperlink>
      <w:r>
        <w:t xml:space="preserve"> - This article discusses how AI integration enhances energy efficiency, reduces power consumption, and optimizes cooling systems in data centers.</w:t>
      </w:r>
      <w:r/>
    </w:p>
    <w:p>
      <w:pPr>
        <w:pStyle w:val="ListNumber"/>
        <w:spacing w:line="240" w:lineRule="auto"/>
        <w:ind w:left="720"/>
      </w:pPr>
      <w:r/>
      <w:hyperlink r:id="rId12">
        <w:r>
          <w:rPr>
            <w:color w:val="0000EE"/>
            <w:u w:val="single"/>
          </w:rPr>
          <w:t>https://www.digitalrealty.com/resources/articles/data-center-ai</w:t>
        </w:r>
      </w:hyperlink>
      <w:r>
        <w:t xml:space="preserve"> - This article supports the claim that AI improves resource allocation, maximizes operational efficiencies, and cuts hardware requirements and costs in data centers.</w:t>
      </w:r>
      <w:r/>
    </w:p>
    <w:p>
      <w:pPr>
        <w:pStyle w:val="ListNumber"/>
        <w:spacing w:line="240" w:lineRule="auto"/>
        <w:ind w:left="720"/>
      </w:pPr>
      <w:r/>
      <w:hyperlink r:id="rId11">
        <w:r>
          <w:rPr>
            <w:color w:val="0000EE"/>
            <w:u w:val="single"/>
          </w:rPr>
          <w:t>https://uvation.com/articles/ai-integration-trends-in-data-center-management</w:t>
        </w:r>
      </w:hyperlink>
      <w:r>
        <w:t xml:space="preserve"> - This article elaborates on how AI and cloud technologies are revolutionizing supply chain operations by enabling real-time data processing and adapting to demand fluctuations.</w:t>
      </w:r>
      <w:r/>
    </w:p>
    <w:p>
      <w:pPr>
        <w:pStyle w:val="ListNumber"/>
        <w:spacing w:line="240" w:lineRule="auto"/>
        <w:ind w:left="720"/>
      </w:pPr>
      <w:r/>
      <w:hyperlink r:id="rId12">
        <w:r>
          <w:rPr>
            <w:color w:val="0000EE"/>
            <w:u w:val="single"/>
          </w:rPr>
          <w:t>https://www.digitalrealty.com/resources/articles/data-center-ai</w:t>
        </w:r>
      </w:hyperlink>
      <w:r>
        <w:t xml:space="preserve"> - This article highlights the role of predictive analytics in enhancing operational visibility and precision in supply chain management, predicting future disruptions, and optimizing inventory management.</w:t>
      </w:r>
      <w:r/>
    </w:p>
    <w:p>
      <w:pPr>
        <w:pStyle w:val="ListNumber"/>
        <w:spacing w:line="240" w:lineRule="auto"/>
        <w:ind w:left="720"/>
      </w:pPr>
      <w:r/>
      <w:hyperlink r:id="rId10">
        <w:r>
          <w:rPr>
            <w:color w:val="0000EE"/>
            <w:u w:val="single"/>
          </w:rPr>
          <w:t>https://appinventiv.com/blog/ai-in-data-center-operations/</w:t>
        </w:r>
      </w:hyperlink>
      <w:r>
        <w:t xml:space="preserve"> - This article discusses the challenges of implementing AI and automation, including data quality issues, integration with legacy systems, and the need for skilled personnel.</w:t>
      </w:r>
      <w:r/>
    </w:p>
    <w:p>
      <w:pPr>
        <w:pStyle w:val="ListNumber"/>
        <w:spacing w:line="240" w:lineRule="auto"/>
        <w:ind w:left="720"/>
      </w:pPr>
      <w:r/>
      <w:hyperlink r:id="rId14">
        <w:r>
          <w:rPr>
            <w:color w:val="0000EE"/>
            <w:u w:val="single"/>
          </w:rPr>
          <w:t>https://corebts.com/blog/data-center-and-cloud-management-trends/</w:t>
        </w:r>
      </w:hyperlink>
      <w:r>
        <w:t xml:space="preserve"> - This article supports the importance of effective management frameworks to overcome challenges in AI and automation implementation, such as establishing robust data governance and security measures.</w:t>
      </w:r>
      <w:r/>
    </w:p>
    <w:p>
      <w:pPr>
        <w:pStyle w:val="ListNumber"/>
        <w:spacing w:line="240" w:lineRule="auto"/>
        <w:ind w:left="720"/>
      </w:pPr>
      <w:r/>
      <w:hyperlink r:id="rId15">
        <w:r>
          <w:rPr>
            <w:color w:val="0000EE"/>
            <w:u w:val="single"/>
          </w:rPr>
          <w:t>https://techbullion.com/transforming-datacenter-management-with-ai-and-automation/</w:t>
        </w:r>
      </w:hyperlink>
      <w:r>
        <w:t xml:space="preserve"> - Please view link - unable to able to access data</w:t>
      </w:r>
      <w:r/>
    </w:p>
    <w:p>
      <w:pPr>
        <w:pStyle w:val="ListNumber"/>
        <w:spacing w:line="240" w:lineRule="auto"/>
        <w:ind w:left="720"/>
      </w:pPr>
      <w:r/>
      <w:hyperlink r:id="rId16">
        <w:r>
          <w:rPr>
            <w:color w:val="0000EE"/>
            <w:u w:val="single"/>
          </w:rPr>
          <w:t>https://news.google.com/rss/articles/CBMiswFBVV95cUxQQWZqOGtFXzhCOHFHTGVkdTRvUWlacDM5RWVBMV9BRjYwZ0l0dTZxb2NKR1RVT3Q2VWtiTG16T0ZyR1NlTVRCdUVTdkwxV1draFktNkNBSzdFM1VUM2ZQQXNaSF9JMnRiZzhTXzR5bVc5Q1M1TXQ3elBVZ254MEZYd0IxLWdmTmh2Z2tpUzgyWm5iUXN1bkMyTmZzM1pYRFB0RDdNMzZ1M3d3M0ttbU9oVVprUQ?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appinventiv.com/blog/ai-in-data-center-operations/" TargetMode="External"/><Relationship Id="rId11" Type="http://schemas.openxmlformats.org/officeDocument/2006/relationships/hyperlink" Target="https://uvation.com/articles/ai-integration-trends-in-data-center-management" TargetMode="External"/><Relationship Id="rId12" Type="http://schemas.openxmlformats.org/officeDocument/2006/relationships/hyperlink" Target="https://www.digitalrealty.com/resources/articles/data-center-ai" TargetMode="External"/><Relationship Id="rId13" Type="http://schemas.openxmlformats.org/officeDocument/2006/relationships/hyperlink" Target="https://www.datacenters.com/news/ai-revolutionizing-data-center-security-automated-management" TargetMode="External"/><Relationship Id="rId14" Type="http://schemas.openxmlformats.org/officeDocument/2006/relationships/hyperlink" Target="https://corebts.com/blog/data-center-and-cloud-management-trends/" TargetMode="External"/><Relationship Id="rId15" Type="http://schemas.openxmlformats.org/officeDocument/2006/relationships/hyperlink" Target="https://techbullion.com/transforming-datacenter-management-with-ai-and-automation/" TargetMode="External"/><Relationship Id="rId16" Type="http://schemas.openxmlformats.org/officeDocument/2006/relationships/hyperlink" Target="https://news.google.com/rss/articles/CBMiswFBVV95cUxQQWZqOGtFXzhCOHFHTGVkdTRvUWlacDM5RWVBMV9BRjYwZ0l0dTZxb2NKR1RVT3Q2VWtiTG16T0ZyR1NlTVRCdUVTdkwxV1draFktNkNBSzdFM1VUM2ZQQXNaSF9JMnRiZzhTXzR5bVc5Q1M1TXQ3elBVZ254MEZYd0IxLWdmTmh2Z2tpUzgyWm5iUXN1bkMyTmZzM1pYRFB0RDdNMzZ1M3d3M0ttbU9oVVprUQ?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