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Lenovo unveils AI-powered technology at CES 2025 to enhance workplace productivity</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At CES® 2025, held in Las Vegas on January 7, Lenovo debuted an extensive portfolio of AI-powered technology, aimed at enhancing productivity and innovation across various sectors including business, gaming, and consumer markets. The event highlighted Lenovo's commitment to integrating cutting-edge artificial intelligence into its devices and solutions, thereby establishing a new standard for the modern workplace.</w:t>
      </w:r>
    </w:p>
    <w:p>
      <w:r>
        <w:t>A notable introduction was the ThinkPad X9 Aura Editions, which are available in 14 and 15-inch models. These laptops are powered by Intel® Core™ Ultra processors and feature advanced AI tools, such as Lenovo AI Now, enabling automation and optimization of workplace tasks. Designed for the hybrid professional, these devices combine sleek aesthetics with features that cater specifically to the needs of businesses, including enterprise-level security and bright OLED displays.</w:t>
      </w:r>
    </w:p>
    <w:p>
      <w:r>
        <w:t>Additionally, Lenovo unveiled the ThinkBook Plus Gen 6, which boasts a pioneering rollable display that can expand from 14 to 16.7 inches. This innovation is designed to empower users with increased screen space for multitasking while remaining portable. The ThinkBook also integrates powerful AI functionalities that assist users with tasks, enhancing overall efficiency.</w:t>
      </w:r>
    </w:p>
    <w:p>
      <w:r>
        <w:t>In the desktop category, Lenovo introduced the ThinkCentre M90a Pro Gen 6, an all-in-one (AIO) desktop equipped with a 27-inch QHD display and AI-powered noise suppression technology aimed at improving virtual meeting experiences. Alongside this, the ThinkCentre neo 50q QC was presented as the first commercial desktop powered by the Snapdragon X Series, designed for efficient AI-driven workflows in a compact form factor.</w:t>
      </w:r>
    </w:p>
    <w:p>
      <w:r>
        <w:t>Lenovo’s advancements in display technology were evident in its new ThinkVision P Series monitors, which promise high dynamic colour accuracy and energy efficiency using AI-driven capabilities. These monitors are constructed from sustainable materials, aligning with Lenovo’s environmental initiatives.</w:t>
      </w:r>
    </w:p>
    <w:p>
      <w:r>
        <w:t>During the event, Eric Yu, Senior Vice President of SMB and Commercial Product Center at Lenovo Intelligent Devices Group, remarked, “At Lenovo, we’re committed to empowering professionals with innovative solutions that redefine productivity and creativity.” He emphasized the integration of AI across the product lineup as essential for enhancing user experience in modern work environments.</w:t>
      </w:r>
    </w:p>
    <w:p>
      <w:r>
        <w:t>The expansive ecosystem of accessories introduced by Lenovo further supports its AI-powered devices. Highlights include a self-charging Bluetooth keyboard that eliminates the need for traditional batteries and the X9 Charging GaN Dock, which offers versatile charging and connectivity options. Each accessory has been tailored to enhance the efficiency and utility of Lenovo's AI-integrated devices.</w:t>
      </w:r>
    </w:p>
    <w:p>
      <w:r>
        <w:t>Moreover, initial demonstrations of innovative concepts such as the Lenovo Action Assistant, which automates complex workflows by converting natural language commands into actionable steps, were also featured. This tool exemplifies Lenovo’s vision for integrating intelligent automation into everyday business processes.</w:t>
      </w:r>
    </w:p>
    <w:p>
      <w:r>
        <w:t>Lenovo’s push towards AI integration reflects a broader trend in technology where businesses are increasingly adopting automation to improve operational efficiency and drive innovation. The extensive lineup unveiled at CES® 2025 positions Lenovo as a leader in the adoption of AI-powered solutions tailored for a diverse range of professional needs, setting the stage for future advancements in workplace technology.</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https://news.lenovo.com/pressroom/press-releases/expand-and-empower-creativity-with-ai-enabled-new-lenovo-yoga-and-ideapad-devices/</w:t>
        </w:r>
      </w:hyperlink>
      <w:r>
        <w:t xml:space="preserve"> - Corroborates Lenovo's introduction of AI-powered devices, including Lenovo Yoga and IdeaPad PCs, and the integration of Lenovo AI Now.</w:t>
      </w:r>
    </w:p>
    <w:p>
      <w:pPr>
        <w:pStyle w:val="ListBullet"/>
      </w:pPr>
      <w:hyperlink r:id="rId12">
        <w:r>
          <w:rPr>
            <w:u w:val="single"/>
            <w:color w:val="0000FF"/>
            <w:rStyle w:val="Hyperlink"/>
          </w:rPr>
          <w:t>https://www.laptopmag.com/laptops/windows-laptops/lenovo-thinkpad-X9-15-aura-edition-ces-2025</w:t>
        </w:r>
      </w:hyperlink>
      <w:r>
        <w:t xml:space="preserve"> - Supports the details about the ThinkPad X9 Aura Editions, including their features, processors, and AI tools.</w:t>
      </w:r>
    </w:p>
    <w:p>
      <w:pPr>
        <w:pStyle w:val="ListBullet"/>
      </w:pPr>
      <w:hyperlink r:id="rId13">
        <w:r>
          <w:rPr>
            <w:u w:val="single"/>
            <w:color w:val="0000FF"/>
            <w:rStyle w:val="Hyperlink"/>
          </w:rPr>
          <w:t>https://www.engadget.com/computing/laptops/lenovos-new-thinkpad-x9-is-the-least-thinkpad-ever-160019926.html</w:t>
        </w:r>
      </w:hyperlink>
      <w:r>
        <w:t xml:space="preserve"> - Provides information about the ThinkPad X9's design, features, and the absence of the Trackpoint nub.</w:t>
      </w:r>
    </w:p>
    <w:p>
      <w:pPr>
        <w:pStyle w:val="ListBullet"/>
      </w:pPr>
      <w:hyperlink r:id="rId11">
        <w:r>
          <w:rPr>
            <w:u w:val="single"/>
            <w:color w:val="0000FF"/>
            <w:rStyle w:val="Hyperlink"/>
          </w:rPr>
          <w:t>https://news.lenovo.com/pressroom/press-releases/expand-and-empower-creativity-with-ai-enabled-new-lenovo-yoga-and-ideapad-devices/</w:t>
        </w:r>
      </w:hyperlink>
      <w:r>
        <w:t xml:space="preserve"> - Details the AI-powered tools and innovations in Lenovo's new devices, including the ThinkBook Plus Gen 6 and its rollable display.</w:t>
      </w:r>
    </w:p>
    <w:p>
      <w:pPr>
        <w:pStyle w:val="ListBullet"/>
      </w:pPr>
      <w:hyperlink r:id="rId12">
        <w:r>
          <w:rPr>
            <w:u w:val="single"/>
            <w:color w:val="0000FF"/>
            <w:rStyle w:val="Hyperlink"/>
          </w:rPr>
          <w:t>https://www.laptopmag.com/laptops/windows-laptops/lenovo-thinkpad-X9-15-aura-edition-ces-2025</w:t>
        </w:r>
      </w:hyperlink>
      <w:r>
        <w:t xml:space="preserve"> - Mentions the ThinkCentre M90a Pro Gen 6 and ThinkCentre neo 50q QC, highlighting their AI-powered features and compact form factors.</w:t>
      </w:r>
    </w:p>
    <w:p>
      <w:pPr>
        <w:pStyle w:val="ListBullet"/>
      </w:pPr>
      <w:hyperlink r:id="rId11">
        <w:r>
          <w:rPr>
            <w:u w:val="single"/>
            <w:color w:val="0000FF"/>
            <w:rStyle w:val="Hyperlink"/>
          </w:rPr>
          <w:t>https://news.lenovo.com/pressroom/press-releases/expand-and-empower-creativity-with-ai-enabled-new-lenovo-yoga-and-ideapad-devices/</w:t>
        </w:r>
      </w:hyperlink>
      <w:r>
        <w:t xml:space="preserve"> - Discusses Lenovo’s advancements in display technology, including the ThinkVision P Series monitors and their AI-driven capabilities.</w:t>
      </w:r>
    </w:p>
    <w:p>
      <w:pPr>
        <w:pStyle w:val="ListBullet"/>
      </w:pPr>
      <w:hyperlink r:id="rId13">
        <w:r>
          <w:rPr>
            <w:u w:val="single"/>
            <w:color w:val="0000FF"/>
            <w:rStyle w:val="Hyperlink"/>
          </w:rPr>
          <w:t>https://www.engadget.com/computing/laptops/lenovos-new-thinkpad-x9-is-the-least-thinkpad-ever-160019926.html</w:t>
        </w:r>
      </w:hyperlink>
      <w:r>
        <w:t xml:space="preserve"> - Corroborates the environmental initiatives through the use of sustainable materials in Lenovo’s new monitors.</w:t>
      </w:r>
    </w:p>
    <w:p>
      <w:pPr>
        <w:pStyle w:val="ListBullet"/>
      </w:pPr>
      <w:hyperlink r:id="rId11">
        <w:r>
          <w:rPr>
            <w:u w:val="single"/>
            <w:color w:val="0000FF"/>
            <w:rStyle w:val="Hyperlink"/>
          </w:rPr>
          <w:t>https://news.lenovo.com/pressroom/press-releases/expand-and-empower-creativity-with-ai-enabled-new-lenovo-yoga-and-ideapad-devices/</w:t>
        </w:r>
      </w:hyperlink>
      <w:r>
        <w:t xml:space="preserve"> - Quotes Eric Yu, Senior Vice President of SMB and Commercial Product Center, on Lenovo’s commitment to integrating AI across their product lineup.</w:t>
      </w:r>
    </w:p>
    <w:p>
      <w:pPr>
        <w:pStyle w:val="ListBullet"/>
      </w:pPr>
      <w:hyperlink r:id="rId12">
        <w:r>
          <w:rPr>
            <w:u w:val="single"/>
            <w:color w:val="0000FF"/>
            <w:rStyle w:val="Hyperlink"/>
          </w:rPr>
          <w:t>https://www.laptopmag.com/laptops/windows-laptops/lenovo-thinkpad-X9-15-aura-edition-ces-2025</w:t>
        </w:r>
      </w:hyperlink>
      <w:r>
        <w:t xml:space="preserve"> - Details the accessories introduced by Lenovo, such as the self-charging Bluetooth keyboard and the X9 Charging GaN Dock.</w:t>
      </w:r>
    </w:p>
    <w:p>
      <w:pPr>
        <w:pStyle w:val="ListBullet"/>
      </w:pPr>
      <w:hyperlink r:id="rId11">
        <w:r>
          <w:rPr>
            <w:u w:val="single"/>
            <w:color w:val="0000FF"/>
            <w:rStyle w:val="Hyperlink"/>
          </w:rPr>
          <w:t>https://news.lenovo.com/pressroom/press-releases/expand-and-empower-creativity-with-ai-enabled-new-lenovo-yoga-and-ideapad-devices/</w:t>
        </w:r>
      </w:hyperlink>
      <w:r>
        <w:t xml:space="preserve"> - Mentions the Lenovo Action Assistant and its role in automating complex workflows through natural language commands.</w:t>
      </w:r>
    </w:p>
    <w:p>
      <w:pPr>
        <w:pStyle w:val="ListBullet"/>
      </w:pPr>
      <w:hyperlink r:id="rId13">
        <w:r>
          <w:rPr>
            <w:u w:val="single"/>
            <w:color w:val="0000FF"/>
            <w:rStyle w:val="Hyperlink"/>
          </w:rPr>
          <w:t>https://www.engadget.com/computing/laptops/lenovos-new-thinkpad-x9-is-the-least-thinkpad-ever-160019926.html</w:t>
        </w:r>
      </w:hyperlink>
      <w:r>
        <w:t xml:space="preserve"> - Supports the broader trend of AI integration in technology and Lenovo’s position as a leader in AI-powered solutions.</w:t>
      </w:r>
    </w:p>
    <w:p>
      <w:pPr>
        <w:pStyle w:val="ListBullet"/>
      </w:pPr>
      <w:hyperlink r:id="rId14">
        <w:r>
          <w:rPr>
            <w:u w:val="single"/>
            <w:color w:val="0000FF"/>
            <w:rStyle w:val="Hyperlink"/>
          </w:rPr>
          <w:t>https://news.google.com/rss/articles/CBMi3wFBVV95cUxNY2hwdUstbGY1YWx4ejNvVWpldEt0TzN2cEduNjZQN3pIZEh6Q3VYM1JtWlAxOExoWHpSRV8tbTR0X2ZWbE9hOFc1eHZrT1owTHdJcXJuLTU4U2hPeF9jRnMwWTdfSXFYTmlDeW9GZWRVcnNobzR3aUFGNFhoc1kwSk9xQVdEaHJfVEhUQTBzRUxlSjcxY1BfanpYM3FJaHNhRkV2ZnBNdFlMV1dKNWlRQm9reFFYUldnNmhDVDZFakZDRFlBYXVFUWhJN0ZWaHhybGljSFFtR2tLUDVHNnVF?oc=5&amp;hl=en-US&amp;gl=US&amp;ceid=US:en</w:t>
        </w:r>
      </w:hyperlink>
      <w:r>
        <w:t xml:space="preserve"> - Please view link - unable to able to access data</w:t>
      </w:r>
    </w:p>
    <w:p>
      <w:pPr>
        <w:pStyle w:val="ListBullet"/>
      </w:pPr>
      <w:hyperlink r:id="rId15">
        <w:r>
          <w:rPr>
            <w:u w:val="single"/>
            <w:color w:val="0000FF"/>
            <w:rStyle w:val="Hyperlink"/>
          </w:rPr>
          <w:t>https://news.google.com/rss/articles/CBMizAFBVV95cUxPZnlBWHRmSEIzVkZnbGlIZTJHb0c4T00xNTFPSENOdHZTeWRGenJUdGtlQ0xlRTN5QXA2Y1RFbTd4SE1RZ05oUmR4OVRwNHAwdXk2UUJGUUd0SjRfT2ZrMC1uckswWFgyQWFpQW9jWWJpLWdnUlhYcEdpTHdMSFU0Z0RWUUluTXQwR2E5QWhqcExEY1BjSWlGWXJuc2JsMlRnMmRGaXVLTGNiOW05b3UzOVlSWFEzelBlQWhPMHRGRjhDSWRIb05UVVNnVVA?oc=5&amp;hl=en-US&amp;gl=US&amp;ceid=US:en</w:t>
        </w:r>
      </w:hyperlink>
      <w:r>
        <w:t xml:space="preserve"> - Please view link - unable to able to access data</w:t>
      </w:r>
    </w:p>
    <w:p>
      <w:pPr>
        <w:pStyle w:val="ListBullet"/>
      </w:pPr>
      <w:hyperlink r:id="rId16">
        <w:r>
          <w:rPr>
            <w:u w:val="single"/>
            <w:color w:val="0000FF"/>
            <w:rStyle w:val="Hyperlink"/>
          </w:rPr>
          <w:t>https://news.google.com/rss/articles/CBMiggJBVV95cUxPeFM4UklETWc2bTRsRVBEVGEzMDZ4UUk4ZUQ3bkVjMTBUVHlfb2Q5b2FSdVhSZ0F4NkwwQkJhWFNuMUViR1dKcVhla2J5ZVhrTXBtZEx5NDRzNTcyVzlndlREUkpsN0dmRGI1TzA4bnFEV0dMM0RLMzk4NzFwdjc5Z3c1bENlM1hKLUg3dUlQcUtTQmUxX0V4UkxyNVFwc1FWU1pZSU5GazJXOVgtRGZNUFQzeTU1cUp5enR0NWRfTG5ZLURUM19NOU9yVFNvQ2FiWW1YQ1E4M3VENHEwMmtIYjVxOGQxX1JNWTh4X2VOb0dGMElJc2RYcXN4b3ZuNEJ2Wmc?oc=5&amp;hl=en-US&amp;gl=US&amp;ceid=US:en</w:t>
        </w:r>
      </w:hyperlink>
      <w:r>
        <w:t xml:space="preserve"> - Please view link - unable to able to access data</w:t>
      </w:r>
    </w:p>
    <w:p>
      <w:pPr>
        <w:pStyle w:val="ListBullet"/>
      </w:pPr>
      <w:hyperlink r:id="rId17">
        <w:r>
          <w:rPr>
            <w:u w:val="single"/>
            <w:color w:val="0000FF"/>
            <w:rStyle w:val="Hyperlink"/>
          </w:rPr>
          <w:t>https://news.google.com/rss/articles/CBMi3wFBVV95cUxOX1E0ODB3TXd5ekJFS2hpT0dENEx4THl3LWprUGc2TnRtSDJYQW13cmhSSWt5dkl4WkdjTUFjc2Rxa1EwZ3FVNUZXOV9zdWdnb1pFMkhyel9MTVpyeDBoRV90U0JpNkdRaWtJSmp0cllKa0R1QXF6WGd5Y0gya2RqMERKcTZUcC1vMy1HNUNlUVZOOEMwWWVjOC1SOVFKa3BiZGw2eEN1aTJubnNQVGNEWjBWVktMN19hVy1fMk9OUC12MDdWNGtzTjI5WXlyWVhIOUhFT2ZDb1pGdHZTUl9n?oc=5&amp;hl=en-US&amp;gl=US&amp;ceid=US:en</w:t>
        </w:r>
      </w:hyperlink>
      <w:r>
        <w:t xml:space="preserve"> - Please view link - unable to able to access data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news.lenovo.com/pressroom/press-releases/expand-and-empower-creativity-with-ai-enabled-new-lenovo-yoga-and-ideapad-devices/" TargetMode="External"/><Relationship Id="rId12" Type="http://schemas.openxmlformats.org/officeDocument/2006/relationships/hyperlink" Target="https://www.laptopmag.com/laptops/windows-laptops/lenovo-thinkpad-X9-15-aura-edition-ces-2025" TargetMode="External"/><Relationship Id="rId13" Type="http://schemas.openxmlformats.org/officeDocument/2006/relationships/hyperlink" Target="https://www.engadget.com/computing/laptops/lenovos-new-thinkpad-x9-is-the-least-thinkpad-ever-160019926.html" TargetMode="External"/><Relationship Id="rId14" Type="http://schemas.openxmlformats.org/officeDocument/2006/relationships/hyperlink" Target="https://news.google.com/rss/articles/CBMi3wFBVV95cUxNY2hwdUstbGY1YWx4ejNvVWpldEt0TzN2cEduNjZQN3pIZEh6Q3VYM1JtWlAxOExoWHpSRV8tbTR0X2ZWbE9hOFc1eHZrT1owTHdJcXJuLTU4U2hPeF9jRnMwWTdfSXFYTmlDeW9GZWRVcnNobzR3aUFGNFhoc1kwSk9xQVdEaHJfVEhUQTBzRUxlSjcxY1BfanpYM3FJaHNhRkV2ZnBNdFlMV1dKNWlRQm9reFFYUldnNmhDVDZFakZDRFlBYXVFUWhJN0ZWaHhybGljSFFtR2tLUDVHNnVF?oc=5&amp;hl=en-US&amp;gl=US&amp;ceid=US:en" TargetMode="External"/><Relationship Id="rId15" Type="http://schemas.openxmlformats.org/officeDocument/2006/relationships/hyperlink" Target="https://news.google.com/rss/articles/CBMizAFBVV95cUxPZnlBWHRmSEIzVkZnbGlIZTJHb0c4T00xNTFPSENOdHZTeWRGenJUdGtlQ0xlRTN5QXA2Y1RFbTd4SE1RZ05oUmR4OVRwNHAwdXk2UUJGUUd0SjRfT2ZrMC1uckswWFgyQWFpQW9jWWJpLWdnUlhYcEdpTHdMSFU0Z0RWUUluTXQwR2E5QWhqcExEY1BjSWlGWXJuc2JsMlRnMmRGaXVLTGNiOW05b3UzOVlSWFEzelBlQWhPMHRGRjhDSWRIb05UVVNnVVA?oc=5&amp;hl=en-US&amp;gl=US&amp;ceid=US:en" TargetMode="External"/><Relationship Id="rId16" Type="http://schemas.openxmlformats.org/officeDocument/2006/relationships/hyperlink" Target="https://news.google.com/rss/articles/CBMiggJBVV95cUxPeFM4UklETWc2bTRsRVBEVGEzMDZ4UUk4ZUQ3bkVjMTBUVHlfb2Q5b2FSdVhSZ0F4NkwwQkJhWFNuMUViR1dKcVhla2J5ZVhrTXBtZEx5NDRzNTcyVzlndlREUkpsN0dmRGI1TzA4bnFEV0dMM0RLMzk4NzFwdjc5Z3c1bENlM1hKLUg3dUlQcUtTQmUxX0V4UkxyNVFwc1FWU1pZSU5GazJXOVgtRGZNUFQzeTU1cUp5enR0NWRfTG5ZLURUM19NOU9yVFNvQ2FiWW1YQ1E4M3VENHEwMmtIYjVxOGQxX1JNWTh4X2VOb0dGMElJc2RYcXN4b3ZuNEJ2Wmc?oc=5&amp;hl=en-US&amp;gl=US&amp;ceid=US:en" TargetMode="External"/><Relationship Id="rId17" Type="http://schemas.openxmlformats.org/officeDocument/2006/relationships/hyperlink" Target="https://news.google.com/rss/articles/CBMi3wFBVV95cUxOX1E0ODB3TXd5ekJFS2hpT0dENEx4THl3LWprUGc2TnRtSDJYQW13cmhSSWt5dkl4WkdjTUFjc2Rxa1EwZ3FVNUZXOV9zdWdnb1pFMkhyel9MTVpyeDBoRV90U0JpNkdRaWtJSmp0cllKa0R1QXF6WGd5Y0gya2RqMERKcTZUcC1vMy1HNUNlUVZOOEMwWWVjOC1SOVFKa3BiZGw2eEN1aTJubnNQVGNEWjBWVktMN19hVy1fMk9OUC12MDdWNGtzTjI5WXlyWVhIOUhFT2ZDb1pGdHZTUl9n?oc=5&amp;hl=en-US&amp;gl=US&amp;ceid=US: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