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Zoom launches upgraded AI assistant to enhance workplace productivity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Zoom has launched its upgraded generative AI assistant, Zoom AI Companion 2.0, making it accessible to all users of the Zoom Workplace platform. Originally unveiled at the recent Zoomtopia event in October 2024, the new version builds upon the functionalities of its predecessor, which currently serves over 4 million accounts globally. The enhancement reflects Zoom's commitment to integrating artificial intelligence into workplace operations, positioning the tool as more than just a conventional assistant but as a valuable team member.</w:t>
      </w:r>
      <w:r/>
    </w:p>
    <w:p>
      <w:r/>
      <w:r>
        <w:t>The new capabilities of Zoom AI Companion 2.0 aim to enhance productivity, creativity, and efficiency within team environments. It serves as a solution for businesses looking to improve their workflow through innovative AI features comparable to other leading solutions such as Microsoft Copilot and Google’s AI initiatives. The AI Companion 2.0 will not incur additional charges for users already on a paid Zoom subscription, making it an attractive option for organisations seeking to leverage AI technologies without significant financial investment.</w:t>
      </w:r>
      <w:r/>
    </w:p>
    <w:p>
      <w:r/>
      <w:r>
        <w:t>Zoom AI Companion 2.0 retains core functionalities from the original tool, such as automated email drafting and meeting summarisation, while introducing several enhancements. For instance, it features an expanded "context window" to offer more relevant responses based on previous interactions and an enhanced capability to track and complete workflow tasks via “Zoom Tasks.” According to the company, this feature will enable users to manage actions and track commitments seamlessly across their virtual workspace.</w:t>
      </w:r>
      <w:r/>
    </w:p>
    <w:p>
      <w:r/>
      <w:r>
        <w:t xml:space="preserve">The intelligent assistant can now assimilate data from various sources within the Zoom ecosystem, including Meetings, Chat, and Docs, integrating additional tools like Google Calendar and Microsoft Outlook for comprehensive context. This allows users to ask questions about past meetings or attendees, access definitions of terms, and summarise previous discussions without needing to enable meeting recordings. </w:t>
      </w:r>
      <w:r/>
    </w:p>
    <w:p>
      <w:r/>
      <w:r>
        <w:t xml:space="preserve">Moreover, the AI Companion can assist users in identifying next steps in projects, drawing on insights from diverse communications, emails, and chat discussions. This sophisticated data collection capability is designed to streamline the workflow process, allowing users to spend less time on administrative tasks and more on productive outputs. </w:t>
      </w:r>
      <w:r/>
    </w:p>
    <w:p>
      <w:r/>
      <w:r>
        <w:t>Additional features include the ability to create marketing materials, craft detailed emails, and generate presentations. Users will find themselves able to upload documents and requests for content ideas directly through the AI Companion, making it a powerful tool for collaborative productivity.</w:t>
      </w:r>
      <w:r/>
    </w:p>
    <w:p>
      <w:r/>
      <w:r>
        <w:t xml:space="preserve">Security and ethical considerations remain paramount as Zoom expands its AI offerings. The company has affirmed that user data, including audio and video content, will not be utilised for AI training purposes. Administrators are equipped with controls to manage user permissions and the type of data processed by the AI, along with the option to disable web searches if needed. </w:t>
      </w:r>
      <w:r/>
    </w:p>
    <w:p>
      <w:r/>
      <w:r>
        <w:t>Zoom's forward-looking strategy in AI seems to be part of a broader trend among technology companies that are investing heavily in artificial intelligence to transform workplace dynamics. The introduction of Zoom AI Companion 2.0 not only illustrates the growing demand for intelligent automation solutions but also reinforces Zoom's position in the competitive landscape of workplace technology. The evolution of this tool is expected to provide users with powerful new ways to engage with their work, possibly paving the way for innovative trends like the four-day workweek in corporate environments.</w:t>
      </w:r>
      <w:r/>
    </w:p>
    <w:p>
      <w:r/>
      <w:r>
        <w:t>As businesses navigate an increasingly digital landscape, tools like Zoom AI Companion 2.0 are poised to play a central role in driving productivity and innovation, marking a significant step towards fully integrating AI into everyday operations.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https://www.computerweekly.com/news/366614677/Zoom-launches-version-20-of-AI-Companion</w:t>
        </w:r>
      </w:hyperlink>
      <w:r>
        <w:t xml:space="preserve"> - Corroborates the launch of Zoom AI Companion 2.0, its features, and its integration across the Zoom Workplace platform.</w:t>
      </w:r>
      <w:r/>
    </w:p>
    <w:p>
      <w:pPr>
        <w:pStyle w:val="ListBullet"/>
        <w:spacing w:line="240" w:lineRule="auto"/>
        <w:ind w:left="720"/>
      </w:pPr>
      <w:r/>
      <w:hyperlink r:id="rId11">
        <w:r>
          <w:rPr>
            <w:color w:val="0000EE"/>
            <w:u w:val="single"/>
          </w:rPr>
          <w:t>https://it.rutgers.edu/2025/01/03/enhanced-ai-and-new-features-coming-to-zoom/</w:t>
        </w:r>
      </w:hyperlink>
      <w:r>
        <w:t xml:space="preserve"> - Details the new features of AI Companion 2.0, including generating next steps, catching up on meeting discussions, and creating Zoom Tasks.</w:t>
      </w:r>
      <w:r/>
    </w:p>
    <w:p>
      <w:pPr>
        <w:pStyle w:val="ListBullet"/>
        <w:spacing w:line="240" w:lineRule="auto"/>
        <w:ind w:left="720"/>
      </w:pPr>
      <w:r/>
      <w:hyperlink r:id="rId12">
        <w:r>
          <w:rPr>
            <w:color w:val="0000EE"/>
            <w:u w:val="single"/>
          </w:rPr>
          <w:t>https://collab-collective.com/blog/zoom-launches-ai-companion-2.0</w:t>
        </w:r>
      </w:hyperlink>
      <w:r>
        <w:t xml:space="preserve"> - Provides information on the enhanced capabilities of AI Companion 2.0, such as expanded contextual understanding and integration with multiple productivity tools.</w:t>
      </w:r>
      <w:r/>
    </w:p>
    <w:p>
      <w:pPr>
        <w:pStyle w:val="ListBullet"/>
        <w:spacing w:line="240" w:lineRule="auto"/>
        <w:ind w:left="720"/>
      </w:pPr>
      <w:r/>
      <w:hyperlink r:id="rId10">
        <w:r>
          <w:rPr>
            <w:color w:val="0000EE"/>
            <w:u w:val="single"/>
          </w:rPr>
          <w:t>https://www.computerweekly.com/news/366614677/Zoom-launches-version-20-of-AI-Companion</w:t>
        </w:r>
      </w:hyperlink>
      <w:r>
        <w:t xml:space="preserve"> - Explains that AI Companion 2.0 is available at no additional cost for paid Zoom users and its role in enhancing productivity and user experience.</w:t>
      </w:r>
      <w:r/>
    </w:p>
    <w:p>
      <w:pPr>
        <w:pStyle w:val="ListBullet"/>
        <w:spacing w:line="240" w:lineRule="auto"/>
        <w:ind w:left="720"/>
      </w:pPr>
      <w:r/>
      <w:hyperlink r:id="rId12">
        <w:r>
          <w:rPr>
            <w:color w:val="0000EE"/>
            <w:u w:val="single"/>
          </w:rPr>
          <w:t>https://collab-collective.com/blog/zoom-launches-ai-companion-2.0</w:t>
        </w:r>
      </w:hyperlink>
      <w:r>
        <w:t xml:space="preserve"> - Describes how AI Companion 2.0 integrates data from various sources within the Zoom ecosystem and external tools like Google Calendar and Microsoft Outlook.</w:t>
      </w:r>
      <w:r/>
    </w:p>
    <w:p>
      <w:pPr>
        <w:pStyle w:val="ListBullet"/>
        <w:spacing w:line="240" w:lineRule="auto"/>
        <w:ind w:left="720"/>
      </w:pPr>
      <w:r/>
      <w:hyperlink r:id="rId11">
        <w:r>
          <w:rPr>
            <w:color w:val="0000EE"/>
            <w:u w:val="single"/>
          </w:rPr>
          <w:t>https://it.rutgers.edu/2025/01/03/enhanced-ai-and-new-features-coming-to-zoom/</w:t>
        </w:r>
      </w:hyperlink>
      <w:r>
        <w:t xml:space="preserve"> - Mentions the ability of AI Companion 2.0 to identify next steps in projects and streamline workflow processes.</w:t>
      </w:r>
      <w:r/>
    </w:p>
    <w:p>
      <w:pPr>
        <w:pStyle w:val="ListBullet"/>
        <w:spacing w:line="240" w:lineRule="auto"/>
        <w:ind w:left="720"/>
      </w:pPr>
      <w:r/>
      <w:hyperlink r:id="rId12">
        <w:r>
          <w:rPr>
            <w:color w:val="0000EE"/>
            <w:u w:val="single"/>
          </w:rPr>
          <w:t>https://collab-collective.com/blog/zoom-launches-ai-companion-2.0</w:t>
        </w:r>
      </w:hyperlink>
      <w:r>
        <w:t xml:space="preserve"> - Highlights the additional features such as creating marketing materials, crafting emails, and generating presentations using AI Companion 2.0.</w:t>
      </w:r>
      <w:r/>
    </w:p>
    <w:p>
      <w:pPr>
        <w:pStyle w:val="ListBullet"/>
        <w:spacing w:line="240" w:lineRule="auto"/>
        <w:ind w:left="720"/>
      </w:pPr>
      <w:r/>
      <w:hyperlink r:id="rId10">
        <w:r>
          <w:rPr>
            <w:color w:val="0000EE"/>
            <w:u w:val="single"/>
          </w:rPr>
          <w:t>https://www.computerweekly.com/news/366614677/Zoom-launches-version-20-of-AI-Companion</w:t>
        </w:r>
      </w:hyperlink>
      <w:r>
        <w:t xml:space="preserve"> - Discusses the security and ethical considerations, including user data protection and administrative controls over AI functionalities.</w:t>
      </w:r>
      <w:r/>
    </w:p>
    <w:p>
      <w:pPr>
        <w:pStyle w:val="ListBullet"/>
        <w:spacing w:line="240" w:lineRule="auto"/>
        <w:ind w:left="720"/>
      </w:pPr>
      <w:r/>
      <w:hyperlink r:id="rId12">
        <w:r>
          <w:rPr>
            <w:color w:val="0000EE"/>
            <w:u w:val="single"/>
          </w:rPr>
          <w:t>https://collab-collective.com/blog/zoom-launches-ai-companion-2.0</w:t>
        </w:r>
      </w:hyperlink>
      <w:r>
        <w:t xml:space="preserve"> - Explains Zoom's forward-looking strategy in AI and its position in the competitive landscape of workplace technology.</w:t>
      </w:r>
      <w:r/>
    </w:p>
    <w:p>
      <w:pPr>
        <w:pStyle w:val="ListBullet"/>
        <w:spacing w:line="240" w:lineRule="auto"/>
        <w:ind w:left="720"/>
      </w:pPr>
      <w:r/>
      <w:hyperlink r:id="rId11">
        <w:r>
          <w:rPr>
            <w:color w:val="0000EE"/>
            <w:u w:val="single"/>
          </w:rPr>
          <w:t>https://it.rutgers.edu/2025/01/03/enhanced-ai-and-new-features-coming-to-zoom/</w:t>
        </w:r>
      </w:hyperlink>
      <w:r>
        <w:t xml:space="preserve"> - Details other new features such as custom avatars, AI virtual backgrounds, and transparency controls in the updated Zoom version.</w:t>
      </w:r>
      <w:r/>
    </w:p>
    <w:p>
      <w:pPr>
        <w:pStyle w:val="ListBullet"/>
        <w:spacing w:line="240" w:lineRule="auto"/>
        <w:ind w:left="720"/>
      </w:pPr>
      <w:r/>
      <w:hyperlink r:id="rId12">
        <w:r>
          <w:rPr>
            <w:color w:val="0000EE"/>
            <w:u w:val="single"/>
          </w:rPr>
          <w:t>https://collab-collective.com/blog/zoom-launches-ai-companion-2.0</w:t>
        </w:r>
      </w:hyperlink>
      <w:r>
        <w:t xml:space="preserve"> - Emphasizes the role of AI Companion 2.0 in driving productivity and innovation in the digital workplace.</w:t>
      </w:r>
      <w:r/>
    </w:p>
    <w:p>
      <w:pPr>
        <w:pStyle w:val="ListBullet"/>
        <w:spacing w:line="240" w:lineRule="auto"/>
        <w:ind w:left="720"/>
      </w:pPr>
      <w:r/>
      <w:hyperlink r:id="rId13">
        <w:r>
          <w:rPr>
            <w:color w:val="0000EE"/>
            <w:u w:val="single"/>
          </w:rPr>
          <w:t>https://www.uctoday.com/uncategorized/zoom-ai-companion-2-0-new-features-and-how-to-use-them/</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computerweekly.com/news/366614677/Zoom-launches-version-20-of-AI-Companion" TargetMode="External"/><Relationship Id="rId11" Type="http://schemas.openxmlformats.org/officeDocument/2006/relationships/hyperlink" Target="https://it.rutgers.edu/2025/01/03/enhanced-ai-and-new-features-coming-to-zoom/" TargetMode="External"/><Relationship Id="rId12" Type="http://schemas.openxmlformats.org/officeDocument/2006/relationships/hyperlink" Target="https://collab-collective.com/blog/zoom-launches-ai-companion-2.0" TargetMode="External"/><Relationship Id="rId13" Type="http://schemas.openxmlformats.org/officeDocument/2006/relationships/hyperlink" Target="https://www.uctoday.com/uncategorized/zoom-ai-companion-2-0-new-features-and-how-to-use-the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