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future of AI in customer experience: A webinar invitation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reshape the landscape of customer experience (CX), with significant advancements and adoption trends observed over the past few years. A forthcoming webinar, scheduled for 3 December 2024 at multiple times worldwide—8 a.m. PT (11 a.m. ET, 4 p.m. GMT)—will delve into the implications of AI in CX, particularly around the emerging potential of generative AI.</w:t>
      </w:r>
      <w:r/>
    </w:p>
    <w:p>
      <w:r/>
      <w:r>
        <w:t>Organised by CallMiner, a company renowned for its contact centre technology, the event will feature a panel of experts discussing the current state of AI in customer service, as indicated by the recent 2024 CallMiner CX Landscape Report. The report highlights that an overwhelming 87% of leaders in various global sectors—including financial services, healthcare, retail, and technology—recognise the integration of generative AI as crucial for enhancing their customer service and CX teams. Furthermore, a notable 91% of these leaders concur that AI implementations will play a pivotal role in optimising their CX strategies.</w:t>
      </w:r>
      <w:r/>
    </w:p>
    <w:p>
      <w:r/>
      <w:r>
        <w:t>The webinar will explore a variety of themes critical to understanding AI's evolving role within the sector. Attendees can anticipate discussions on the challenges organisations encounter regarding AI implementation, particularly in measuring return on investment (ROI) and navigating complexity. Proven use cases showcasing how AI boosts efficiency and productivity across enterprises will be presented, particularly addressing the balance between empowering staff and the concern of job displacement.</w:t>
      </w:r>
      <w:r/>
    </w:p>
    <w:p>
      <w:r/>
      <w:r>
        <w:t>Another focal point will be the significance of unsolicited feedback, which is gaining traction as a vital resource in painting a comprehensive picture of customer expectations and experiences. The session aims to provide insights into best practices for managing the inherent complexities of AI technologies while also mitigating security and compliance risks.</w:t>
      </w:r>
      <w:r/>
    </w:p>
    <w:p>
      <w:r/>
      <w:r>
        <w:t>Looking ahead, the panel will share predictions regarding the trajectory of AI within the CX and contact centre industries as we move towards 2025 and beyond. Attendees will have the opportunity to explore how their organisations can leverage the latest technological advancements to enhance customer service initiatives.</w:t>
      </w:r>
      <w:r/>
    </w:p>
    <w:p>
      <w:r/>
      <w:r>
        <w:t>The event is designed not only as a knowledge-sharing platform but also as an interactive experience, as it will feature an incentive for live participants—a chance to win one of four $50 gift cards during the webinar.</w:t>
      </w:r>
      <w:r/>
    </w:p>
    <w:p>
      <w:r/>
      <w:r>
        <w:t>This invitation to engage in a pioneering discussion on AI is aimed at both industry professionals and those interested in understanding the transformative potential of technology in business practices. With AI taking centre stage in the future of customer interactions, the insights provided in this session could be invaluable for organisations aiming to remain competitive in an increasingly automated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https://www.superoffice.com/blog/customer-experience-ai/</w:t>
        </w:r>
      </w:hyperlink>
      <w:r>
        <w:t xml:space="preserve"> - This article discusses how AI is transforming customer experiences through personalized interactions, streamlined operations, and predictive customer service, aligning with the webinar's focus on AI's role in CX.</w:t>
      </w:r>
      <w:r/>
    </w:p>
    <w:p>
      <w:pPr>
        <w:pStyle w:val="ListNumber"/>
        <w:spacing w:line="240" w:lineRule="auto"/>
        <w:ind w:left="720"/>
      </w:pPr>
      <w:r/>
      <w:hyperlink r:id="rId11">
        <w:r>
          <w:rPr>
            <w:color w:val="0000EE"/>
            <w:u w:val="single"/>
          </w:rPr>
          <w:t>https://www.talkdesk.com/blog/cx-trends/</w:t>
        </w:r>
      </w:hyperlink>
      <w:r>
        <w:t xml:space="preserve"> - This article highlights the impact of AI technologies, including generative AI, on customer experience trends in 2024, such as improved customer loyalty and profit gains, which supports the webinar's themes on AI implementation and ROI.</w:t>
      </w:r>
      <w:r/>
    </w:p>
    <w:p>
      <w:pPr>
        <w:pStyle w:val="ListNumber"/>
        <w:spacing w:line="240" w:lineRule="auto"/>
        <w:ind w:left="720"/>
      </w:pPr>
      <w:r/>
      <w:hyperlink r:id="rId12">
        <w:r>
          <w:rPr>
            <w:color w:val="0000EE"/>
            <w:u w:val="single"/>
          </w:rPr>
          <w:t>https://www.genesys.com/resources/top-cx-trends</w:t>
        </w:r>
      </w:hyperlink>
      <w:r>
        <w:t xml:space="preserve"> - This resource outlines top CX trends in 2024, including the use of AI to create unprecedented understanding and insight, which is relevant to the webinar's discussion on AI's evolving role in CX.</w:t>
      </w:r>
      <w:r/>
    </w:p>
    <w:p>
      <w:pPr>
        <w:pStyle w:val="ListNumber"/>
        <w:spacing w:line="240" w:lineRule="auto"/>
        <w:ind w:left="720"/>
      </w:pPr>
      <w:r/>
      <w:hyperlink r:id="rId13">
        <w:r>
          <w:rPr>
            <w:color w:val="0000EE"/>
            <w:u w:val="single"/>
          </w:rPr>
          <w:t>https://cxtrends.zendesk.com</w:t>
        </w:r>
      </w:hyperlink>
      <w:r>
        <w:t xml:space="preserve"> - This article discusses trends in customer expectations, including the adoption of AI copilots and the importance of personalization, which aligns with the webinar's focus on AI's impact on customer service and CX strategies.</w:t>
      </w:r>
      <w:r/>
    </w:p>
    <w:p>
      <w:pPr>
        <w:pStyle w:val="ListNumber"/>
        <w:spacing w:line="240" w:lineRule="auto"/>
        <w:ind w:left="720"/>
      </w:pPr>
      <w:r/>
      <w:hyperlink r:id="rId14">
        <w:r>
          <w:rPr>
            <w:color w:val="0000EE"/>
            <w:u w:val="single"/>
          </w:rPr>
          <w:t>https://www.bain.com/insights/generative-ai-potential-to-improve-customer-experience/</w:t>
        </w:r>
      </w:hyperlink>
      <w:r>
        <w:t xml:space="preserve"> - This article explores the potential of generative AI in improving customer experience, including its use in retail and customer service, which is central to the webinar's discussion on generative AI.</w:t>
      </w:r>
      <w:r/>
    </w:p>
    <w:p>
      <w:pPr>
        <w:pStyle w:val="ListNumber"/>
        <w:spacing w:line="240" w:lineRule="auto"/>
        <w:ind w:left="720"/>
      </w:pPr>
      <w:r/>
      <w:hyperlink r:id="rId10">
        <w:r>
          <w:rPr>
            <w:color w:val="0000EE"/>
            <w:u w:val="single"/>
          </w:rPr>
          <w:t>https://www.superoffice.com/blog/customer-experience-ai/</w:t>
        </w:r>
      </w:hyperlink>
      <w:r>
        <w:t xml:space="preserve"> - This article delves into the challenges and benefits of implementing AI in customer service, such as measuring ROI and navigating complexity, which are key topics for the webinar.</w:t>
      </w:r>
      <w:r/>
    </w:p>
    <w:p>
      <w:pPr>
        <w:pStyle w:val="ListNumber"/>
        <w:spacing w:line="240" w:lineRule="auto"/>
        <w:ind w:left="720"/>
      </w:pPr>
      <w:r/>
      <w:hyperlink r:id="rId11">
        <w:r>
          <w:rPr>
            <w:color w:val="0000EE"/>
            <w:u w:val="single"/>
          </w:rPr>
          <w:t>https://www.talkdesk.com/blog/cx-trends/</w:t>
        </w:r>
      </w:hyperlink>
      <w:r>
        <w:t xml:space="preserve"> - This article emphasizes the importance of transparency and ethical considerations in AI adoption, which is a critical aspect of managing AI technologies discussed in the webinar.</w:t>
      </w:r>
      <w:r/>
    </w:p>
    <w:p>
      <w:pPr>
        <w:pStyle w:val="ListNumber"/>
        <w:spacing w:line="240" w:lineRule="auto"/>
        <w:ind w:left="720"/>
      </w:pPr>
      <w:r/>
      <w:hyperlink r:id="rId12">
        <w:r>
          <w:rPr>
            <w:color w:val="0000EE"/>
            <w:u w:val="single"/>
          </w:rPr>
          <w:t>https://www.genesys.com/resources/top-cx-trends</w:t>
        </w:r>
      </w:hyperlink>
      <w:r>
        <w:t xml:space="preserve"> - This resource highlights the need for agile CX transformation and the integration of AI to enhance customer interactions, aligning with the webinar's focus on best practices for AI implementation.</w:t>
      </w:r>
      <w:r/>
    </w:p>
    <w:p>
      <w:pPr>
        <w:pStyle w:val="ListNumber"/>
        <w:spacing w:line="240" w:lineRule="auto"/>
        <w:ind w:left="720"/>
      </w:pPr>
      <w:r/>
      <w:hyperlink r:id="rId13">
        <w:r>
          <w:rPr>
            <w:color w:val="0000EE"/>
            <w:u w:val="single"/>
          </w:rPr>
          <w:t>https://cxtrends.zendesk.com</w:t>
        </w:r>
      </w:hyperlink>
      <w:r>
        <w:t xml:space="preserve"> - This article discusses the significance of unsolicited feedback in understanding customer expectations, a theme that will be explored in the webinar.</w:t>
      </w:r>
      <w:r/>
    </w:p>
    <w:p>
      <w:pPr>
        <w:pStyle w:val="ListNumber"/>
        <w:spacing w:line="240" w:lineRule="auto"/>
        <w:ind w:left="720"/>
      </w:pPr>
      <w:r/>
      <w:hyperlink r:id="rId14">
        <w:r>
          <w:rPr>
            <w:color w:val="0000EE"/>
            <w:u w:val="single"/>
          </w:rPr>
          <w:t>https://www.bain.com/insights/generative-ai-potential-to-improve-customer-experience/</w:t>
        </w:r>
      </w:hyperlink>
      <w:r>
        <w:t xml:space="preserve"> - This article provides insights into how generative AI can solve complex service challenges and improve customer service, which is a key prediction for the future of AI in CX discussed in the webinar.</w:t>
      </w:r>
      <w:r/>
    </w:p>
    <w:p>
      <w:pPr>
        <w:pStyle w:val="ListNumber"/>
        <w:spacing w:line="240" w:lineRule="auto"/>
        <w:ind w:left="720"/>
      </w:pPr>
      <w:r/>
      <w:hyperlink r:id="rId10">
        <w:r>
          <w:rPr>
            <w:color w:val="0000EE"/>
            <w:u w:val="single"/>
          </w:rPr>
          <w:t>https://www.superoffice.com/blog/customer-experience-ai/</w:t>
        </w:r>
      </w:hyperlink>
      <w:r>
        <w:t xml:space="preserve"> - This article predicts the future of customer experience with AI, including the emergence of Emotion AI, which aligns with the webinar's predictions on the trajectory of AI in CX and contact centre industries.</w:t>
      </w:r>
      <w:r/>
    </w:p>
    <w:p>
      <w:pPr>
        <w:pStyle w:val="ListNumber"/>
        <w:spacing w:line="240" w:lineRule="auto"/>
        <w:ind w:left="720"/>
      </w:pPr>
      <w:r/>
      <w:hyperlink r:id="rId15">
        <w:r>
          <w:rPr>
            <w:color w:val="0000EE"/>
            <w:u w:val="single"/>
          </w:rPr>
          <w:t>https://www.callcentrehelper.com/power-of-ai-cx-2025-webinar-248430.htm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uperoffice.com/blog/customer-experience-ai/" TargetMode="External"/><Relationship Id="rId11" Type="http://schemas.openxmlformats.org/officeDocument/2006/relationships/hyperlink" Target="https://www.talkdesk.com/blog/cx-trends/" TargetMode="External"/><Relationship Id="rId12" Type="http://schemas.openxmlformats.org/officeDocument/2006/relationships/hyperlink" Target="https://www.genesys.com/resources/top-cx-trends" TargetMode="External"/><Relationship Id="rId13" Type="http://schemas.openxmlformats.org/officeDocument/2006/relationships/hyperlink" Target="https://cxtrends.zendesk.com" TargetMode="External"/><Relationship Id="rId14" Type="http://schemas.openxmlformats.org/officeDocument/2006/relationships/hyperlink" Target="https://www.bain.com/insights/generative-ai-potential-to-improve-customer-experience/" TargetMode="External"/><Relationship Id="rId15" Type="http://schemas.openxmlformats.org/officeDocument/2006/relationships/hyperlink" Target="https://www.callcentrehelper.com/power-of-ai-cx-2025-webinar-248430.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