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M-Files honoured with 2024 KMWorld Promise Award for innovative knowledge management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M-Files, a prominent player in the field of knowledge work automation, has recently been awarded the 2024 KMWorld Promise Award, an accolade that underscores its commitment to delivering innovative technology solutions in knowledge management. The award was presented to M-Files during the KMWorld 2024 Conference held in Washington, D.C.</w:t>
      </w:r>
      <w:r/>
    </w:p>
    <w:p>
      <w:r/>
      <w:r>
        <w:t>The KMWorld Promise Award is designated for organisations that significantly enhance business outcomes through advanced knowledge management practices. M-Files was recognised for its exceptional technology offerings and outstanding customer support services, which facilitate rapid deployment and continuous assistance to ensure that clients derive maximum benefit from their investment in the M-Files knowledge work automation platform.</w:t>
      </w:r>
      <w:r/>
    </w:p>
    <w:p>
      <w:r/>
      <w:r>
        <w:t>Marydee Ojala, the editor-in-chief of KMWorld, expressed her enthusiasm over the award, stating, "We are delighted that M-Files has won this year's KMWorld Promise Award. The company's submission... was exemplary." Ojala specifically noted M-Files’ ability to provide compelling quantifiable benefits for its clients, including substantial savings in time spent on searching for documents, enhanced efficiencies in filing processes, and improved overall workflow productivity. Furthermore, M-Files’ forward-thinking application of generative artificial intelligence (GenAI) alongside integration with Microsoft 365 distinguishes the company within the knowledge management sector.</w:t>
      </w:r>
      <w:r/>
    </w:p>
    <w:p>
      <w:r/>
      <w:r>
        <w:t>M-Files has extended its platform beyond conventional knowledge management, providing automation for routine workflows while improving access to and the management of business information. The platform’s AI capabilities not only boost productivity but also embed compliance features that aid organisations in managing security and mitigating operational risks.</w:t>
      </w:r>
      <w:r/>
    </w:p>
    <w:p>
      <w:r/>
      <w:r>
        <w:t>A significant component of M-Files’ recent developments is the introduction of M-Files Aino, a GenAI assistant designed to centralise knowledge access for employees. This initiative leverages Large Language Models (LLMs) to enhance knowledge work productivity, ensuring that vital business information is readily available to staff. According to Antti Nivala, founder and CEO of M-Files, this innovation reflects the company’s dedication to continuous improvement and customer-focused product development.</w:t>
      </w:r>
      <w:r/>
    </w:p>
    <w:p>
      <w:r/>
      <w:r>
        <w:t>Additionally, M-Files enhances its functionality through seamless integration with Microsoft 365, allowing users to utilise advanced classification, automation, search, and compliance features within familiar applications. An impressive 94% of M-Files clients utilise the Microsoft ecosystem, which not only streamlines content creation but also contributes to robust business results.</w:t>
      </w:r>
      <w:r/>
    </w:p>
    <w:p>
      <w:r/>
      <w:r>
        <w:t>In terms of quantifiable effectiveness, a commissioned study by Forrester Consulting indicated that organisations employing M-Files can expect an average return on investment (ROI) of 294% over three years. Users report marked improvements, including a 50% reduction in time spent on document searches, a 65% increase in the speed of document filing, and a 70% enhancement in workflow efficiency.</w:t>
      </w:r>
      <w:r/>
    </w:p>
    <w:p>
      <w:r/>
      <w:r>
        <w:t>M-Files continues to prioritise innovation in the realm of knowledge work automation, which places the company at the forefront of emerging trends in artificial intelligence and automation technologies impacting business operations. As organisations increasingly seek to streamline their processes and leverage the benefits of intelligent solutions, M-Files is positioned as a key player in this evolving landscape. Enterprises interested in exploring M-Files’ capabilities can visit their website for further information or to access a complimentary demo and trial period.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https://www.businesswire.com/news/home/20241122326255/en/M-Files-Wins-2024-KMWorld-Promise-Award</w:t>
        </w:r>
      </w:hyperlink>
      <w:r>
        <w:t xml:space="preserve"> - M-Files winning the 2024 KMWorld Promise Award and the details of the award presentation at the KMWorld 2024 Conference in Washington, D.C.</w:t>
      </w:r>
      <w:r/>
    </w:p>
    <w:p>
      <w:pPr>
        <w:pStyle w:val="ListNumber"/>
        <w:spacing w:line="240" w:lineRule="auto"/>
        <w:ind w:left="720"/>
      </w:pPr>
      <w:r/>
      <w:hyperlink r:id="rId10">
        <w:r>
          <w:rPr>
            <w:color w:val="0000EE"/>
            <w:u w:val="single"/>
          </w:rPr>
          <w:t>https://www.businesswire.com/news/home/20241122326255/en/M-Files-Wins-2024-KMWorld-Promise-Award</w:t>
        </w:r>
      </w:hyperlink>
      <w:r>
        <w:t xml:space="preserve"> - Recognition of M-Files for its exceptional technology offerings and outstanding customer support services.</w:t>
      </w:r>
      <w:r/>
    </w:p>
    <w:p>
      <w:pPr>
        <w:pStyle w:val="ListNumber"/>
        <w:spacing w:line="240" w:lineRule="auto"/>
        <w:ind w:left="720"/>
      </w:pPr>
      <w:r/>
      <w:hyperlink r:id="rId10">
        <w:r>
          <w:rPr>
            <w:color w:val="0000EE"/>
            <w:u w:val="single"/>
          </w:rPr>
          <w:t>https://www.businesswire.com/news/home/20241122326255/en/M-Files-Wins-2024-KMWorld-Promise-Award</w:t>
        </w:r>
      </w:hyperlink>
      <w:r>
        <w:t xml:space="preserve"> - Marydee Ojala's comments on M-Files’ award and the company's quantifiable benefits for clients.</w:t>
      </w:r>
      <w:r/>
    </w:p>
    <w:p>
      <w:pPr>
        <w:pStyle w:val="ListNumber"/>
        <w:spacing w:line="240" w:lineRule="auto"/>
        <w:ind w:left="720"/>
      </w:pPr>
      <w:r/>
      <w:hyperlink r:id="rId11">
        <w:r>
          <w:rPr>
            <w:color w:val="0000EE"/>
            <w:u w:val="single"/>
          </w:rPr>
          <w:t>https://www.m-files.com/m-files-named-to-kmworlds-ai-top-100-list-for-2024/</w:t>
        </w:r>
      </w:hyperlink>
      <w:r>
        <w:t xml:space="preserve"> - M-Files’ application of generative artificial intelligence (GenAI) and integration with Microsoft 365.</w:t>
      </w:r>
      <w:r/>
    </w:p>
    <w:p>
      <w:pPr>
        <w:pStyle w:val="ListNumber"/>
        <w:spacing w:line="240" w:lineRule="auto"/>
        <w:ind w:left="720"/>
      </w:pPr>
      <w:r/>
      <w:hyperlink r:id="rId11">
        <w:r>
          <w:rPr>
            <w:color w:val="0000EE"/>
            <w:u w:val="single"/>
          </w:rPr>
          <w:t>https://www.m-files.com/m-files-named-to-kmworlds-ai-top-100-list-for-2024/</w:t>
        </w:r>
      </w:hyperlink>
      <w:r>
        <w:t xml:space="preserve"> - Introduction of M-Files Aino, a GenAI assistant, and its role in enhancing knowledge work productivity.</w:t>
      </w:r>
      <w:r/>
    </w:p>
    <w:p>
      <w:pPr>
        <w:pStyle w:val="ListNumber"/>
        <w:spacing w:line="240" w:lineRule="auto"/>
        <w:ind w:left="720"/>
      </w:pPr>
      <w:r/>
      <w:hyperlink r:id="rId10">
        <w:r>
          <w:rPr>
            <w:color w:val="0000EE"/>
            <w:u w:val="single"/>
          </w:rPr>
          <w:t>https://www.businesswire.com/news/home/20241122326255/en/M-Files-Wins-2024-KMWorld-Promise-Award</w:t>
        </w:r>
      </w:hyperlink>
      <w:r>
        <w:t xml:space="preserve"> - M-Files’ integration with Microsoft 365 and the benefits for content creation and business results.</w:t>
      </w:r>
      <w:r/>
    </w:p>
    <w:p>
      <w:pPr>
        <w:pStyle w:val="ListNumber"/>
        <w:spacing w:line="240" w:lineRule="auto"/>
        <w:ind w:left="720"/>
      </w:pPr>
      <w:r/>
      <w:hyperlink r:id="rId10">
        <w:r>
          <w:rPr>
            <w:color w:val="0000EE"/>
            <w:u w:val="single"/>
          </w:rPr>
          <w:t>https://www.businesswire.com/news/home/20241122326255/en/M-Files-Wins-2024-KMWorld-Promise-Award</w:t>
        </w:r>
      </w:hyperlink>
      <w:r>
        <w:t xml:space="preserve"> - Quantifiable effectiveness of M-Files, including ROI and improvements in document searches, filing, and workflow efficiency.</w:t>
      </w:r>
      <w:r/>
    </w:p>
    <w:p>
      <w:pPr>
        <w:pStyle w:val="ListNumber"/>
        <w:spacing w:line="240" w:lineRule="auto"/>
        <w:ind w:left="720"/>
      </w:pPr>
      <w:r/>
      <w:hyperlink r:id="rId12">
        <w:r>
          <w:rPr>
            <w:color w:val="0000EE"/>
            <w:u w:val="single"/>
          </w:rPr>
          <w:t>https://www.kmworld.com/Articles/News/News/2024-KM-PROMISE-AWARD-WINNER-M-Files-166850.aspx</w:t>
        </w:r>
      </w:hyperlink>
      <w:r>
        <w:t xml:space="preserve"> - M-Files’ commitment to innovation in knowledge work automation and its position in emerging trends in AI and automation.</w:t>
      </w:r>
      <w:r/>
    </w:p>
    <w:p>
      <w:pPr>
        <w:pStyle w:val="ListNumber"/>
        <w:spacing w:line="240" w:lineRule="auto"/>
        <w:ind w:left="720"/>
      </w:pPr>
      <w:r/>
      <w:hyperlink r:id="rId11">
        <w:r>
          <w:rPr>
            <w:color w:val="0000EE"/>
            <w:u w:val="single"/>
          </w:rPr>
          <w:t>https://www.m-files.com/m-files-named-to-kmworlds-ai-top-100-list-for-2024/</w:t>
        </w:r>
      </w:hyperlink>
      <w:r>
        <w:t xml:space="preserve"> - M-Files Aino’s use of Large Language Models (LLMs) to centralize knowledge access for employees.</w:t>
      </w:r>
      <w:r/>
    </w:p>
    <w:p>
      <w:pPr>
        <w:pStyle w:val="ListNumber"/>
        <w:spacing w:line="240" w:lineRule="auto"/>
        <w:ind w:left="720"/>
      </w:pPr>
      <w:r/>
      <w:hyperlink r:id="rId13">
        <w:r>
          <w:rPr>
            <w:color w:val="0000EE"/>
            <w:u w:val="single"/>
          </w:rPr>
          <w:t>https://www.kmworld.com/Articles/News/News/A-sneak-peek-at-KMWorld-2024-with-M-Files-and-Atlas-by-ClearPeople--166451.aspx</w:t>
        </w:r>
      </w:hyperlink>
      <w:r>
        <w:t xml:space="preserve"> - Benefits of M-Files’ platform, including automation of workflows, security, and compliance, and its impact on knowledge workers.</w:t>
      </w:r>
      <w:r/>
    </w:p>
    <w:p>
      <w:pPr>
        <w:pStyle w:val="ListNumber"/>
        <w:spacing w:line="240" w:lineRule="auto"/>
        <w:ind w:left="720"/>
      </w:pPr>
      <w:r/>
      <w:hyperlink r:id="rId10">
        <w:r>
          <w:rPr>
            <w:color w:val="0000EE"/>
            <w:u w:val="single"/>
          </w:rPr>
          <w:t>https://www.businesswire.com/news/home/20241122326255/en/M-Files-Wins-2024-KMWorld-Promise-Award</w:t>
        </w:r>
      </w:hyperlink>
      <w:r>
        <w:t xml:space="preserve"> - Availability of a demo and trial period for enterprises interested in exploring M-Files’ capabilities.</w:t>
      </w:r>
      <w:r/>
    </w:p>
    <w:p>
      <w:pPr>
        <w:pStyle w:val="ListNumber"/>
        <w:spacing w:line="240" w:lineRule="auto"/>
        <w:ind w:left="720"/>
      </w:pPr>
      <w:r/>
      <w:hyperlink r:id="rId14">
        <w:r>
          <w:rPr>
            <w:color w:val="0000EE"/>
            <w:u w:val="single"/>
          </w:rPr>
          <w:t>https://news.google.com/rss/articles/CBMinAFBVV95cUxPcnVEX2VMamw0aEl1X3RzUFJwS0d4alVZS2pfUi1HRl96ZGY0cGVOS0JPMjB0WTVmd2dkUVhtSXE1di1FODNDNjFFVVN2cEs1T2tsNU9LdmtOV0NEbFlDNUh4VE8yLUVnd09kTWJqZk9xbmNLeEllV3hwSDFxWkJHNDVfQmZseW5xYWgtS3BZaTRNdTRTd1FhV21mYmM?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122326255/en/M-Files-Wins-2024-KMWorld-Promise-Award" TargetMode="External"/><Relationship Id="rId11" Type="http://schemas.openxmlformats.org/officeDocument/2006/relationships/hyperlink" Target="https://www.m-files.com/m-files-named-to-kmworlds-ai-top-100-list-for-2024/" TargetMode="External"/><Relationship Id="rId12" Type="http://schemas.openxmlformats.org/officeDocument/2006/relationships/hyperlink" Target="https://www.kmworld.com/Articles/News/News/2024-KM-PROMISE-AWARD-WINNER-M-Files-166850.aspx" TargetMode="External"/><Relationship Id="rId13" Type="http://schemas.openxmlformats.org/officeDocument/2006/relationships/hyperlink" Target="https://www.kmworld.com/Articles/News/News/A-sneak-peek-at-KMWorld-2024-with-M-Files-and-Atlas-by-ClearPeople--166451.aspx" TargetMode="External"/><Relationship Id="rId14" Type="http://schemas.openxmlformats.org/officeDocument/2006/relationships/hyperlink" Target="https://news.google.com/rss/articles/CBMinAFBVV95cUxPcnVEX2VMamw0aEl1X3RzUFJwS0d4alVZS2pfUi1HRl96ZGY0cGVOS0JPMjB0WTVmd2dkUVhtSXE1di1FODNDNjFFVVN2cEs1T2tsNU9LdmtOV0NEbFlDNUh4VE8yLUVnd09kTWJqZk9xbmNLeEllV3hwSDFxWkJHNDVfQmZseW5xYWgtS3BZaTRNdTRTd1FhV21mYmM?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