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explores AI browser to challenge Google's dominance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is reportedly exploring the development of a web browser integrated with its AI chatbot program, ChatGPT. Currently in the developmental phase, this project aims to enhance usability and access to ChatGPT, which has become a leading AI technology on the international stage. The initiative appears to be a strategic move to diversify OpenAI's offerings, particularly in the search and browser markets, directly targeting major players such as Google.</w:t>
      </w:r>
      <w:r/>
    </w:p>
    <w:p>
      <w:r/>
      <w:r>
        <w:t>Collaborations with notable companies, including Conde Nast, Redfin, Eventbrite, and Priceline, are part of OpenAI's broader strategy to introduce search-related products into various sectors. While SearchGPT, an initial offering, has been launched in a limited capacity, expectations for a more extensive rollout are set for next year. Despite the interest and investment in a potential AI-driven browser, sources indicate that it is still in the planning stages, with no immediate plans for a launch.</w:t>
      </w:r>
      <w:r/>
    </w:p>
    <w:p>
      <w:r/>
      <w:r>
        <w:t>In a parallel development, Apple is reportedly taking steps to enhance its voice assistant, Siri, to compete more effectively in the market increasingly dominated by advanced AI technologies like ChatGPT. According to industry insider Mark Gurman, Apple is testing a new version of Siri infused with large language model (LLM) capabilities, dubbed “LLM Siri.” This upgraded assistant is designed to facilitate more fluid, conversational interactions and efficiently handle complex requests, mirroring the functionalities found in leading chatbots.</w:t>
      </w:r>
      <w:r/>
    </w:p>
    <w:p>
      <w:r/>
      <w:r>
        <w:t>The anticipated announcement of this upgraded Siri is expected in 2025, coinciding with the release of iOS 19 and macOS 16. However, the full rollout of LLM Siri might not occur until 2026, raising questions about Apple's trajectory in the AI space in light of robust competition that currently exists.</w:t>
      </w:r>
      <w:r/>
    </w:p>
    <w:p>
      <w:r/>
      <w:r>
        <w:t>The rumoured developments surrounding OpenAI's browser have generated a considerable amount of speculation. Although still in its early stages, the project reflects OpenAI's aspirations to challenge Google's dominance in web browsing. Reports suggest that OpenAI has brought in experienced personnel from Google’s Chrome team while simultaneously developing partnerships aimed at integrating AI into various digital experiences within websites and apps.</w:t>
      </w:r>
      <w:r/>
    </w:p>
    <w:p>
      <w:r/>
      <w:r>
        <w:t>OpenAI's broader vision includes the introduction of its ‘Natural Language Web’ initiative, which enhances user interaction on websites through conversational features, thereby transforming the conventional navigation methods. Such advancements signal a notable shift in the technology landscape and underscore the increasing emphasis businesses are placing on AI automation to improve user interaction.</w:t>
      </w:r>
      <w:r/>
    </w:p>
    <w:p>
      <w:r/>
      <w:r>
        <w:t>The competitive landscape is dynamic, with key players like Google also responding to these shifts. Google has reportedly been enhancing its Gemini AI to better mimic human reasoning abilities, acknowledging the rising challenge posed by emerging technologies like those from OpenAI.</w:t>
      </w:r>
      <w:r/>
    </w:p>
    <w:p>
      <w:r/>
      <w:r>
        <w:t>As these developments unfold, the implications for business practices, user experience, and industry standards are significant. The strategic movements by OpenAI and Apple indicate a rapidly evolving technological landscape where AI integration and automation are expected to play pivotal roles in shaping the future of digital interaction and business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https://www.androidpolice.com/openai-considering-chatgpt-web-browser-chrome-competition/</w:t>
        </w:r>
      </w:hyperlink>
      <w:r>
        <w:t xml:space="preserve"> - This article corroborates OpenAI's exploration of a ChatGPT-powered browser, discussions with partners like Condé Nast and Priceline, and the hiring of former Chrome developers.</w:t>
      </w:r>
      <w:r/>
    </w:p>
    <w:p>
      <w:pPr>
        <w:pStyle w:val="ListNumber"/>
        <w:spacing w:line="240" w:lineRule="auto"/>
        <w:ind w:left="720"/>
      </w:pPr>
      <w:r/>
      <w:hyperlink r:id="rId10">
        <w:r>
          <w:rPr>
            <w:color w:val="0000EE"/>
            <w:u w:val="single"/>
          </w:rPr>
          <w:t>https://www.androidpolice.com/openai-considering-chatgpt-web-browser-chrome-competition/</w:t>
        </w:r>
      </w:hyperlink>
      <w:r>
        <w:t xml:space="preserve"> - It also supports the information about OpenAI's plans to power Samsung's AI and the potential competition with Google in the browser market.</w:t>
      </w:r>
      <w:r/>
    </w:p>
    <w:p>
      <w:pPr>
        <w:pStyle w:val="ListNumber"/>
        <w:spacing w:line="240" w:lineRule="auto"/>
        <w:ind w:left="720"/>
      </w:pPr>
      <w:r/>
      <w:hyperlink r:id="rId11">
        <w:r>
          <w:rPr>
            <w:color w:val="0000EE"/>
            <w:u w:val="single"/>
          </w:rPr>
          <w:t>https://www.theinformation.com/articles/openai-considers-taking-on-google-with-browser</w:t>
        </w:r>
      </w:hyperlink>
      <w:r>
        <w:t xml:space="preserve"> - This article confirms OpenAI's consideration of developing a web browser integrated with ChatGPT and its strategic move to diversify offerings in search and browser markets.</w:t>
      </w:r>
      <w:r/>
    </w:p>
    <w:p>
      <w:pPr>
        <w:pStyle w:val="ListNumber"/>
        <w:spacing w:line="240" w:lineRule="auto"/>
        <w:ind w:left="720"/>
      </w:pPr>
      <w:r/>
      <w:hyperlink r:id="rId11">
        <w:r>
          <w:rPr>
            <w:color w:val="0000EE"/>
            <w:u w:val="single"/>
          </w:rPr>
          <w:t>https://www.theinformation.com/articles/openai-considers-taking-on-google-with-browser</w:t>
        </w:r>
      </w:hyperlink>
      <w:r>
        <w:t xml:space="preserve"> - It also details collaborations with notable companies and the early stages of the project with no immediate launch plans.</w:t>
      </w:r>
      <w:r/>
    </w:p>
    <w:p>
      <w:pPr>
        <w:pStyle w:val="ListNumber"/>
        <w:spacing w:line="240" w:lineRule="auto"/>
        <w:ind w:left="720"/>
      </w:pPr>
      <w:r/>
      <w:hyperlink r:id="rId12">
        <w:r>
          <w:rPr>
            <w:color w:val="0000EE"/>
            <w:u w:val="single"/>
          </w:rPr>
          <w:t>https://community.openai.com/t/seems-chatgpt-new-search-feature/999477</w:t>
        </w:r>
      </w:hyperlink>
      <w:r>
        <w:t xml:space="preserve"> - This community post mentions the new SearchGPT feature, which is part of OpenAI's broader strategy to introduce search-related products.</w:t>
      </w:r>
      <w:r/>
    </w:p>
    <w:p>
      <w:pPr>
        <w:pStyle w:val="ListNumber"/>
        <w:spacing w:line="240" w:lineRule="auto"/>
        <w:ind w:left="720"/>
      </w:pPr>
      <w:r/>
      <w:hyperlink r:id="rId13">
        <w:r>
          <w:rPr>
            <w:color w:val="0000EE"/>
            <w:u w:val="single"/>
          </w:rPr>
          <w:t>https://openai.com/index/introducing-chatgpt-search/</w:t>
        </w:r>
      </w:hyperlink>
      <w:r>
        <w:t xml:space="preserve"> - This link introduces the new SearchGPT feature, highlighting its integration with external sources and its availability in both web browser and app functions.</w:t>
      </w:r>
      <w:r/>
    </w:p>
    <w:p>
      <w:pPr>
        <w:pStyle w:val="ListNumber"/>
        <w:spacing w:line="240" w:lineRule="auto"/>
        <w:ind w:left="720"/>
      </w:pPr>
      <w:r/>
      <w:hyperlink r:id="rId10">
        <w:r>
          <w:rPr>
            <w:color w:val="0000EE"/>
            <w:u w:val="single"/>
          </w:rPr>
          <w:t>https://www.androidpolice.com/openai-considering-chatgpt-web-browser-chrome-competition/</w:t>
        </w:r>
      </w:hyperlink>
      <w:r>
        <w:t xml:space="preserve"> - The article discusses OpenAI's 'Natural Language Web' initiative and its aim to enhance user interaction on websites through conversational features.</w:t>
      </w:r>
      <w:r/>
    </w:p>
    <w:p>
      <w:pPr>
        <w:pStyle w:val="ListNumber"/>
        <w:spacing w:line="240" w:lineRule="auto"/>
        <w:ind w:left="720"/>
      </w:pPr>
      <w:r/>
      <w:hyperlink r:id="rId11">
        <w:r>
          <w:rPr>
            <w:color w:val="0000EE"/>
            <w:u w:val="single"/>
          </w:rPr>
          <w:t>https://www.theinformation.com/articles/openai-considers-taking-on-google-with-browser</w:t>
        </w:r>
      </w:hyperlink>
      <w:r>
        <w:t xml:space="preserve"> - It supports the information about OpenAI's aspirations to challenge Google's dominance in web browsing and the development of AI-driven browser prototypes.</w:t>
      </w:r>
      <w:r/>
    </w:p>
    <w:p>
      <w:pPr>
        <w:pStyle w:val="ListNumber"/>
        <w:spacing w:line="240" w:lineRule="auto"/>
        <w:ind w:left="720"/>
      </w:pPr>
      <w:r/>
      <w:hyperlink r:id="rId10">
        <w:r>
          <w:rPr>
            <w:color w:val="0000EE"/>
            <w:u w:val="single"/>
          </w:rPr>
          <w:t>https://www.androidpolice.com/openai-considering-chatgpt-web-browser-chrome-competition/</w:t>
        </w:r>
      </w:hyperlink>
      <w:r>
        <w:t xml:space="preserve"> - The article mentions the competitive landscape, including Google's enhancements to its Gemini AI to better compete with emerging technologies like those from OpenAI.</w:t>
      </w:r>
      <w:r/>
    </w:p>
    <w:p>
      <w:pPr>
        <w:pStyle w:val="ListNumber"/>
        <w:spacing w:line="240" w:lineRule="auto"/>
        <w:ind w:left="720"/>
      </w:pPr>
      <w:r/>
      <w:hyperlink r:id="rId11">
        <w:r>
          <w:rPr>
            <w:color w:val="0000EE"/>
            <w:u w:val="single"/>
          </w:rPr>
          <w:t>https://www.theinformation.com/articles/openai-considers-taking-on-google-with-browser</w:t>
        </w:r>
      </w:hyperlink>
      <w:r>
        <w:t xml:space="preserve"> - It highlights the implications for business practices, user experience, and industry standards as AI integration and automation become more pivotal.</w:t>
      </w:r>
      <w:r/>
    </w:p>
    <w:p>
      <w:pPr>
        <w:pStyle w:val="ListNumber"/>
        <w:spacing w:line="240" w:lineRule="auto"/>
        <w:ind w:left="720"/>
      </w:pPr>
      <w:r/>
      <w:hyperlink r:id="rId10">
        <w:r>
          <w:rPr>
            <w:color w:val="0000EE"/>
            <w:u w:val="single"/>
          </w:rPr>
          <w:t>https://www.androidpolice.com/openai-considering-chatgpt-web-browser-chrome-competition/</w:t>
        </w:r>
      </w:hyperlink>
      <w:r>
        <w:t xml:space="preserve"> - The article discusses the broader vision of OpenAI, including its partnerships and the development of bespoke browsers, reflecting the dynamic competitive landscape.</w:t>
      </w:r>
      <w:r/>
    </w:p>
    <w:p>
      <w:pPr>
        <w:pStyle w:val="ListNumber"/>
        <w:spacing w:line="240" w:lineRule="auto"/>
        <w:ind w:left="720"/>
      </w:pPr>
      <w:r/>
      <w:hyperlink r:id="rId14">
        <w:r>
          <w:rPr>
            <w:color w:val="0000EE"/>
            <w:u w:val="single"/>
          </w:rPr>
          <w:t>https://www.analyticsinsight.net/news/openai-explores-developing-its-own-browser-to-challenge-google</w:t>
        </w:r>
      </w:hyperlink>
      <w:r>
        <w:t xml:space="preserve"> - Please view link - unable to able to access data</w:t>
      </w:r>
      <w:r/>
    </w:p>
    <w:p>
      <w:pPr>
        <w:pStyle w:val="ListNumber"/>
        <w:spacing w:line="240" w:lineRule="auto"/>
        <w:ind w:left="720"/>
      </w:pPr>
      <w:r/>
      <w:hyperlink r:id="rId15">
        <w:r>
          <w:rPr>
            <w:color w:val="0000EE"/>
            <w:u w:val="single"/>
          </w:rPr>
          <w:t>https://www.techradar.com/phones/siri-may-not-match-chatgpts-conversational-skills-until-2026-new-ios-19-rumors-predict</w:t>
        </w:r>
      </w:hyperlink>
      <w:r>
        <w:t xml:space="preserve"> - Please view link - unable to able to access data</w:t>
      </w:r>
      <w:r/>
    </w:p>
    <w:p>
      <w:pPr>
        <w:pStyle w:val="ListNumber"/>
        <w:spacing w:line="240" w:lineRule="auto"/>
        <w:ind w:left="720"/>
      </w:pPr>
      <w:r/>
      <w:hyperlink r:id="rId16">
        <w:r>
          <w:rPr>
            <w:color w:val="0000EE"/>
            <w:u w:val="single"/>
          </w:rPr>
          <w:t>https://www.techradar.com/computing/artificial-intelligence/a-chrome-killing-browser-will-be-openais-next-big-shot-at-google-according-to-a-new-report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droidpolice.com/openai-considering-chatgpt-web-browser-chrome-competition/" TargetMode="External"/><Relationship Id="rId11" Type="http://schemas.openxmlformats.org/officeDocument/2006/relationships/hyperlink" Target="https://www.theinformation.com/articles/openai-considers-taking-on-google-with-browser" TargetMode="External"/><Relationship Id="rId12" Type="http://schemas.openxmlformats.org/officeDocument/2006/relationships/hyperlink" Target="https://community.openai.com/t/seems-chatgpt-new-search-feature/999477" TargetMode="External"/><Relationship Id="rId13" Type="http://schemas.openxmlformats.org/officeDocument/2006/relationships/hyperlink" Target="https://openai.com/index/introducing-chatgpt-search/" TargetMode="External"/><Relationship Id="rId14" Type="http://schemas.openxmlformats.org/officeDocument/2006/relationships/hyperlink" Target="https://www.analyticsinsight.net/news/openai-explores-developing-its-own-browser-to-challenge-google" TargetMode="External"/><Relationship Id="rId15" Type="http://schemas.openxmlformats.org/officeDocument/2006/relationships/hyperlink" Target="https://www.techradar.com/phones/siri-may-not-match-chatgpts-conversational-skills-until-2026-new-ios-19-rumors-predict" TargetMode="External"/><Relationship Id="rId16" Type="http://schemas.openxmlformats.org/officeDocument/2006/relationships/hyperlink" Target="https://www.techradar.com/computing/artificial-intelligence/a-chrome-killing-browser-will-be-openais-next-big-shot-at-google-according-to-a-new-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