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evolving landscape of manufacturing management software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manufacturing industry continues to evolve, driven by the necessity for enhanced productivity and improved product quality standards. A pivotal element in this transformation is the adoption of manufacturing management software, which is changing how businesses approach quality assurance and operational efficiency across the sector.</w:t>
      </w:r>
      <w:r/>
    </w:p>
    <w:p>
      <w:r/>
      <w:r>
        <w:t>Manufacturing management software allows for heightened data collection and analysis, enabling companies to gather substantial real-time information from production lines. This data is critical in detecting deviations or flaws that might compromise product quality. By systematically analysing this information, manufacturers can identify emerging issues early in the production process and implement corrective actions promptly. This proactive approach not only minimizes the risk of defective products reaching consumers but also contributes to a significant improvement in overall product quality.</w:t>
      </w:r>
      <w:r/>
    </w:p>
    <w:p>
      <w:r/>
      <w:r>
        <w:t>Real-time monitoring and feedback are further benefits of integrating manufacturing management software into operations. This software continually supervises production processes to ensure compliance with established quality benchmarks. Should any discrepancies arise during production, the system generates immediate notifications to supervisors, ensuring swift interventions. This capability is instrumental in maintaining quality standards while also reducing downtime and waste, ultimately enhancing efficiency within the manufacturing workflow.</w:t>
      </w:r>
      <w:r/>
    </w:p>
    <w:p>
      <w:r/>
      <w:r>
        <w:t>Moreover, effective communication is vital to sustaining high quality standards in production environments. Manufacturing management software promotes streamlined communication by connecting various divisions within an organisation seamlessly. This integration ensures that all personnel, whether directly involved in production or conducting quality checks, are aligned in their efforts. Such enhanced communication fosters teamwork and enables rapid resolution of any quality-related issues, promoting a unified strategy towards maintaining elevated standards.</w:t>
      </w:r>
      <w:r/>
    </w:p>
    <w:p>
      <w:r/>
      <w:r>
        <w:t>The automation of quality control processes marks another significant trend facilitated by this software. Automated systems minimise reliance on manual inspections, thereby reducing the likelihood of human error. These systems conduct precise checks to confirm that each product meets predetermined specifications, leading to a decrease in errors and an increase in production efficiency due to enhanced processing speeds.</w:t>
      </w:r>
      <w:r/>
    </w:p>
    <w:p>
      <w:r/>
      <w:r>
        <w:t>Traceability is another critical component of quality management that has been strengthened by manufacturing management software. Comprehensive tracking capabilities allow companies to oversee every stage of the manufacturing process, from sourcing materials to final product assembly. This level of scrutiny enables manufacturers to trace any defects or quality concerns back to their original sources, facilitating targeted corrective actions. Additionally, improved traceability helps ensure compliance with industry regulations by providing verifiable evidence of adherence to quality standards.</w:t>
      </w:r>
      <w:r/>
    </w:p>
    <w:p>
      <w:r/>
      <w:r>
        <w:t>Supplier management functions integrated within manufacturing management software are also gaining importance in quality assurance. These capabilities allow manufacturers to assess supplier performance and verify adherence to quality requirements. By ensuring that suppliers meet quality criteria, manufacturers can enhance the quality of raw materials, which directly contributes to the overall standard of the final product.</w:t>
      </w:r>
      <w:r/>
    </w:p>
    <w:p>
      <w:r/>
      <w:r>
        <w:t>Furthermore, the data-driven decision-making capabilities of manufacturing management software empower companies to make informed choices regarding their quality control practices. By leveraging extensive data analysis, manufacturers can identify patterns, evaluate the effectiveness of quality improvement initiatives, and adapt their strategies accordingly. This continuous data-driven approach enables ongoing enhancements in operational processes and product quality.</w:t>
      </w:r>
      <w:r/>
    </w:p>
    <w:p>
      <w:r/>
      <w:r>
        <w:t>The reduction of waste and the minimisation of rework in manufacturing are also facilitated by the insights provided by management software. By analysing production procedures, the software can highlight inefficiencies that, if addressed, could reduce material and time wastage. This comprehensive oversight not only improves quality standards but also contributes to significant cost savings for manufacturers.</w:t>
      </w:r>
      <w:r/>
    </w:p>
    <w:p>
      <w:r/>
      <w:r>
        <w:t>As the manufacturing sector progresses, the integration of manufacturing management software is becoming indispensable for businesses seeking to refine their quality control processes. By combining real-time monitoring, data analysis, and automation, manufacturers can ensure exemplary product quality and operational efficiency. The landscape of manufacturing continues to shift, with these technological innovations playing a critical role in maintaining competitiveness in an increasingly challenging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https://vizologi.com/how-manufacturing-management-software-boosts-efficiency-and-productivity/</w:t>
        </w:r>
      </w:hyperlink>
      <w:r>
        <w:t xml:space="preserve"> - Corroborates the use of manufacturing management software for heightened data collection and analysis, and its role in detecting deviations or flaws in product quality.</w:t>
      </w:r>
      <w:r/>
    </w:p>
    <w:p>
      <w:pPr>
        <w:pStyle w:val="ListNumber"/>
        <w:spacing w:line="240" w:lineRule="auto"/>
        <w:ind w:left="720"/>
      </w:pPr>
      <w:r/>
      <w:hyperlink r:id="rId11">
        <w:r>
          <w:rPr>
            <w:color w:val="0000EE"/>
            <w:u w:val="single"/>
          </w:rPr>
          <w:t>https://www.business-software.com/article/benefits-of-manufacturing-erp/</w:t>
        </w:r>
      </w:hyperlink>
      <w:r>
        <w:t xml:space="preserve"> - Supports the benefits of real-time monitoring and feedback in manufacturing ERP systems, ensuring compliance with quality benchmarks and reducing downtime and waste.</w:t>
      </w:r>
      <w:r/>
    </w:p>
    <w:p>
      <w:pPr>
        <w:pStyle w:val="ListNumber"/>
        <w:spacing w:line="240" w:lineRule="auto"/>
        <w:ind w:left="720"/>
      </w:pPr>
      <w:r/>
      <w:hyperlink r:id="rId12">
        <w:r>
          <w:rPr>
            <w:color w:val="0000EE"/>
            <w:u w:val="single"/>
          </w:rPr>
          <w:t>https://throughput.world/blog/manufacturing-operations-management/</w:t>
        </w:r>
      </w:hyperlink>
      <w:r>
        <w:t xml:space="preserve"> - Explains how manufacturing operations management software enhances quality control through real-time data collection and application, and improves operational efficiency.</w:t>
      </w:r>
      <w:r/>
    </w:p>
    <w:p>
      <w:pPr>
        <w:pStyle w:val="ListNumber"/>
        <w:spacing w:line="240" w:lineRule="auto"/>
        <w:ind w:left="720"/>
      </w:pPr>
      <w:r/>
      <w:hyperlink r:id="rId13">
        <w:r>
          <w:rPr>
            <w:color w:val="0000EE"/>
            <w:u w:val="single"/>
          </w:rPr>
          <w:t>https://smarttek.solutions/blog/manufacturing-erp-software-key-benefits/</w:t>
        </w:r>
      </w:hyperlink>
      <w:r>
        <w:t xml:space="preserve"> - Discusses the automation of quality control processes and the reduction of human error through ERP software, leading to increased production efficiency.</w:t>
      </w:r>
      <w:r/>
    </w:p>
    <w:p>
      <w:pPr>
        <w:pStyle w:val="ListNumber"/>
        <w:spacing w:line="240" w:lineRule="auto"/>
        <w:ind w:left="720"/>
      </w:pPr>
      <w:r/>
      <w:hyperlink r:id="rId14">
        <w:r>
          <w:rPr>
            <w:color w:val="0000EE"/>
            <w:u w:val="single"/>
          </w:rPr>
          <w:t>https://www.gestisoft.com/en/blog/38-benefits-of-manufacturing-erp-systems-optimizing-operations</w:t>
        </w:r>
      </w:hyperlink>
      <w:r>
        <w:t xml:space="preserve"> - Details the importance of real-time production monitoring and quality control in ERP systems, ensuring that products meet quality standards and reducing defects.</w:t>
      </w:r>
      <w:r/>
    </w:p>
    <w:p>
      <w:pPr>
        <w:pStyle w:val="ListNumber"/>
        <w:spacing w:line="240" w:lineRule="auto"/>
        <w:ind w:left="720"/>
      </w:pPr>
      <w:r/>
      <w:hyperlink r:id="rId10">
        <w:r>
          <w:rPr>
            <w:color w:val="0000EE"/>
            <w:u w:val="single"/>
          </w:rPr>
          <w:t>https://vizologi.com/how-manufacturing-management-software-boosts-efficiency-and-productivity/</w:t>
        </w:r>
      </w:hyperlink>
      <w:r>
        <w:t xml:space="preserve"> - Highlights the role of manufacturing management software in promoting streamlined communication across various divisions within an organization.</w:t>
      </w:r>
      <w:r/>
    </w:p>
    <w:p>
      <w:pPr>
        <w:pStyle w:val="ListNumber"/>
        <w:spacing w:line="240" w:lineRule="auto"/>
        <w:ind w:left="720"/>
      </w:pPr>
      <w:r/>
      <w:hyperlink r:id="rId11">
        <w:r>
          <w:rPr>
            <w:color w:val="0000EE"/>
            <w:u w:val="single"/>
          </w:rPr>
          <w:t>https://www.business-software.com/article/benefits-of-manufacturing-erp/</w:t>
        </w:r>
      </w:hyperlink>
      <w:r>
        <w:t xml:space="preserve"> - Explains how ERP systems facilitate traceability by overseeing every stage of the manufacturing process, from sourcing materials to final product assembly.</w:t>
      </w:r>
      <w:r/>
    </w:p>
    <w:p>
      <w:pPr>
        <w:pStyle w:val="ListNumber"/>
        <w:spacing w:line="240" w:lineRule="auto"/>
        <w:ind w:left="720"/>
      </w:pPr>
      <w:r/>
      <w:hyperlink r:id="rId12">
        <w:r>
          <w:rPr>
            <w:color w:val="0000EE"/>
            <w:u w:val="single"/>
          </w:rPr>
          <w:t>https://throughput.world/blog/manufacturing-operations-management/</w:t>
        </w:r>
      </w:hyperlink>
      <w:r>
        <w:t xml:space="preserve"> - Describes the supplier management functions in manufacturing operations management software, ensuring suppliers meet quality criteria and enhancing the quality of raw materials.</w:t>
      </w:r>
      <w:r/>
    </w:p>
    <w:p>
      <w:pPr>
        <w:pStyle w:val="ListNumber"/>
        <w:spacing w:line="240" w:lineRule="auto"/>
        <w:ind w:left="720"/>
      </w:pPr>
      <w:r/>
      <w:hyperlink r:id="rId13">
        <w:r>
          <w:rPr>
            <w:color w:val="0000EE"/>
            <w:u w:val="single"/>
          </w:rPr>
          <w:t>https://smarttek.solutions/blog/manufacturing-erp-software-key-benefits/</w:t>
        </w:r>
      </w:hyperlink>
      <w:r>
        <w:t xml:space="preserve"> - Supports the data-driven decision-making capabilities of ERP software, enabling manufacturers to identify patterns and evaluate the effectiveness of quality improvement initiatives.</w:t>
      </w:r>
      <w:r/>
    </w:p>
    <w:p>
      <w:pPr>
        <w:pStyle w:val="ListNumber"/>
        <w:spacing w:line="240" w:lineRule="auto"/>
        <w:ind w:left="720"/>
      </w:pPr>
      <w:r/>
      <w:hyperlink r:id="rId14">
        <w:r>
          <w:rPr>
            <w:color w:val="0000EE"/>
            <w:u w:val="single"/>
          </w:rPr>
          <w:t>https://www.gestisoft.com/en/blog/38-benefits-of-manufacturing-erp-systems-optimizing-operations</w:t>
        </w:r>
      </w:hyperlink>
      <w:r>
        <w:t xml:space="preserve"> - Details how ERP systems reduce waste and rework by analyzing production procedures and highlighting inefficiencies that can be addressed.</w:t>
      </w:r>
      <w:r/>
    </w:p>
    <w:p>
      <w:pPr>
        <w:pStyle w:val="ListNumber"/>
        <w:spacing w:line="240" w:lineRule="auto"/>
        <w:ind w:left="720"/>
      </w:pPr>
      <w:r/>
      <w:hyperlink r:id="rId10">
        <w:r>
          <w:rPr>
            <w:color w:val="0000EE"/>
            <w:u w:val="single"/>
          </w:rPr>
          <w:t>https://vizologi.com/how-manufacturing-management-software-boosts-efficiency-and-productivity/</w:t>
        </w:r>
      </w:hyperlink>
      <w:r>
        <w:t xml:space="preserve"> - Emphasizes the integration of manufacturing management software as indispensable for businesses seeking to refine their quality control processes and maintain competitiveness.</w:t>
      </w:r>
      <w:r/>
    </w:p>
    <w:p>
      <w:pPr>
        <w:pStyle w:val="ListNumber"/>
        <w:spacing w:line="240" w:lineRule="auto"/>
        <w:ind w:left="720"/>
      </w:pPr>
      <w:r/>
      <w:hyperlink r:id="rId15">
        <w:r>
          <w:rPr>
            <w:color w:val="0000EE"/>
            <w:u w:val="single"/>
          </w:rPr>
          <w:t>https://itsupplychain.com/how-manufacturing-management-software-improves-quality-control/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vizologi.com/how-manufacturing-management-software-boosts-efficiency-and-productivity/" TargetMode="External"/><Relationship Id="rId11" Type="http://schemas.openxmlformats.org/officeDocument/2006/relationships/hyperlink" Target="https://www.business-software.com/article/benefits-of-manufacturing-erp/" TargetMode="External"/><Relationship Id="rId12" Type="http://schemas.openxmlformats.org/officeDocument/2006/relationships/hyperlink" Target="https://throughput.world/blog/manufacturing-operations-management/" TargetMode="External"/><Relationship Id="rId13" Type="http://schemas.openxmlformats.org/officeDocument/2006/relationships/hyperlink" Target="https://smarttek.solutions/blog/manufacturing-erp-software-key-benefits/" TargetMode="External"/><Relationship Id="rId14" Type="http://schemas.openxmlformats.org/officeDocument/2006/relationships/hyperlink" Target="https://www.gestisoft.com/en/blog/38-benefits-of-manufacturing-erp-systems-optimizing-operations" TargetMode="External"/><Relationship Id="rId15" Type="http://schemas.openxmlformats.org/officeDocument/2006/relationships/hyperlink" Target="https://itsupplychain.com/how-manufacturing-management-software-improves-quality-contro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