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Apple's potential security camera could revolutionise smart home surveillance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development indicates that Apple may introduce a security camera as early as 2026, a notion supported by a significant interest among consumers, with over 80% expressing a likelihood to purchase such a device. The expected features are anticipated to include advanced artificial intelligence capabilities, building on the existing technology in smart cameras.</w:t>
      </w:r>
      <w:r/>
    </w:p>
    <w:p>
      <w:r/>
      <w:r>
        <w:t>Historically, the evolution of AI in surveillance has begun with basic functionalities such as person detection, which activates recording solely when a human-shaped object is present within the camera's view. More sophisticated systems have further progressed to include person recognition, enabling them to identify familiar household members and limit recordings to unfamiliar individuals. There is speculation that Apple’s upcoming smart home camera will transcend these existing technologies with enhanced AI features, often referred to as Apple Intelligence.</w:t>
      </w:r>
      <w:r/>
    </w:p>
    <w:p>
      <w:r/>
      <w:r>
        <w:t>A recently granted patent reinforces the expectation that Apple’s security camera will incorporate advanced facial recognition and identification technologies. According to the patent, the system would initially utilise facial recognition to ascertain a person's identity based on their facial features. Moreover, it would collect and store additional physical characteristics associated with the individual, such as clothing style or walking gait, which would aid in identification even when the subject's face is not clearly visible.</w:t>
      </w:r>
      <w:r/>
    </w:p>
    <w:p>
      <w:r/>
      <w:r>
        <w:t>The patent elaborates on a multi-step identification process, allowing the device to analyze a secondary video feed of a different person, whose face might be obscured or unavailable. The system would then compare stored physical characteristics of the first identified person against those of the second individual captured in the new footage. This comparison could lead to a notification indicating whether the second person matches the identity of the first person, demonstrating a leap in capability for smart camera technology.</w:t>
      </w:r>
      <w:r/>
    </w:p>
    <w:p>
      <w:r/>
      <w:r>
        <w:t>Notably, the patent mentions that such characteristic data would have a limited storage period; for instance, identifying a person based on their clothing might only be feasible within the same day. In contrast, other traits, like body shape, may be retained for longer durations. Advanced techniques such as the creation of a "motionprint" capturing a unique pattern in an individual's movement could enhance identification accuracy over time.</w:t>
      </w:r>
      <w:r/>
    </w:p>
    <w:p>
      <w:r/>
      <w:r>
        <w:t>Despite the promising indications of Apple’s forthcoming security camera, it is important to note that the company routinely files patents for technologies that may never reach market implementation. However, with the integration of AI expected to play a crucial role, the anticipated camera appears not only timely but also strategically beneficial for Apple.</w:t>
      </w:r>
      <w:r/>
    </w:p>
    <w:p>
      <w:r/>
      <w:r>
        <w:t>As the conversation around smart home technologies evolves, Apple seems poised to address consumer demands with innovative solutions in surveillance, focusing on creating a more intelligent integration within the home's ecosystem.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https://www.cnet.com/home/security/what-will-an-apple-security-camera-look-like/</w:t>
        </w:r>
      </w:hyperlink>
      <w:r>
        <w:t xml:space="preserve"> - This article discusses the expected features of Apple's rumored security camera, including advanced AI capabilities, high resolution, indoor/outdoor compatibility, and integration with Apple Intelligence.</w:t>
      </w:r>
      <w:r/>
    </w:p>
    <w:p>
      <w:pPr>
        <w:pStyle w:val="ListNumber"/>
        <w:spacing w:line="240" w:lineRule="auto"/>
        <w:ind w:left="720"/>
      </w:pPr>
      <w:r/>
      <w:hyperlink r:id="rId11">
        <w:r>
          <w:rPr>
            <w:color w:val="0000EE"/>
            <w:u w:val="single"/>
          </w:rPr>
          <w:t>https://www.digitalcameraworld.com/news/apple-will-be-watching-you-cupertino-to-launch-smart-camera</w:t>
        </w:r>
      </w:hyperlink>
      <w:r>
        <w:t xml:space="preserve"> - This article mentions Apple's plan to launch its first smart IP camera in 2026, highlighting the involvement of Goertek as the assembly supplier and the potential market impact.</w:t>
      </w:r>
      <w:r/>
    </w:p>
    <w:p>
      <w:pPr>
        <w:pStyle w:val="ListNumber"/>
        <w:spacing w:line="240" w:lineRule="auto"/>
        <w:ind w:left="720"/>
      </w:pPr>
      <w:r/>
      <w:hyperlink r:id="rId12">
        <w:r>
          <w:rPr>
            <w:color w:val="0000EE"/>
            <w:u w:val="single"/>
          </w:rPr>
          <w:t>https://techcrunch.com/2024/11/12/apple-reportedly-shipping-a-security-camera-in-2026/</w:t>
        </w:r>
      </w:hyperlink>
      <w:r>
        <w:t xml:space="preserve"> - This article reports on Apple's plans to ship a security camera in 2026, with Goertek set to assemble the product, and discusses the company's expansion into the smart home market.</w:t>
      </w:r>
      <w:r/>
    </w:p>
    <w:p>
      <w:pPr>
        <w:pStyle w:val="ListNumber"/>
        <w:spacing w:line="240" w:lineRule="auto"/>
        <w:ind w:left="720"/>
      </w:pPr>
      <w:r/>
      <w:hyperlink r:id="rId13">
        <w:r>
          <w:rPr>
            <w:color w:val="0000EE"/>
            <w:u w:val="single"/>
          </w:rPr>
          <w:t>https://9to5mac.com/2024/11/26/an-apple-security-camera-could-recognize-people-even-if-their-face-isnt-visible/</w:t>
        </w:r>
      </w:hyperlink>
      <w:r>
        <w:t xml:space="preserve"> - This article suggests that Apple's security camera could include advanced person recognition features, even when the face is not visible, and notes high consumer interest in such a device.</w:t>
      </w:r>
      <w:r/>
    </w:p>
    <w:p>
      <w:pPr>
        <w:pStyle w:val="ListNumber"/>
        <w:spacing w:line="240" w:lineRule="auto"/>
        <w:ind w:left="720"/>
      </w:pPr>
      <w:r/>
      <w:hyperlink r:id="rId14">
        <w:r>
          <w:rPr>
            <w:color w:val="0000EE"/>
            <w:u w:val="single"/>
          </w:rPr>
          <w:t>https://machash.com/9to5mac/381886/apple-security-camera-could-recognize-people-even-face/</w:t>
        </w:r>
      </w:hyperlink>
      <w:r>
        <w:t xml:space="preserve"> - This article corroborates the potential for Apple's security camera to recognize people based on physical characteristics other than their face and mentions consumer interest in the product.</w:t>
      </w:r>
      <w:r/>
    </w:p>
    <w:p>
      <w:pPr>
        <w:pStyle w:val="ListNumber"/>
        <w:spacing w:line="240" w:lineRule="auto"/>
        <w:ind w:left="720"/>
      </w:pPr>
      <w:r/>
      <w:hyperlink r:id="rId10">
        <w:r>
          <w:rPr>
            <w:color w:val="0000EE"/>
            <w:u w:val="single"/>
          </w:rPr>
          <w:t>https://www.cnet.com/home/security/what-will-an-apple-security-camera-look-like/</w:t>
        </w:r>
      </w:hyperlink>
      <w:r>
        <w:t xml:space="preserve"> - This article details the expected integration of Apple Intelligence in the security camera, including smart alerts and recognition capabilities.</w:t>
      </w:r>
      <w:r/>
    </w:p>
    <w:p>
      <w:pPr>
        <w:pStyle w:val="ListNumber"/>
        <w:spacing w:line="240" w:lineRule="auto"/>
        <w:ind w:left="720"/>
      </w:pPr>
      <w:r/>
      <w:hyperlink r:id="rId11">
        <w:r>
          <w:rPr>
            <w:color w:val="0000EE"/>
            <w:u w:val="single"/>
          </w:rPr>
          <w:t>https://www.digitalcameraworld.com/news/apple-will-be-watching-you-cupertino-to-launch-smart-camera</w:t>
        </w:r>
      </w:hyperlink>
      <w:r>
        <w:t xml:space="preserve"> - This article supports the notion that Apple's entry into the smart IP camera market is significant and could be a lucrative move, aligning with consumer demand for smart home solutions.</w:t>
      </w:r>
      <w:r/>
    </w:p>
    <w:p>
      <w:pPr>
        <w:pStyle w:val="ListNumber"/>
        <w:spacing w:line="240" w:lineRule="auto"/>
        <w:ind w:left="720"/>
      </w:pPr>
      <w:r/>
      <w:hyperlink r:id="rId12">
        <w:r>
          <w:rPr>
            <w:color w:val="0000EE"/>
            <w:u w:val="single"/>
          </w:rPr>
          <w:t>https://techcrunch.com/2024/11/12/apple-reportedly-shipping-a-security-camera-in-2026/</w:t>
        </w:r>
      </w:hyperlink>
      <w:r>
        <w:t xml:space="preserve"> - This article provides context on Apple's long-term goals for the security camera, including annual shipment targets and the broader strategy in the smart home market.</w:t>
      </w:r>
      <w:r/>
    </w:p>
    <w:p>
      <w:pPr>
        <w:pStyle w:val="ListNumber"/>
        <w:spacing w:line="240" w:lineRule="auto"/>
        <w:ind w:left="720"/>
      </w:pPr>
      <w:r/>
      <w:hyperlink r:id="rId13">
        <w:r>
          <w:rPr>
            <w:color w:val="0000EE"/>
            <w:u w:val="single"/>
          </w:rPr>
          <w:t>https://9to5mac.com/2024/11/26/an-apple-security-camera-could-recognize-people-even-if-their-face-isnt-visible/</w:t>
        </w:r>
      </w:hyperlink>
      <w:r>
        <w:t xml:space="preserve"> - This article elaborates on the advanced identification technologies, such as recognizing people based on their body shape or movement patterns, which could be included in Apple's security camera.</w:t>
      </w:r>
      <w:r/>
    </w:p>
    <w:p>
      <w:pPr>
        <w:pStyle w:val="ListNumber"/>
        <w:spacing w:line="240" w:lineRule="auto"/>
        <w:ind w:left="720"/>
      </w:pPr>
      <w:r/>
      <w:hyperlink r:id="rId10">
        <w:r>
          <w:rPr>
            <w:color w:val="0000EE"/>
            <w:u w:val="single"/>
          </w:rPr>
          <w:t>https://www.cnet.com/home/security/what-will-an-apple-security-camera-look-like/</w:t>
        </w:r>
      </w:hyperlink>
      <w:r>
        <w:t xml:space="preserve"> - This article mentions the potential for the camera to use other Apple devices as hubs, eliminating the need for additional Wi-Fi hubs, and the use of iCloud for subscription-based features.</w:t>
      </w:r>
      <w:r/>
    </w:p>
    <w:p>
      <w:pPr>
        <w:pStyle w:val="ListNumber"/>
        <w:spacing w:line="240" w:lineRule="auto"/>
        <w:ind w:left="720"/>
      </w:pPr>
      <w:r/>
      <w:hyperlink r:id="rId12">
        <w:r>
          <w:rPr>
            <w:color w:val="0000EE"/>
            <w:u w:val="single"/>
          </w:rPr>
          <w:t>https://techcrunch.com/2024/11/12/apple-reportedly-shipping-a-security-camera-in-2026/</w:t>
        </w:r>
      </w:hyperlink>
      <w:r>
        <w:t xml:space="preserve"> - This article reinforces the idea that Apple's security camera will be part of a broader strategy to enhance its smart home ecosystem, integrating with existing Apple technologies.</w:t>
      </w:r>
      <w:r/>
    </w:p>
    <w:p>
      <w:pPr>
        <w:pStyle w:val="ListNumber"/>
        <w:spacing w:line="240" w:lineRule="auto"/>
        <w:ind w:left="720"/>
      </w:pPr>
      <w:r/>
      <w:hyperlink r:id="rId13">
        <w:r>
          <w:rPr>
            <w:color w:val="0000EE"/>
            <w:u w:val="single"/>
          </w:rPr>
          <w:t>https://9to5mac.com/2024/11/26/an-apple-security-camera-could-recognize-people-even-if-their-face-isnt-visible/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et.com/home/security/what-will-an-apple-security-camera-look-like/" TargetMode="External"/><Relationship Id="rId11" Type="http://schemas.openxmlformats.org/officeDocument/2006/relationships/hyperlink" Target="https://www.digitalcameraworld.com/news/apple-will-be-watching-you-cupertino-to-launch-smart-camera" TargetMode="External"/><Relationship Id="rId12" Type="http://schemas.openxmlformats.org/officeDocument/2006/relationships/hyperlink" Target="https://techcrunch.com/2024/11/12/apple-reportedly-shipping-a-security-camera-in-2026/" TargetMode="External"/><Relationship Id="rId13" Type="http://schemas.openxmlformats.org/officeDocument/2006/relationships/hyperlink" Target="https://9to5mac.com/2024/11/26/an-apple-security-camera-could-recognize-people-even-if-their-face-isnt-visible/" TargetMode="External"/><Relationship Id="rId14" Type="http://schemas.openxmlformats.org/officeDocument/2006/relationships/hyperlink" Target="https://machash.com/9to5mac/381886/apple-security-camera-could-recognize-people-even-fa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