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Industry 4.0 solutions are transforming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changing landscape of manufacturing, businesses are increasingly adopting Industry 4.0 solutions to enhance their operational efficiency and adaptability. At the forefront of this transformation is Mr. IIoT, a leading provider of advanced system integration services aimed at modernizing manufacturing processes. Operating in an environment where demand for heightened efficiency, reduced downtime, and improved product quality is ever-increasing, Mr. IIoT is carving out a significant niche within the industrial sector.</w:t>
      </w:r>
      <w:r/>
    </w:p>
    <w:p>
      <w:r/>
      <w:r>
        <w:t>Mr. IIoT offers a broad range of services that focus on the integration of Internet of Things (IoT) devices, data analytics, automation solutions, and comprehensive digital consulting aimed at businesses venturing into Industry 4.0. The company’s commitment to delivering bespoke solutions means that they evaluate the unique needs and challenges of each client before implementing tailored technologies. This tailored approach allows manufacturers to fully exploit the benefits of digital transformation, such as optimised operations and decreased operational costs.</w:t>
      </w:r>
      <w:r/>
    </w:p>
    <w:p>
      <w:r/>
      <w:r>
        <w:t>Founder Chris Misztur highlighted the ethos of the company, stating, “Our goal is to empower manufacturers with the tools needed to thrive in the age of Industry 4.0.” He emphasized the necessity of personalizing solutions to ensure that the right technology is deployed at the appropriate time, which can lead to significant enhancements in efficiency and productivity for manufacturers.</w:t>
      </w:r>
      <w:r/>
    </w:p>
    <w:p>
      <w:r/>
      <w:r>
        <w:t>Furthermore, Mr. IIoT does not only integrate novel technologies but also provides ongoing support and training for manufacturers. This ensures that clients can effectively manage their newly implemented systems and sustain optimal operation standards. The collaboration extends to developing comprehensive digital transformation strategies that encourage not only productivity but also environmental sustainability and energy efficiency.</w:t>
      </w:r>
      <w:r/>
    </w:p>
    <w:p>
      <w:r/>
      <w:r>
        <w:t>Emerging technologies are expected to significantly influence future manufacturing operations. The integration of digital solutions is poised to lead to outstanding improvements in various performance metrics, which in turn cultivates a more agile and resilient business environment. As trends in AI automation continue to evolve, the manufacturing sector is anticipated to experience remarkable advancements in process efficiencies and overall production capabilities.</w:t>
      </w:r>
      <w:r/>
    </w:p>
    <w:p>
      <w:r/>
      <w:r>
        <w:t>With Mr. IIoT leading the charge, the evolution of manufacturing through the lens of Industry 4.0 technology underscores the potential for businesses to reinvent their operational frameworks amidst the complexities of a digital age. The emphasis on customized solutions and ongoing support signals a pivotal move towards future-proofing manufacturing practices, enabling businesses to navigate the challenges and opportunities that lie ahead in a digitised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https://slcontrols.com/en/benefits-of-industry-4-0/</w:t>
        </w:r>
      </w:hyperlink>
      <w:r>
        <w:t xml:space="preserve"> - Corroborates the benefits of Industry 4.0, including improved productivity, less machine downtime, and optimized supply chain management.</w:t>
      </w:r>
      <w:r/>
    </w:p>
    <w:p>
      <w:pPr>
        <w:pStyle w:val="ListNumber"/>
        <w:spacing w:line="240" w:lineRule="auto"/>
        <w:ind w:left="720"/>
      </w:pPr>
      <w:r/>
      <w:hyperlink r:id="rId11">
        <w:r>
          <w:rPr>
            <w:color w:val="0000EE"/>
            <w:u w:val="single"/>
          </w:rPr>
          <w:t>https://global.hitachi-solutions.com/blog/industry-4-0-technologies-outcomes-and-the-future-of-manufacturing/</w:t>
        </w:r>
      </w:hyperlink>
      <w:r>
        <w:t xml:space="preserve"> - Supports the integration of IoT, data analytics, and automation solutions in Industry 4.0, leading to optimized processes and increased efficiency.</w:t>
      </w:r>
      <w:r/>
    </w:p>
    <w:p>
      <w:pPr>
        <w:pStyle w:val="ListNumber"/>
        <w:spacing w:line="240" w:lineRule="auto"/>
        <w:ind w:left="720"/>
      </w:pPr>
      <w:r/>
      <w:hyperlink r:id="rId12">
        <w:r>
          <w:rPr>
            <w:color w:val="0000EE"/>
            <w:u w:val="single"/>
          </w:rPr>
          <w:t>https://atb-tech.com/blog/six-reasons-manufacturers-should-embrace-industry-4-0-today/</w:t>
        </w:r>
      </w:hyperlink>
      <w:r>
        <w:t xml:space="preserve"> - Highlights the importance of Industry 4.0 in increasing productivity, reducing operating costs, and improving product quality.</w:t>
      </w:r>
      <w:r/>
    </w:p>
    <w:p>
      <w:pPr>
        <w:pStyle w:val="ListNumber"/>
        <w:spacing w:line="240" w:lineRule="auto"/>
        <w:ind w:left="720"/>
      </w:pPr>
      <w:r/>
      <w:hyperlink r:id="rId13">
        <w:r>
          <w:rPr>
            <w:color w:val="0000EE"/>
            <w:u w:val="single"/>
          </w:rPr>
          <w:t>https://blog.bulgin.com/blog/benefits-of-implementing-industry-4.0-in-the-manufacturing-industry</w:t>
        </w:r>
      </w:hyperlink>
      <w:r>
        <w:t xml:space="preserve"> - Explains the role of IoT, automation, and real-time data analytics in enhancing manufacturing efficiency and product quality in Industry 4.0.</w:t>
      </w:r>
      <w:r/>
    </w:p>
    <w:p>
      <w:pPr>
        <w:pStyle w:val="ListNumber"/>
        <w:spacing w:line="240" w:lineRule="auto"/>
        <w:ind w:left="720"/>
      </w:pPr>
      <w:r/>
      <w:hyperlink r:id="rId14">
        <w:r>
          <w:rPr>
            <w:color w:val="0000EE"/>
            <w:u w:val="single"/>
          </w:rPr>
          <w:t>https://www.machinemetrics.com/blog/industry-4-0-advantages-and-disadvantages</w:t>
        </w:r>
      </w:hyperlink>
      <w:r>
        <w:t xml:space="preserve"> - Discusses the advantages of Industry 4.0, including increased automation, improved data analytics, and enhanced production efficiency.</w:t>
      </w:r>
      <w:r/>
    </w:p>
    <w:p>
      <w:pPr>
        <w:pStyle w:val="ListNumber"/>
        <w:spacing w:line="240" w:lineRule="auto"/>
        <w:ind w:left="720"/>
      </w:pPr>
      <w:r/>
      <w:hyperlink r:id="rId10">
        <w:r>
          <w:rPr>
            <w:color w:val="0000EE"/>
            <w:u w:val="single"/>
          </w:rPr>
          <w:t>https://slcontrols.com/en/benefits-of-industry-4-0/</w:t>
        </w:r>
      </w:hyperlink>
      <w:r>
        <w:t xml:space="preserve"> - Details the importance of customized solutions and ongoing support in ensuring the effective implementation of Industry 4.0 technologies.</w:t>
      </w:r>
      <w:r/>
    </w:p>
    <w:p>
      <w:pPr>
        <w:pStyle w:val="ListNumber"/>
        <w:spacing w:line="240" w:lineRule="auto"/>
        <w:ind w:left="720"/>
      </w:pPr>
      <w:r/>
      <w:hyperlink r:id="rId11">
        <w:r>
          <w:rPr>
            <w:color w:val="0000EE"/>
            <w:u w:val="single"/>
          </w:rPr>
          <w:t>https://global.hitachi-solutions.com/blog/industry-4-0-technologies-outcomes-and-the-future-of-manufacturing/</w:t>
        </w:r>
      </w:hyperlink>
      <w:r>
        <w:t xml:space="preserve"> - Supports the notion that Industry 4.0 technologies lead to greater asset utilization, higher labor productivity, and improved worker safety.</w:t>
      </w:r>
      <w:r/>
    </w:p>
    <w:p>
      <w:pPr>
        <w:pStyle w:val="ListNumber"/>
        <w:spacing w:line="240" w:lineRule="auto"/>
        <w:ind w:left="720"/>
      </w:pPr>
      <w:r/>
      <w:hyperlink r:id="rId12">
        <w:r>
          <w:rPr>
            <w:color w:val="0000EE"/>
            <w:u w:val="single"/>
          </w:rPr>
          <w:t>https://atb-tech.com/blog/six-reasons-manufacturers-should-embrace-industry-4-0-today/</w:t>
        </w:r>
      </w:hyperlink>
      <w:r>
        <w:t xml:space="preserve"> - Emphasizes the role of Industry 4.0 in providing real-time and predictive feedback to prevent downtime and improve overall manufacturing performance.</w:t>
      </w:r>
      <w:r/>
    </w:p>
    <w:p>
      <w:pPr>
        <w:pStyle w:val="ListNumber"/>
        <w:spacing w:line="240" w:lineRule="auto"/>
        <w:ind w:left="720"/>
      </w:pPr>
      <w:r/>
      <w:hyperlink r:id="rId13">
        <w:r>
          <w:rPr>
            <w:color w:val="0000EE"/>
            <w:u w:val="single"/>
          </w:rPr>
          <w:t>https://blog.bulgin.com/blog/benefits-of-implementing-industry-4.0-in-the-manufacturing-industry</w:t>
        </w:r>
      </w:hyperlink>
      <w:r>
        <w:t xml:space="preserve"> - Explains how Industry 4.0 technologies, such as IoT and smart sensors, enhance supply chain visibility and real-time data making.</w:t>
      </w:r>
      <w:r/>
    </w:p>
    <w:p>
      <w:pPr>
        <w:pStyle w:val="ListNumber"/>
        <w:spacing w:line="240" w:lineRule="auto"/>
        <w:ind w:left="720"/>
      </w:pPr>
      <w:r/>
      <w:hyperlink r:id="rId14">
        <w:r>
          <w:rPr>
            <w:color w:val="0000EE"/>
            <w:u w:val="single"/>
          </w:rPr>
          <w:t>https://www.machinemetrics.com/blog/industry-4-0-advantages-and-disadvantages</w:t>
        </w:r>
      </w:hyperlink>
      <w:r>
        <w:t xml:space="preserve"> - Highlights the importance of cybersecurity in the context of Industry 4.0 and the interconnected nature of modern manufacturing.</w:t>
      </w:r>
      <w:r/>
    </w:p>
    <w:p>
      <w:pPr>
        <w:pStyle w:val="ListNumber"/>
        <w:spacing w:line="240" w:lineRule="auto"/>
        <w:ind w:left="720"/>
      </w:pPr>
      <w:r/>
      <w:hyperlink r:id="rId11">
        <w:r>
          <w:rPr>
            <w:color w:val="0000EE"/>
            <w:u w:val="single"/>
          </w:rPr>
          <w:t>https://global.hitachi-solutions.com/blog/industry-4-0-technologies-outcomes-and-the-future-of-manufacturing/</w:t>
        </w:r>
      </w:hyperlink>
      <w:r>
        <w:t xml:space="preserve"> - Supports the idea that Industry 4.0 enables manufacturers to engage with consumers in new ways and improve customer service through advanced technologies.</w:t>
      </w:r>
      <w:r/>
    </w:p>
    <w:p>
      <w:pPr>
        <w:pStyle w:val="ListNumber"/>
        <w:spacing w:line="240" w:lineRule="auto"/>
        <w:ind w:left="720"/>
      </w:pPr>
      <w:r/>
      <w:hyperlink r:id="rId15">
        <w:r>
          <w:rPr>
            <w:color w:val="0000EE"/>
            <w:u w:val="single"/>
          </w:rPr>
          <w:t>https://www.mhwmag.com/products/driving-efficiency-in-manufacturing-through-customized-digital-industry-4-0-transformation-services/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lcontrols.com/en/benefits-of-industry-4-0/" TargetMode="External"/><Relationship Id="rId11" Type="http://schemas.openxmlformats.org/officeDocument/2006/relationships/hyperlink" Target="https://global.hitachi-solutions.com/blog/industry-4-0-technologies-outcomes-and-the-future-of-manufacturing/" TargetMode="External"/><Relationship Id="rId12" Type="http://schemas.openxmlformats.org/officeDocument/2006/relationships/hyperlink" Target="https://atb-tech.com/blog/six-reasons-manufacturers-should-embrace-industry-4-0-today/" TargetMode="External"/><Relationship Id="rId13" Type="http://schemas.openxmlformats.org/officeDocument/2006/relationships/hyperlink" Target="https://blog.bulgin.com/blog/benefits-of-implementing-industry-4.0-in-the-manufacturing-industry" TargetMode="External"/><Relationship Id="rId14" Type="http://schemas.openxmlformats.org/officeDocument/2006/relationships/hyperlink" Target="https://www.machinemetrics.com/blog/industry-4-0-advantages-and-disadvantages" TargetMode="External"/><Relationship Id="rId15" Type="http://schemas.openxmlformats.org/officeDocument/2006/relationships/hyperlink" Target="https://www.mhwmag.com/products/driving-efficiency-in-manufacturing-through-customized-digital-industry-4-0-transformation-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