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Optomec and Siemens unveil innovative solution for high-value metal repairs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Optomec, a leader in additive manufacturing technologies, has unveiled a cutting-edge solution in collaboration with Siemens aimed specifically at enhancing the laser cladding of high-value metal repairs in production environments. The unveiling of this technology represents a significant step forward in the utilisation of additive manufacturing processes for maintenance, repair, and overhaul (MRO) operations across various sectors.</w:t>
      </w:r>
      <w:r/>
    </w:p>
    <w:p>
      <w:r/>
      <w:r>
        <w:t>The joint solution integrates Optomec's CS 558 system, which excels in directed energy deposition (DED) techniques, with Siemens’ advanced SINUMERIK ONE control system. This integration is designed to streamline and automate MRO procedures, creating not only increased productivity but also significant cost savings for businesses. The partnership asserts that the new approach will be less labour intensive and less reliant on skilled workers compared to traditional methodologies, subsequently optimising the maintenance of complex components.</w:t>
      </w:r>
      <w:r/>
    </w:p>
    <w:p>
      <w:r/>
      <w:r>
        <w:t>The CS 558 system allows for the nuanced repair of intricate components made from diverse materials on a variety of substrates. This capability enhances the performance, longevity, and reliability of repaired parts, which is indispensable for industries that require precision and durability. In conjunction with this, the SINUMERIK ONE system offers high-performance computerised numerical control (CNC) functionality, designed to ensure rapid machining of free-form surfaces and efficient operation in high load scenarios. Additionally, the system’s digital twin feature underpins future-centric production capabilities, further advancing the operational landscape of machine tools.</w:t>
      </w:r>
      <w:r/>
    </w:p>
    <w:p>
      <w:r/>
      <w:r>
        <w:t>The expected applications for this jointly developed technology span multiple high-demand industries, including aerospace, automotive, oil and gas, marine, medical, and semiconductor/electronics markets. The breadth of these applications highlights the potential for widespread industry impact, serving as a testament to the increasing relevance of additive manufacturing in contemporary business practices.</w:t>
      </w:r>
      <w:r/>
    </w:p>
    <w:p>
      <w:r/>
      <w:r>
        <w:t>Robert Yusin, CEO of Optomec, noted the transformative nature of the solution, emphasising its potential as a paradigm shift for MRO processes within high-value metal sectors. He highlighted that the new offering maximises operational efficiency while significantly reducing the complexity commonly associated with such repairs, resulting in a swifter return on investment for clients.</w:t>
      </w:r>
      <w:r/>
    </w:p>
    <w:p>
      <w:r/>
      <w:r>
        <w:t>Similarly, Steve Vosmik, Head of Additive Manufacturing in the US at Siemens, described the collaboration as a pivotal advancement in industrial automation. By combining the precision of SINUMERIK ONE with the advanced capabilities of Optomec’s CS 558 platform, the solution sets a recognised benchmark in the high-value metal repair sector, particularly within aerospace and energy industries.</w:t>
      </w:r>
      <w:r/>
    </w:p>
    <w:p>
      <w:r/>
      <w:r>
        <w:t>This innovative solution not only addresses current operational challenges faced by businesses but also anticipates future industrial demands, reinforcing the growing trend of automation within manufacturing and repair sectors. As industries evolve, the commitment to integrating advanced technologies such as these into everyday business operations seems poised to reshape overall practices and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https://financialpost.com/pmn/business-wire-news-releases-pmn/optomec-and-siemens-deliver-next-generation-manufacturing-solution-for-high-value-metal-repair</w:t>
        </w:r>
      </w:hyperlink>
      <w:r>
        <w:t xml:space="preserve"> - Corroborates the integration of Optomec's CS 558 system with Siemens’ SINUMERIK ONE control platform for laser cladding and additive manufacturing in MRO operations.</w:t>
      </w:r>
      <w:r/>
    </w:p>
    <w:p>
      <w:pPr>
        <w:pStyle w:val="ListNumber"/>
        <w:spacing w:line="240" w:lineRule="auto"/>
        <w:ind w:left="720"/>
      </w:pPr>
      <w:r/>
      <w:hyperlink r:id="rId11">
        <w:r>
          <w:rPr>
            <w:color w:val="0000EE"/>
            <w:u w:val="single"/>
          </w:rPr>
          <w:t>https://3dprint.com/314553/optomecs-new-metal-3d-printer-equipped-with-siemens-sinumerik-one/</w:t>
        </w:r>
      </w:hyperlink>
      <w:r>
        <w:t xml:space="preserve"> - Details the capabilities of the Optomec CS 558 system and Siemens SINUMERIK ONE, including automated laser cladding and high-performance CNC functionality.</w:t>
      </w:r>
      <w:r/>
    </w:p>
    <w:p>
      <w:pPr>
        <w:pStyle w:val="ListNumber"/>
        <w:spacing w:line="240" w:lineRule="auto"/>
        <w:ind w:left="720"/>
      </w:pPr>
      <w:r/>
      <w:hyperlink r:id="rId12">
        <w:r>
          <w:rPr>
            <w:color w:val="0000EE"/>
            <w:u w:val="single"/>
          </w:rPr>
          <w:t>https://3dprinting.com/news/optomec-and-siemens-introduce-advanced-solution-for-metal-repair-with-additive-manufacturing/</w:t>
        </w:r>
      </w:hyperlink>
      <w:r>
        <w:t xml:space="preserve"> - Explains how the joint solution streamlines MRO processes, reduces labor intensity, and enhances the repair of complex components made from mixed materials.</w:t>
      </w:r>
      <w:r/>
    </w:p>
    <w:p>
      <w:pPr>
        <w:pStyle w:val="ListNumber"/>
        <w:spacing w:line="240" w:lineRule="auto"/>
        <w:ind w:left="720"/>
      </w:pPr>
      <w:r/>
      <w:hyperlink r:id="rId13">
        <w:r>
          <w:rPr>
            <w:color w:val="0000EE"/>
            <w:u w:val="single"/>
          </w:rPr>
          <w:t>https://www.tctmagazine.com/additive-manufacturing-3d-printing-news/metal-additive-manufacturing-news/optomec-siemens-joint-solution-for-high-value-metal-repair/</w:t>
        </w:r>
      </w:hyperlink>
      <w:r>
        <w:t xml:space="preserve"> - Highlights the significance of the joint solution for high-value metal repair across various industries and its impact on MRO operations.</w:t>
      </w:r>
      <w:r/>
    </w:p>
    <w:p>
      <w:pPr>
        <w:pStyle w:val="ListNumber"/>
        <w:spacing w:line="240" w:lineRule="auto"/>
        <w:ind w:left="720"/>
      </w:pPr>
      <w:r/>
      <w:hyperlink r:id="rId10">
        <w:r>
          <w:rPr>
            <w:color w:val="0000EE"/>
            <w:u w:val="single"/>
          </w:rPr>
          <w:t>https://financialpost.com/pmn/business-wire-news-releases-pmn/optomec-and-siemens-deliver-next-generation-manufacturing-solution-for-high-value-metal-repair</w:t>
        </w:r>
      </w:hyperlink>
      <w:r>
        <w:t xml:space="preserve"> - Mentions the application of the technology in industries such as aerospace, automotive, oil and gas, marine, medical, and semiconductor/electronics.</w:t>
      </w:r>
      <w:r/>
    </w:p>
    <w:p>
      <w:pPr>
        <w:pStyle w:val="ListNumber"/>
        <w:spacing w:line="240" w:lineRule="auto"/>
        <w:ind w:left="720"/>
      </w:pPr>
      <w:r/>
      <w:hyperlink r:id="rId11">
        <w:r>
          <w:rPr>
            <w:color w:val="0000EE"/>
            <w:u w:val="single"/>
          </w:rPr>
          <w:t>https://3dprint.com/314553/optomecs-new-metal-3d-printer-equipped-with-siemens-sinumerik-one/</w:t>
        </w:r>
      </w:hyperlink>
      <w:r>
        <w:t xml:space="preserve"> - Describes the digital twin feature of SINUMERIK ONE and its role in future-centric production capabilities.</w:t>
      </w:r>
      <w:r/>
    </w:p>
    <w:p>
      <w:pPr>
        <w:pStyle w:val="ListNumber"/>
        <w:spacing w:line="240" w:lineRule="auto"/>
        <w:ind w:left="720"/>
      </w:pPr>
      <w:r/>
      <w:hyperlink r:id="rId12">
        <w:r>
          <w:rPr>
            <w:color w:val="0000EE"/>
            <w:u w:val="single"/>
          </w:rPr>
          <w:t>https://3dprinting.com/news/optomec-and-siemens-introduce-advanced-solution-for-metal-repair-with-additive-manufacturing/</w:t>
        </w:r>
      </w:hyperlink>
      <w:r>
        <w:t xml:space="preserve"> - Quotes Robert Yusin, CEO of Optomec, on the transformative nature of the solution and its impact on operational efficiency and ROI.</w:t>
      </w:r>
      <w:r/>
    </w:p>
    <w:p>
      <w:pPr>
        <w:pStyle w:val="ListNumber"/>
        <w:spacing w:line="240" w:lineRule="auto"/>
        <w:ind w:left="720"/>
      </w:pPr>
      <w:r/>
      <w:hyperlink r:id="rId10">
        <w:r>
          <w:rPr>
            <w:color w:val="0000EE"/>
            <w:u w:val="single"/>
          </w:rPr>
          <w:t>https://financialpost.com/pmn/business-wire-news-releases-pmn/optomec-and-siemens-deliver-next-generation-manufacturing-solution-for-high-value-metal-repair</w:t>
        </w:r>
      </w:hyperlink>
      <w:r>
        <w:t xml:space="preserve"> - Quotes Steve Vosmik, Head of Additive Manufacturing at Siemens, on the collaboration as a pivotal advancement in industrial automation.</w:t>
      </w:r>
      <w:r/>
    </w:p>
    <w:p>
      <w:pPr>
        <w:pStyle w:val="ListNumber"/>
        <w:spacing w:line="240" w:lineRule="auto"/>
        <w:ind w:left="720"/>
      </w:pPr>
      <w:r/>
      <w:hyperlink r:id="rId11">
        <w:r>
          <w:rPr>
            <w:color w:val="0000EE"/>
            <w:u w:val="single"/>
          </w:rPr>
          <w:t>https://3dprint.com/314553/optomecs-new-metal-3d-printer-equipped-with-siemens-sinumerik-one/</w:t>
        </w:r>
      </w:hyperlink>
      <w:r>
        <w:t xml:space="preserve"> - Explains how the solution addresses current operational challenges and anticipates future industrial demands, particularly in aerospace and energy.</w:t>
      </w:r>
      <w:r/>
    </w:p>
    <w:p>
      <w:pPr>
        <w:pStyle w:val="ListNumber"/>
        <w:spacing w:line="240" w:lineRule="auto"/>
        <w:ind w:left="720"/>
      </w:pPr>
      <w:r/>
      <w:hyperlink r:id="rId12">
        <w:r>
          <w:rPr>
            <w:color w:val="0000EE"/>
            <w:u w:val="single"/>
          </w:rPr>
          <w:t>https://3dprinting.com/news/optomec-and-siemens-introduce-advanced-solution-for-metal-repair-with-additive-manufacturing/</w:t>
        </w:r>
      </w:hyperlink>
      <w:r>
        <w:t xml:space="preserve"> - Discusses the growth of the laser cladding market and its projected CAGR of 9.3% from 2024 to 2030.</w:t>
      </w:r>
      <w:r/>
    </w:p>
    <w:p>
      <w:pPr>
        <w:pStyle w:val="ListNumber"/>
        <w:spacing w:line="240" w:lineRule="auto"/>
        <w:ind w:left="720"/>
      </w:pPr>
      <w:r/>
      <w:hyperlink r:id="rId13">
        <w:r>
          <w:rPr>
            <w:color w:val="0000EE"/>
            <w:u w:val="single"/>
          </w:rPr>
          <w:t>https://www.tctmagazine.com/additive-manufacturing-3d-printing-news/metal-additive-manufacturing-news/optomec-siemens-joint-solution-for-high-value-metal-repair/</w:t>
        </w:r>
      </w:hyperlink>
      <w:r>
        <w:t xml:space="preserve"> - Highlights the innovative aspects of the solution, including its ability to repair reactive metals like titanium in controlled environments.</w:t>
      </w:r>
      <w:r/>
    </w:p>
    <w:p>
      <w:pPr>
        <w:pStyle w:val="ListNumber"/>
        <w:spacing w:line="240" w:lineRule="auto"/>
        <w:ind w:left="720"/>
      </w:pPr>
      <w:r/>
      <w:hyperlink r:id="rId13">
        <w:r>
          <w:rPr>
            <w:color w:val="0000EE"/>
            <w:u w:val="single"/>
          </w:rPr>
          <w:t>https://www.tctmagazine.com/additive-manufacturing-3d-printing-news/metal-additive-manufacturing-news/optomec-siemens-joint-solution-for-high-value-metal-repair/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ialpost.com/pmn/business-wire-news-releases-pmn/optomec-and-siemens-deliver-next-generation-manufacturing-solution-for-high-value-metal-repair" TargetMode="External"/><Relationship Id="rId11" Type="http://schemas.openxmlformats.org/officeDocument/2006/relationships/hyperlink" Target="https://3dprint.com/314553/optomecs-new-metal-3d-printer-equipped-with-siemens-sinumerik-one/" TargetMode="External"/><Relationship Id="rId12" Type="http://schemas.openxmlformats.org/officeDocument/2006/relationships/hyperlink" Target="https://3dprinting.com/news/optomec-and-siemens-introduce-advanced-solution-for-metal-repair-with-additive-manufacturing/" TargetMode="External"/><Relationship Id="rId13" Type="http://schemas.openxmlformats.org/officeDocument/2006/relationships/hyperlink" Target="https://www.tctmagazine.com/additive-manufacturing-3d-printing-news/metal-additive-manufacturing-news/optomec-siemens-joint-solution-for-high-value-metal-rep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