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Power management integrated circuits: Driving efficiency in electronics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semiconductor industry is marked by rapid innovations and complexities, intricately woven into the rise of various product categories. Among these, Power Management Integrated Circuits (PMICs) are garnering attention for their pivotal role in modern electronic devices, even as their intricacies become less familiar to those outside the industry. As technology progresses, the significance of PMICs escalates, driven by two primary trends: the burgeoning Internet of Things (IoT) and advancements in consumer electronics.</w:t>
      </w:r>
      <w:r/>
    </w:p>
    <w:p>
      <w:r/>
      <w:r>
        <w:t>PMICs serve a multitude of functions, including DC-to-DC conversion, voltage scaling, and battery charging, all crucial for the efficient operation of devices ranging from smartphones to wearables. The increasing proliferation of connected devices and the demand for compact power management solutions are directly influencing the growth of the PMIC market, as manufacturers strive to ensure reliable power delivery and prolonged battery life.</w:t>
      </w:r>
      <w:r/>
    </w:p>
    <w:p>
      <w:r/>
      <w:r>
        <w:t xml:space="preserve">As the landscape of electronic devices continues to evolve, several concurrent trends in PMIC development are emerging. A notable trend is increasing integration and miniaturization, as compact designs necessitate smaller and more efficient power management solutions. This is particularly prominent in smartphones and wearable devices, where space constraints are critical. </w:t>
      </w:r>
      <w:r/>
    </w:p>
    <w:p>
      <w:r/>
      <w:r>
        <w:t>Additionally, advancements in semiconductor process technologies are fostering the creation of more powerful PMICs. The shift from traditional silicon-based processes to advanced materials like Gallium Nitride (GaN) and Silicon Carbide (SiC) heralds higher efficiency and excellent thermal performance through greater switching frequencies. This shift allows for the reduction in size of passive components, significantly enhancing the overall power density.</w:t>
      </w:r>
      <w:r/>
    </w:p>
    <w:p>
      <w:r/>
      <w:r>
        <w:t>Another innovative direction is energy harvesting, particularly vital for IoT and wearables, where PMICs can now convert ambient energy sources, such as light and heat, into usable power. This shift toward sustainability in electronics aims to reduce dependence on traditional batteries, thereby extending device operational life. Furthermore, the concept of wireless power transfer (WPT) is also gaining momentum, aligning with the growing trend of wireless charging solutions, offering users a more convenient charging experience.</w:t>
      </w:r>
      <w:r/>
    </w:p>
    <w:p>
      <w:r/>
      <w:r>
        <w:t>Artificial intelligence (AI) and machine learning (ML) integration are ushering in a new approach to power management in PMICs. Adaptive power management capabilities allow PMICs to adjust power delivery in real-time based on usage patterns, leading to enhanced energy efficiency and extended battery life. Applications for AI-enabled PMICs are particularly beneficial in intricate systems, including data centres and smart automotive technologies.</w:t>
      </w:r>
      <w:r/>
    </w:p>
    <w:p>
      <w:r/>
      <w:r>
        <w:t xml:space="preserve">The development of PMICs amid these trends presents significant challenges, particularly in terms of design efficiency, reliability, and time to market (TTM). Electronic Design Automation (EDA) vendors are at the forefront of this transformation, working collaboratively with foundries to create an optimised design and verification flow that meets the evolving demands of the industry. </w:t>
      </w:r>
      <w:r/>
    </w:p>
    <w:p>
      <w:r/>
      <w:r>
        <w:t>Innovative solutions focused on driving efficiency, enhancing reliability, and reducing TTM are paramount. Issues relating to inefficient designs increase operational problems while also delaying product introduction, making the development of high-performance design environments crucial. Tools such as the Synopsys PrimeSim SPICE simulator provide advanced capabilities for handling large designs, while additional solutions like the Synopsys Power Device Workbench allow for thorough analysis and optimization of essential components within PMICs.</w:t>
      </w:r>
      <w:r/>
    </w:p>
    <w:p>
      <w:r/>
      <w:r>
        <w:t>In collaboration with industry leaders like UMC, Synopsys is working to innovate PMIC design flows, delivering user-friendly process development kits (PDKs) and design guidelines that facilitate the implementation of cutting-edge PMIC technologies. UMC's high-voltage process technologies, particularly their Bipolar-CMOS-DMOS (BCD) technology, extend voltage ratings from 5V to 200V, addressing diverse power-related application needs.</w:t>
      </w:r>
      <w:r/>
    </w:p>
    <w:p>
      <w:r/>
      <w:r>
        <w:t>Furthermore, partnerships with academic institutions such as the Indian Institute of Technology (IIT) in Kharagpur enrich the PMIC development landscape. IIT has successfully integrated Synopsys tools with UMC technology in the design of advanced PMIC projects, showcasing the potential for synergistic growth through collaborative efforts.</w:t>
      </w:r>
      <w:r/>
    </w:p>
    <w:p>
      <w:r/>
      <w:r>
        <w:t>Overall, the trajectory of PMICs is a testament to the heightened complexity and sophistication of the semiconductor landscape, underpinning the growing demand for efficient power management solutions across an expanding array of electronic devices. As industry leaders continue to navigate these trends, the emergence of innovative technologies will likely reshape the future of electronic power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https://www.microchip.com/en-us/products/power-management/pmic-power-management-ics</w:t>
        </w:r>
      </w:hyperlink>
      <w:r>
        <w:t xml:space="preserve"> - Corroborates the role of PMICs in managing power supply for embedded processors and their applications in IoT, edge computing, and other sectors.</w:t>
      </w:r>
      <w:r/>
    </w:p>
    <w:p>
      <w:pPr>
        <w:pStyle w:val="ListNumber"/>
        <w:spacing w:line="240" w:lineRule="auto"/>
        <w:ind w:left="720"/>
      </w:pPr>
      <w:r/>
      <w:hyperlink r:id="rId11">
        <w:r>
          <w:rPr>
            <w:color w:val="0000EE"/>
            <w:u w:val="single"/>
          </w:rPr>
          <w:t>https://www.grandviewresearch.com/industry-analysis/power-management-integrated-circuit-ic-market-report</w:t>
        </w:r>
      </w:hyperlink>
      <w:r>
        <w:t xml:space="preserve"> - Supports the growth trends of the PMIC market driven by IoT, consumer electronics, and automotive electronics, and highlights the demand for energy efficiency and advanced features.</w:t>
      </w:r>
      <w:r/>
    </w:p>
    <w:p>
      <w:pPr>
        <w:pStyle w:val="ListNumber"/>
        <w:spacing w:line="240" w:lineRule="auto"/>
        <w:ind w:left="720"/>
      </w:pPr>
      <w:r/>
      <w:hyperlink r:id="rId12">
        <w:r>
          <w:rPr>
            <w:color w:val="0000EE"/>
            <w:u w:val="single"/>
          </w:rPr>
          <w:t>https://electronicsbuzz.in/power-management-ic-key-driver-for-next-gen-energy-efficiency-in-electronics/</w:t>
        </w:r>
      </w:hyperlink>
      <w:r>
        <w:t xml:space="preserve"> - Discusses the key drivers of the PMIC market, including the growing demand for energy efficiency, expansion of 5G and IoT infrastructure, and the use of advanced materials like GaN and SiC.</w:t>
      </w:r>
      <w:r/>
    </w:p>
    <w:p>
      <w:pPr>
        <w:pStyle w:val="ListNumber"/>
        <w:spacing w:line="240" w:lineRule="auto"/>
        <w:ind w:left="720"/>
      </w:pPr>
      <w:r/>
      <w:hyperlink r:id="rId13">
        <w:r>
          <w:rPr>
            <w:color w:val="0000EE"/>
            <w:u w:val="single"/>
          </w:rPr>
          <w:t>https://www.avaq.com/technology/the-ultimate-guide-to-power-management-integrated-circuits-2023</w:t>
        </w:r>
      </w:hyperlink>
      <w:r>
        <w:t xml:space="preserve"> - Details the features of PMICs, including DC-to-DC conversion, voltage regulation, and battery charging, and their applications in various devices such as smartphones, wearables, and laptops.</w:t>
      </w:r>
      <w:r/>
    </w:p>
    <w:p>
      <w:pPr>
        <w:pStyle w:val="ListNumber"/>
        <w:spacing w:line="240" w:lineRule="auto"/>
        <w:ind w:left="720"/>
      </w:pPr>
      <w:r/>
      <w:hyperlink r:id="rId13">
        <w:r>
          <w:rPr>
            <w:color w:val="0000EE"/>
            <w:u w:val="single"/>
          </w:rPr>
          <w:t>https://www.avaq.com/technology/the-ultimate-guide-to-power-management-integrated-circuits-2023</w:t>
        </w:r>
      </w:hyperlink>
      <w:r>
        <w:t xml:space="preserve"> - Explains the advantages of PMICs, including efficient power management, integration, space savings, and customization, which are crucial for modern electronic devices.</w:t>
      </w:r>
      <w:r/>
    </w:p>
    <w:p>
      <w:pPr>
        <w:pStyle w:val="ListNumber"/>
        <w:spacing w:line="240" w:lineRule="auto"/>
        <w:ind w:left="720"/>
      </w:pPr>
      <w:r/>
      <w:hyperlink r:id="rId12">
        <w:r>
          <w:rPr>
            <w:color w:val="0000EE"/>
            <w:u w:val="single"/>
          </w:rPr>
          <w:t>https://electronicsbuzz.in/power-management-ic-key-driver-for-next-gen-energy-efficiency-in-electronics/</w:t>
        </w:r>
      </w:hyperlink>
      <w:r>
        <w:t xml:space="preserve"> - Highlights the trend of increasing integration and miniaturization in PMICs, particularly in smartphones and wearable devices, and the role of advanced materials like GaN and SiC.</w:t>
      </w:r>
      <w:r/>
    </w:p>
    <w:p>
      <w:pPr>
        <w:pStyle w:val="ListNumber"/>
        <w:spacing w:line="240" w:lineRule="auto"/>
        <w:ind w:left="720"/>
      </w:pPr>
      <w:r/>
      <w:hyperlink r:id="rId12">
        <w:r>
          <w:rPr>
            <w:color w:val="0000EE"/>
            <w:u w:val="single"/>
          </w:rPr>
          <w:t>https://electronicsbuzz.in/power-management-ic-key-driver-for-next-gen-energy-efficiency-in-electronics/</w:t>
        </w:r>
      </w:hyperlink>
      <w:r>
        <w:t xml:space="preserve"> - Discusses energy harvesting and wireless power transfer as innovative directions in PMIC development, especially for IoT and wearable devices.</w:t>
      </w:r>
      <w:r/>
    </w:p>
    <w:p>
      <w:pPr>
        <w:pStyle w:val="ListNumber"/>
        <w:spacing w:line="240" w:lineRule="auto"/>
        <w:ind w:left="720"/>
      </w:pPr>
      <w:r/>
      <w:hyperlink r:id="rId13">
        <w:r>
          <w:rPr>
            <w:color w:val="0000EE"/>
            <w:u w:val="single"/>
          </w:rPr>
          <w:t>https://www.avaq.com/technology/the-ultimate-guide-to-power-management-integrated-circuits-2023</w:t>
        </w:r>
      </w:hyperlink>
      <w:r>
        <w:t xml:space="preserve"> - Explains the integration of AI and machine learning in PMICs for adaptive power management, enhancing energy efficiency and battery life in complex systems.</w:t>
      </w:r>
      <w:r/>
    </w:p>
    <w:p>
      <w:pPr>
        <w:pStyle w:val="ListNumber"/>
        <w:spacing w:line="240" w:lineRule="auto"/>
        <w:ind w:left="720"/>
      </w:pPr>
      <w:r/>
      <w:hyperlink r:id="rId14">
        <w:r>
          <w:rPr>
            <w:color w:val="0000EE"/>
            <w:u w:val="single"/>
          </w:rPr>
          <w:t>https://iucrc.nsf.gov/centers/integrated-power-management-circuits-and-systems---power-one-ic/</w:t>
        </w:r>
      </w:hyperlink>
      <w:r>
        <w:t xml:space="preserve"> - Details the research and development efforts in PMICs, focusing on higher efficiency, smaller size, and reduced cost, and the importance of passive component innovation and integration.</w:t>
      </w:r>
      <w:r/>
    </w:p>
    <w:p>
      <w:pPr>
        <w:pStyle w:val="ListNumber"/>
        <w:spacing w:line="240" w:lineRule="auto"/>
        <w:ind w:left="720"/>
      </w:pPr>
      <w:r/>
      <w:hyperlink r:id="rId11">
        <w:r>
          <w:rPr>
            <w:color w:val="0000EE"/>
            <w:u w:val="single"/>
          </w:rPr>
          <w:t>https://www.grandviewresearch.com/industry-analysis/power-management-integrated-circuit-ic-market-report</w:t>
        </w:r>
      </w:hyperlink>
      <w:r>
        <w:t xml:space="preserve"> - Supports the challenges in PMIC development, such as design efficiency, reliability, and time to market, and the role of Electronic Design Automation (EDA) vendors in addressing these challenges.</w:t>
      </w:r>
      <w:r/>
    </w:p>
    <w:p>
      <w:pPr>
        <w:pStyle w:val="ListNumber"/>
        <w:spacing w:line="240" w:lineRule="auto"/>
        <w:ind w:left="720"/>
      </w:pPr>
      <w:r/>
      <w:hyperlink r:id="rId12">
        <w:r>
          <w:rPr>
            <w:color w:val="0000EE"/>
            <w:u w:val="single"/>
          </w:rPr>
          <w:t>https://electronicsbuzz.in/power-management-ic-key-driver-for-next-gen-energy-efficiency-in-electronics/</w:t>
        </w:r>
      </w:hyperlink>
      <w:r>
        <w:t xml:space="preserve"> - Highlights the collaboration between industry leaders and academic institutions to innovate PMIC design flows and implement cutting-edge technologies.</w:t>
      </w:r>
      <w:r/>
    </w:p>
    <w:p>
      <w:pPr>
        <w:pStyle w:val="ListNumber"/>
        <w:spacing w:line="240" w:lineRule="auto"/>
        <w:ind w:left="720"/>
      </w:pPr>
      <w:r/>
      <w:hyperlink r:id="rId15">
        <w:r>
          <w:rPr>
            <w:color w:val="0000EE"/>
            <w:u w:val="single"/>
          </w:rPr>
          <w:t>https://semiengineering.com/successful-design-of-power-management-chips/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chip.com/en-us/products/power-management/pmic-power-management-ics" TargetMode="External"/><Relationship Id="rId11" Type="http://schemas.openxmlformats.org/officeDocument/2006/relationships/hyperlink" Target="https://www.grandviewresearch.com/industry-analysis/power-management-integrated-circuit-ic-market-report" TargetMode="External"/><Relationship Id="rId12" Type="http://schemas.openxmlformats.org/officeDocument/2006/relationships/hyperlink" Target="https://electronicsbuzz.in/power-management-ic-key-driver-for-next-gen-energy-efficiency-in-electronics/" TargetMode="External"/><Relationship Id="rId13" Type="http://schemas.openxmlformats.org/officeDocument/2006/relationships/hyperlink" Target="https://www.avaq.com/technology/the-ultimate-guide-to-power-management-integrated-circuits-2023" TargetMode="External"/><Relationship Id="rId14" Type="http://schemas.openxmlformats.org/officeDocument/2006/relationships/hyperlink" Target="https://iucrc.nsf.gov/centers/integrated-power-management-circuits-and-systems---power-one-ic/" TargetMode="External"/><Relationship Id="rId15" Type="http://schemas.openxmlformats.org/officeDocument/2006/relationships/hyperlink" Target="https://semiengineering.com/successful-design-of-power-management-c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