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integrating innovative technologies for business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business environment, companies are increasingly recognising the significance of integrating advanced technologies and innovative strategies to remain competitive. The current landscape demands not only hard work but also the adoption of cutting-edge tools, particularly in areas such as software development, sales optimisation, workspace management, local search strategies, and marketing.</w:t>
      </w:r>
      <w:r/>
    </w:p>
    <w:p>
      <w:r/>
      <w:r>
        <w:t>A primary focus for businesses today is accelerating software development processes. JetThoughts offers tailored Agile consulting services aimed at enhancing these practices. With expertise in Agile methodologies, JetThoughts assists organisations in transitioning to streamlined workflows and delivering high-quality software within shorter timeframes. Their approach is customised to fit the unique requirements of each business, enabling a more efficient development process that aligns with digital transformation goals.</w:t>
      </w:r>
      <w:r/>
    </w:p>
    <w:p>
      <w:r/>
      <w:r>
        <w:t>The shift towards artificial intelligence is prominent in sales strategies as well. Koncert has developed an ultra-low latency AI dialing platform that enhances B2B sales engagement through intelligent call management. The platform ensures that sales teams engage effectively with prospects by filtering out irrelevant calls and providing features such as local presence dialing and advanced caller ID technology. With tools designed for distinct sales roles—including AI parallel dialers and agent-assisted options—the platform enhances conversation rates and supports revenue growth by integrating seamlessly with popular customer relationship management (CRM) systems.</w:t>
      </w:r>
      <w:r/>
    </w:p>
    <w:p>
      <w:r/>
      <w:r>
        <w:t>The increasing prevalence of hybrid work environments necessitates efficient workspace management solutions, a challenge that FLYDESK aims to address. Their platform allows employees to book desks and meeting spaces easily while providing real-time insights for managers. The intuitive system is designed to enhance collaboration among hybrid teams and integrates with various collaboration tools to ensure connectivity, ultimately supporting businesses in maximising productivity and resource utilisation.</w:t>
      </w:r>
      <w:r/>
    </w:p>
    <w:p>
      <w:r/>
      <w:r>
        <w:t>Amidst the rise of digital competition, enhancing local search presence is vital. Merchynt's Paige provides automated management for Google Business Profiles, allowing companies to maintain consistent and optimised listings effortlessly. By automating posts, reviews, and queries, Paige enables businesses to elevate their local search performance, with reported success rates of achieving top rankings. This solution aids not only individual businesses but also marketing agencies looking to enhance their service offerings.</w:t>
      </w:r>
      <w:r/>
    </w:p>
    <w:p>
      <w:r/>
      <w:r>
        <w:t>Marketing strategies are also undergoing a transformation, propelled by data-driven insights. Aspiration Marketing offers innovative solutions tailored to leverage data effectively, enabling businesses to craft targeted campaigns that resonate with audiences. Their services encompass inbound marketing, SEO, web design, and social media strategies aimed at maximizing return on investment and driving sustainable growth.</w:t>
      </w:r>
      <w:r/>
    </w:p>
    <w:p>
      <w:r/>
      <w:r>
        <w:t>In summary, the integration of innovative technologies and methodologies across various domains is essential for businesses seeking efficiency and growth in today's competitive landscape. By utilising tools that optimise software development, sales processes, workspace management, local search visibility, and marketing efforts, organisations can position themselves for success and ensure a resilient future. These advancements not only promise enhanced productivity but also enable businesses to focus on delivering greater value to their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https://www.pixelcrayons.com/blog/software-development/agile-software-development-benefits/</w:t>
        </w:r>
      </w:hyperlink>
      <w:r>
        <w:t xml:space="preserve"> - Corroborates the benefits of Agile software development, including increased flexibility and adaptability, faster time-to-market, and improved collaboration and communication.</w:t>
      </w:r>
      <w:r/>
    </w:p>
    <w:p>
      <w:pPr>
        <w:pStyle w:val="ListNumber"/>
        <w:spacing w:line="240" w:lineRule="auto"/>
        <w:ind w:left="720"/>
      </w:pPr>
      <w:r/>
      <w:hyperlink r:id="rId11">
        <w:r>
          <w:rPr>
            <w:color w:val="0000EE"/>
            <w:u w:val="single"/>
          </w:rPr>
          <w:t>https://www.valuecoders.com/blog/technology-and-apps/reasons-why-agile-software-development-is-best/</w:t>
        </w:r>
      </w:hyperlink>
      <w:r>
        <w:t xml:space="preserve"> - Supports the advantages of Agile software development, such as quicker adaptation to market changes, cost savings, improved customer satisfaction, and enhanced collaboration.</w:t>
      </w:r>
      <w:r/>
    </w:p>
    <w:p>
      <w:pPr>
        <w:pStyle w:val="ListNumber"/>
        <w:spacing w:line="240" w:lineRule="auto"/>
        <w:ind w:left="720"/>
      </w:pPr>
      <w:r/>
      <w:hyperlink r:id="rId12">
        <w:r>
          <w:rPr>
            <w:color w:val="0000EE"/>
            <w:u w:val="single"/>
          </w:rPr>
          <w:t>https://ideamaker.agency/benefits-of-agile-software-development/</w:t>
        </w:r>
      </w:hyperlink>
      <w:r>
        <w:t xml:space="preserve"> - Highlights the benefits of Agile, including enhanced flexibility and adaptability, faster time-to-market, and continuous feedback and optimization.</w:t>
      </w:r>
      <w:r/>
    </w:p>
    <w:p>
      <w:pPr>
        <w:pStyle w:val="ListNumber"/>
        <w:spacing w:line="240" w:lineRule="auto"/>
        <w:ind w:left="720"/>
      </w:pPr>
      <w:r/>
      <w:hyperlink r:id="rId13">
        <w:r>
          <w:rPr>
            <w:color w:val="0000EE"/>
            <w:u w:val="single"/>
          </w:rPr>
          <w:t>https://bitrock.it/blog/technology/the-agile-methodology-how-can-benefit-your-company.html</w:t>
        </w:r>
      </w:hyperlink>
      <w:r>
        <w:t xml:space="preserve"> - Explains how Agile methodology benefits companies through faster delivery, active customer involvement, flexibility, and continuous improvement.</w:t>
      </w:r>
      <w:r/>
    </w:p>
    <w:p>
      <w:pPr>
        <w:pStyle w:val="ListNumber"/>
        <w:spacing w:line="240" w:lineRule="auto"/>
        <w:ind w:left="720"/>
      </w:pPr>
      <w:r/>
      <w:hyperlink r:id="rId14">
        <w:r>
          <w:rPr>
            <w:color w:val="0000EE"/>
            <w:u w:val="single"/>
          </w:rPr>
          <w:t>https://www.wrike.com/agile-guide/benefits-of-agile/</w:t>
        </w:r>
      </w:hyperlink>
      <w:r>
        <w:t xml:space="preserve"> - Details the benefits of Agile, including satisfied customers, improved quality, adaptability, predictability, reduced risk, and better communication.</w:t>
      </w:r>
      <w:r/>
    </w:p>
    <w:p>
      <w:pPr>
        <w:pStyle w:val="ListNumber"/>
        <w:spacing w:line="240" w:lineRule="auto"/>
        <w:ind w:left="720"/>
      </w:pPr>
      <w:r/>
      <w:hyperlink r:id="rId10">
        <w:r>
          <w:rPr>
            <w:color w:val="0000EE"/>
            <w:u w:val="single"/>
          </w:rPr>
          <w:t>https://www.pixelcrayons.com/blog/software-development/agile-software-development-benefits/</w:t>
        </w:r>
      </w:hyperlink>
      <w:r>
        <w:t xml:space="preserve"> - Discusses how Agile helps in delivering high-quality software within shorter timeframes and aligns with digital transformation goals.</w:t>
      </w:r>
      <w:r/>
    </w:p>
    <w:p>
      <w:pPr>
        <w:pStyle w:val="ListNumber"/>
        <w:spacing w:line="240" w:lineRule="auto"/>
        <w:ind w:left="720"/>
      </w:pPr>
      <w:r/>
      <w:hyperlink r:id="rId11">
        <w:r>
          <w:rPr>
            <w:color w:val="0000EE"/>
            <w:u w:val="single"/>
          </w:rPr>
          <w:t>https://www.valuecoders.com/blog/technology-and-apps/reasons-why-agile-software-development-is-best/</w:t>
        </w:r>
      </w:hyperlink>
      <w:r>
        <w:t xml:space="preserve"> - Mentions the importance of Agile in enhancing sales strategies by improving customer satisfaction and trust through continuous feedback.</w:t>
      </w:r>
      <w:r/>
    </w:p>
    <w:p>
      <w:pPr>
        <w:pStyle w:val="ListNumber"/>
        <w:spacing w:line="240" w:lineRule="auto"/>
        <w:ind w:left="720"/>
      </w:pPr>
      <w:r/>
      <w:hyperlink r:id="rId12">
        <w:r>
          <w:rPr>
            <w:color w:val="0000EE"/>
            <w:u w:val="single"/>
          </w:rPr>
          <w:t>https://ideamaker.agency/benefits-of-agile-software-development/</w:t>
        </w:r>
      </w:hyperlink>
      <w:r>
        <w:t xml:space="preserve"> - Emphasizes the role of Agile in managing hybrid work environments by promoting collaboration and efficient resource utilization.</w:t>
      </w:r>
      <w:r/>
    </w:p>
    <w:p>
      <w:pPr>
        <w:pStyle w:val="ListNumber"/>
        <w:spacing w:line="240" w:lineRule="auto"/>
        <w:ind w:left="720"/>
      </w:pPr>
      <w:r/>
      <w:hyperlink r:id="rId13">
        <w:r>
          <w:rPr>
            <w:color w:val="0000EE"/>
            <w:u w:val="single"/>
          </w:rPr>
          <w:t>https://bitrock.it/blog/technology/the-agile-methodology-how-can-benefit-your-company.html</w:t>
        </w:r>
      </w:hyperlink>
      <w:r>
        <w:t xml:space="preserve"> - Supports the need for efficient workspace management and local search strategies through Agile principles of continuous improvement and customer involvement.</w:t>
      </w:r>
      <w:r/>
    </w:p>
    <w:p>
      <w:pPr>
        <w:pStyle w:val="ListNumber"/>
        <w:spacing w:line="240" w:lineRule="auto"/>
        <w:ind w:left="720"/>
      </w:pPr>
      <w:r/>
      <w:hyperlink r:id="rId14">
        <w:r>
          <w:rPr>
            <w:color w:val="0000EE"/>
            <w:u w:val="single"/>
          </w:rPr>
          <w:t>https://www.wrike.com/agile-guide/benefits-of-agile/</w:t>
        </w:r>
      </w:hyperlink>
      <w:r>
        <w:t xml:space="preserve"> - Highlights the importance of data-driven insights in marketing strategies, similar to how Agile leverages continuous feedback for improvement.</w:t>
      </w:r>
      <w:r/>
    </w:p>
    <w:p>
      <w:pPr>
        <w:pStyle w:val="ListNumber"/>
        <w:spacing w:line="240" w:lineRule="auto"/>
        <w:ind w:left="720"/>
      </w:pPr>
      <w:r/>
      <w:hyperlink r:id="rId10">
        <w:r>
          <w:rPr>
            <w:color w:val="0000EE"/>
            <w:u w:val="single"/>
          </w:rPr>
          <w:t>https://www.pixelcrayons.com/blog/software-development/agile-software-development-benefits/</w:t>
        </w:r>
      </w:hyperlink>
      <w:r>
        <w:t xml:space="preserve"> - Summarizes the overall benefits of integrating innovative technologies and methodologies across various business domains for efficiency and growth.</w:t>
      </w:r>
      <w:r/>
    </w:p>
    <w:p>
      <w:pPr>
        <w:pStyle w:val="ListNumber"/>
        <w:spacing w:line="240" w:lineRule="auto"/>
        <w:ind w:left="720"/>
      </w:pPr>
      <w:r/>
      <w:hyperlink r:id="rId15">
        <w:r>
          <w:rPr>
            <w:color w:val="0000EE"/>
            <w:u w:val="single"/>
          </w:rPr>
          <w:t>https://insightssuccess.com/maximizing-business-efficiency-innovative-tools-and-services-for-booking-marketing-and-digital-growth/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ixelcrayons.com/blog/software-development/agile-software-development-benefits/" TargetMode="External"/><Relationship Id="rId11" Type="http://schemas.openxmlformats.org/officeDocument/2006/relationships/hyperlink" Target="https://www.valuecoders.com/blog/technology-and-apps/reasons-why-agile-software-development-is-best/" TargetMode="External"/><Relationship Id="rId12" Type="http://schemas.openxmlformats.org/officeDocument/2006/relationships/hyperlink" Target="https://ideamaker.agency/benefits-of-agile-software-development/" TargetMode="External"/><Relationship Id="rId13" Type="http://schemas.openxmlformats.org/officeDocument/2006/relationships/hyperlink" Target="https://bitrock.it/blog/technology/the-agile-methodology-how-can-benefit-your-company.html" TargetMode="External"/><Relationship Id="rId14" Type="http://schemas.openxmlformats.org/officeDocument/2006/relationships/hyperlink" Target="https://www.wrike.com/agile-guide/benefits-of-agile/" TargetMode="External"/><Relationship Id="rId15" Type="http://schemas.openxmlformats.org/officeDocument/2006/relationships/hyperlink" Target="https://insightssuccess.com/maximizing-business-efficiency-innovative-tools-and-services-for-booking-marketing-and-digital-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