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marketing automation in small and mid-size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Marketing automation has become increasingly pivotal for small and mid-size businesses (SMBs) globally, evolving from a future prospect to an essential component of their marketing strategies. In the competitive landscape dominated by larger firms, the role of automation tools allows SMBs to reach their customers more effectively and efficiently, ultimately enhancing their business operations.</w:t>
      </w:r>
      <w:r/>
    </w:p>
    <w:p>
      <w:r/>
      <w:r>
        <w:t>One of the foremost advantages of marketing automation is its capability to significantly improve sales productivity. According to recent data, businesses applying these tools have experienced a 14.5 per cent rise in their sales efficiency. Furthermore, it encourages collaboration between marketing and sales teams, aligning their efforts towards shared objectives. Notably, a staggering 77 per cent of users have reported increases in conversion rates, while the return on investment (ROI) is considerably boosted due to the efficiency of tools that can replace a substantial marketing workforce. Additionally, these platforms compile comprehensive insights into customer behaviours, allowing for more targeted strategies.</w:t>
      </w:r>
      <w:r/>
    </w:p>
    <w:p>
      <w:r/>
      <w:r>
        <w:t>For SMBs looking to harness automation, there are several key tools that could be integral in their marketing approaches.</w:t>
      </w:r>
      <w:r/>
    </w:p>
    <w:p>
      <w:r/>
      <w:r>
        <w:t>A social media management tool stands out as a critical asset, enabling businesses to maximise their online engagement. With research indicating that 77 per cent of consumers are more inclined to make purchases from brands they follow on social media, this tool aids in optimising customer interactions. Businesses can plan and schedule content in advance, alleviating the pressure to post in real-time. Additionally, these platforms often feature performance analytics and customer interaction management capabilities, all consolidated in a user-friendly interface.</w:t>
      </w:r>
      <w:r/>
    </w:p>
    <w:p>
      <w:r/>
      <w:r>
        <w:t>Customer relationship management (CRM) software that integrates email marketing automation offers another significant advantage for SMBs. This type of software is instrumental in centralising customer information, tracking interactions, and facilitating purchases. With some CRMs featuring predictive analytics, businesses can better anticipate consumer behaviour and refine their marketing strategies accordingly. Email marketing remains a powerful tool in reaching customers, yielding an average return of $32 for every £1 spent, making it essential for successful engagement campaigns.</w:t>
      </w:r>
      <w:r/>
    </w:p>
    <w:p>
      <w:r/>
      <w:r>
        <w:t>Online surveys represent an efficient method for gathering customer feedback without the financial burden of extensive market research. These surveys provide valuable insights into various aspects of the customer experience, from product satisfaction to service quality. Furthermore, they allow small businesses to tailor their inquiries based on specific interactions, enabling a more nuanced understanding of customer preferences and areas for improvement.</w:t>
      </w:r>
      <w:r/>
    </w:p>
    <w:p>
      <w:r/>
      <w:r>
        <w:t>Additionally, the utilisation of chatbots as a marketing automation tool can greatly enhance the customer experience. These AI-driven platforms provide personalised interactions, addressing frequently asked questions directly on a business's website. By collecting customer data and facilitating immediate responses, chatbots can assist in improving customer satisfaction and driving sales, all while offering the option to escalate to a live associate when necessary.</w:t>
      </w:r>
      <w:r/>
    </w:p>
    <w:p>
      <w:r/>
      <w:r>
        <w:t>As 2023 unfolds, marketing automation tools are set to play an increasingly essential role in the operational strategies of SMBs. The implementation of these technologies is likely to provide substantial benefits in reaching sales goals and enhancing customer engagement, laying the groundwork for sustainable success in the evolving business landscape. Chad Ruff, Chief Technology Officer at Swiftpage and an advocate for Cloud-enabled CRM solutions, highlights the importance of investing in such technologies as critical to thriving in the modern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https://www.vendasta.com/blog/marketing-automation-for-small-businesses/</w:t>
        </w:r>
      </w:hyperlink>
      <w:r>
        <w:t xml:space="preserve"> - Corroborates the benefits of marketing automation for SMBs, including increased efficiency, cost savings, better customer insights, and higher conversions.</w:t>
      </w:r>
      <w:r/>
    </w:p>
    <w:p>
      <w:pPr>
        <w:pStyle w:val="ListNumber"/>
        <w:spacing w:line="240" w:lineRule="auto"/>
        <w:ind w:left="720"/>
      </w:pPr>
      <w:r/>
      <w:hyperlink r:id="rId11">
        <w:r>
          <w:rPr>
            <w:color w:val="0000EE"/>
            <w:u w:val="single"/>
          </w:rPr>
          <w:t>https://www.marcomrobot.com/blog/marketing-automation-for-small-business</w:t>
        </w:r>
      </w:hyperlink>
      <w:r>
        <w:t xml:space="preserve"> - Supports the key benefits of marketing automation such as time and cost savings, improved accuracy and consistency, and enhanced focus on strategy.</w:t>
      </w:r>
      <w:r/>
    </w:p>
    <w:p>
      <w:pPr>
        <w:pStyle w:val="ListNumber"/>
        <w:spacing w:line="240" w:lineRule="auto"/>
        <w:ind w:left="720"/>
      </w:pPr>
      <w:r/>
      <w:hyperlink r:id="rId12">
        <w:r>
          <w:rPr>
            <w:color w:val="0000EE"/>
            <w:u w:val="single"/>
          </w:rPr>
          <w:t>https://www.pandadoc.com/blog/marketing-automation-for-small-business/</w:t>
        </w:r>
      </w:hyperlink>
      <w:r>
        <w:t xml:space="preserve"> - Highlights the importance of marketing automation in streamlining tasks, providing data-driven insights, and enhancing scalability for SMBs.</w:t>
      </w:r>
      <w:r/>
    </w:p>
    <w:p>
      <w:pPr>
        <w:pStyle w:val="ListNumber"/>
        <w:spacing w:line="240" w:lineRule="auto"/>
        <w:ind w:left="720"/>
      </w:pPr>
      <w:r/>
      <w:hyperlink r:id="rId13">
        <w:r>
          <w:rPr>
            <w:color w:val="0000EE"/>
            <w:u w:val="single"/>
          </w:rPr>
          <w:t>https://www.frgconsulting.com/insights/eight-ways-marketing-automation-can-help-small-business-succeed</w:t>
        </w:r>
      </w:hyperlink>
      <w:r>
        <w:t xml:space="preserve"> - Discusses how marketing automation can help SMBs by freeing time, increasing productivity, saving money, and increasing reach and customer benefits.</w:t>
      </w:r>
      <w:r/>
    </w:p>
    <w:p>
      <w:pPr>
        <w:pStyle w:val="ListNumber"/>
        <w:spacing w:line="240" w:lineRule="auto"/>
        <w:ind w:left="720"/>
      </w:pPr>
      <w:r/>
      <w:hyperlink r:id="rId14">
        <w:r>
          <w:rPr>
            <w:color w:val="0000EE"/>
            <w:u w:val="single"/>
          </w:rPr>
          <w:t>https://keap.com/small-business-automation-blog/marketing/automation/9-marketing-automation-benefits-that-could-help-your-business</w:t>
        </w:r>
      </w:hyperlink>
      <w:r>
        <w:t xml:space="preserve"> - Details the benefits of sales and marketing automation, including reduced costs, additional revenue, lead generation, and better data for decision-making.</w:t>
      </w:r>
      <w:r/>
    </w:p>
    <w:p>
      <w:pPr>
        <w:pStyle w:val="ListNumber"/>
        <w:spacing w:line="240" w:lineRule="auto"/>
        <w:ind w:left="720"/>
      </w:pPr>
      <w:r/>
      <w:hyperlink r:id="rId10">
        <w:r>
          <w:rPr>
            <w:color w:val="0000EE"/>
            <w:u w:val="single"/>
          </w:rPr>
          <w:t>https://www.vendasta.com/blog/marketing-automation-for-small-businesses/</w:t>
        </w:r>
      </w:hyperlink>
      <w:r>
        <w:t xml:space="preserve"> - Explains how social media management tools can maximize online engagement and optimize customer interactions through scheduled content and performance analytics.</w:t>
      </w:r>
      <w:r/>
    </w:p>
    <w:p>
      <w:pPr>
        <w:pStyle w:val="ListNumber"/>
        <w:spacing w:line="240" w:lineRule="auto"/>
        <w:ind w:left="720"/>
      </w:pPr>
      <w:r/>
      <w:hyperlink r:id="rId12">
        <w:r>
          <w:rPr>
            <w:color w:val="0000EE"/>
            <w:u w:val="single"/>
          </w:rPr>
          <w:t>https://www.pandadoc.com/blog/marketing-automation-for-small-business/</w:t>
        </w:r>
      </w:hyperlink>
      <w:r>
        <w:t xml:space="preserve"> - Supports the use of CRM software with email marketing automation for centralizing customer information and tracking interactions.</w:t>
      </w:r>
      <w:r/>
    </w:p>
    <w:p>
      <w:pPr>
        <w:pStyle w:val="ListNumber"/>
        <w:spacing w:line="240" w:lineRule="auto"/>
        <w:ind w:left="720"/>
      </w:pPr>
      <w:r/>
      <w:hyperlink r:id="rId13">
        <w:r>
          <w:rPr>
            <w:color w:val="0000EE"/>
            <w:u w:val="single"/>
          </w:rPr>
          <w:t>https://www.frgconsulting.com/insights/eight-ways-marketing-automation-can-help-small-business-succeed</w:t>
        </w:r>
      </w:hyperlink>
      <w:r>
        <w:t xml:space="preserve"> - Highlights the importance of gathering customer feedback through online surveys to tailor marketing strategies and improve customer experience.</w:t>
      </w:r>
      <w:r/>
    </w:p>
    <w:p>
      <w:pPr>
        <w:pStyle w:val="ListNumber"/>
        <w:spacing w:line="240" w:lineRule="auto"/>
        <w:ind w:left="720"/>
      </w:pPr>
      <w:r/>
      <w:hyperlink r:id="rId11">
        <w:r>
          <w:rPr>
            <w:color w:val="0000EE"/>
            <w:u w:val="single"/>
          </w:rPr>
          <w:t>https://www.marcomrobot.com/blog/marketing-automation-for-small-business</w:t>
        </w:r>
      </w:hyperlink>
      <w:r>
        <w:t xml:space="preserve"> - Discusses the role of chatbots in providing personalized interactions and improving customer satisfaction by addressing frequently asked questions.</w:t>
      </w:r>
      <w:r/>
    </w:p>
    <w:p>
      <w:pPr>
        <w:pStyle w:val="ListNumber"/>
        <w:spacing w:line="240" w:lineRule="auto"/>
        <w:ind w:left="720"/>
      </w:pPr>
      <w:r/>
      <w:hyperlink r:id="rId14">
        <w:r>
          <w:rPr>
            <w:color w:val="0000EE"/>
            <w:u w:val="single"/>
          </w:rPr>
          <w:t>https://keap.com/small-business-automation-blog/marketing/automation/9-marketing-automation-benefits-that-could-help-your-business</w:t>
        </w:r>
      </w:hyperlink>
      <w:r>
        <w:t xml:space="preserve"> - Emphasizes the future importance of marketing automation in reaching sales goals and enhancing customer engagement for sustainable success.</w:t>
      </w:r>
      <w:r/>
    </w:p>
    <w:p>
      <w:pPr>
        <w:pStyle w:val="ListNumber"/>
        <w:spacing w:line="240" w:lineRule="auto"/>
        <w:ind w:left="720"/>
      </w:pPr>
      <w:r/>
      <w:hyperlink r:id="rId10">
        <w:r>
          <w:rPr>
            <w:color w:val="0000EE"/>
            <w:u w:val="single"/>
          </w:rPr>
          <w:t>https://www.vendasta.com/blog/marketing-automation-for-small-businesses/</w:t>
        </w:r>
      </w:hyperlink>
      <w:r>
        <w:t xml:space="preserve"> - Mentions the future of marketing automation, including AI, hyper-personalization, and time-saving automations, aligning with the evolving business landscape.</w:t>
      </w:r>
      <w:r/>
    </w:p>
    <w:p>
      <w:pPr>
        <w:pStyle w:val="ListNumber"/>
        <w:spacing w:line="240" w:lineRule="auto"/>
        <w:ind w:left="720"/>
      </w:pPr>
      <w:r/>
      <w:hyperlink r:id="rId15">
        <w:r>
          <w:rPr>
            <w:color w:val="0000EE"/>
            <w:u w:val="single"/>
          </w:rPr>
          <w:t>https://www.signshop.com/business-mgmt/sales-a-marketing/four-marketing-automation-solutions-smbs/?utm_source=rss&amp;utm_medium=rss&amp;utm_campaign=four-marketing-automation-solutions-smbs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ndasta.com/blog/marketing-automation-for-small-businesses/" TargetMode="External"/><Relationship Id="rId11" Type="http://schemas.openxmlformats.org/officeDocument/2006/relationships/hyperlink" Target="https://www.marcomrobot.com/blog/marketing-automation-for-small-business" TargetMode="External"/><Relationship Id="rId12" Type="http://schemas.openxmlformats.org/officeDocument/2006/relationships/hyperlink" Target="https://www.pandadoc.com/blog/marketing-automation-for-small-business/" TargetMode="External"/><Relationship Id="rId13" Type="http://schemas.openxmlformats.org/officeDocument/2006/relationships/hyperlink" Target="https://www.frgconsulting.com/insights/eight-ways-marketing-automation-can-help-small-business-succeed" TargetMode="External"/><Relationship Id="rId14" Type="http://schemas.openxmlformats.org/officeDocument/2006/relationships/hyperlink" Target="https://keap.com/small-business-automation-blog/marketing/automation/9-marketing-automation-benefits-that-could-help-your-business" TargetMode="External"/><Relationship Id="rId15" Type="http://schemas.openxmlformats.org/officeDocument/2006/relationships/hyperlink" Target="https://www.signshop.com/business-mgmt/sales-a-marketing/four-marketing-automation-solutions-smbs/?utm_source=rss&amp;utm_medium=rss&amp;utm_campaign=four-marketing-automation-solutions-sm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