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role of AI and automation in the automotive sales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discussions concerning the evolution of artificial intelligence (AI) and automation in business, particularly in sales, industry leaders have highlighted transformative trends that are shaping the future of operations.</w:t>
      </w:r>
      <w:r/>
    </w:p>
    <w:p>
      <w:r/>
      <w:r>
        <w:t>Mark Vickery, Associate Vice President of Performance Management at Cox Automotive, elaborated on the ways AI-driven tools and automation are revolutionising the dealership sales landscape. In a featured segment of Dealer Forward, Vickery discussed how predictive analytics and customer engagement technologies are not merely enhancing operational efficiencies but are also redefining traditional sales techniques. By leveraging data analytics, dealerships can better understand customer preferences and behaviours, allowing them to tailor their approaches and engage potential buyers more effectively. This shift towards an AI-centric approach signifies a broader trend within various sectors where technology plays an increasingly critical role in in automating and optimizing workflow processes.</w:t>
      </w:r>
      <w:r/>
    </w:p>
    <w:p>
      <w:r/>
      <w:r>
        <w:t>The integration of AI in sales processes is expected to have substantial implications not just for the automotive industry but also across multiple business sectors. As businesses explore these emerging technologies, industry forecasts predict a dramatic increase in the deployment of automated solutions designed to enhance customer interactions and streamline operations. This alignment with technological advancements, especially in data analysis, reflects the ongoing digital transformation efforts within organisations aiming to maintain competitiveness in an ever-evolving marketplace.</w:t>
      </w:r>
      <w:r/>
    </w:p>
    <w:p>
      <w:r/>
      <w:r>
        <w:t>In parallel, the Federal government’s recent endorsement of automatic braking mandates has stirred significant dialogue about the safety measures in vehicle technology, further intertwining regulatory frameworks with technological advancements in the automotive sector. While some stakeholders have expressed concerns regarding the implications of such mandates on manufacturing practices and vehicle sales, there remains a consensus on the importance of enhanced safety measures to protect consumers on the roads.</w:t>
      </w:r>
      <w:r/>
    </w:p>
    <w:p>
      <w:r/>
      <w:r>
        <w:t>Amid this technological evolution, car manufacturers are facing challenges, as illustrated by Nissan’s recent decision to slash production in the United States by 17% due to declining sales figures. This reduction in manufacturing underscores an industry grappling with changing consumer preferences, economic pressures, and rising competition in the electric vehicle (EV) market, which saw its sales surpass one million units in October 2024. The growing adoption of EVs highlights a significant shift not only in consumer behaviour but also in the strategic focus of automotive companies as they navigate the transition to more sustainable transport solutions.</w:t>
      </w:r>
      <w:r/>
    </w:p>
    <w:p>
      <w:r/>
      <w:r>
        <w:t>The evolving landscape brings forth pressing questions about the long-term implications of AI and automation on business practices. As companies increasingly rely on technological innovations, the ways in which they engage with customers, manage sales, and operate efficiently are expected to continue to evolve. The readiness of businesses to adapt to these technological changes will likely influence their success and sustainability in the future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https://www.digikat.com.au/blog/the-future-of-ai-in-sales-key-trends-for-2024</w:t>
        </w:r>
      </w:hyperlink>
      <w:r>
        <w:t xml:space="preserve"> - This article supports the claim that AI is revolutionizing sales by automating routine tasks, providing deeper customer insights, and enabling personalized customer interactions.</w:t>
      </w:r>
      <w:r/>
    </w:p>
    <w:p>
      <w:pPr>
        <w:pStyle w:val="ListNumber"/>
        <w:spacing w:line="240" w:lineRule="auto"/>
        <w:ind w:left="720"/>
      </w:pPr>
      <w:r/>
      <w:hyperlink r:id="rId11">
        <w:r>
          <w:rPr>
            <w:color w:val="0000EE"/>
            <w:u w:val="single"/>
          </w:rPr>
          <w:t>https://spinify.com/blog/ai-sales-trends-in-2024-how-leaders-are-harnessing-technology-to-drive-growth-and-innovation/</w:t>
        </w:r>
      </w:hyperlink>
      <w:r>
        <w:t xml:space="preserve"> - This source corroborates the trend of AI-driven personalization and the use of AI in sales forecasting and customer analytics to enhance operational performance.</w:t>
      </w:r>
      <w:r/>
    </w:p>
    <w:p>
      <w:pPr>
        <w:pStyle w:val="ListNumber"/>
        <w:spacing w:line="240" w:lineRule="auto"/>
        <w:ind w:left="720"/>
      </w:pPr>
      <w:r/>
      <w:hyperlink r:id="rId12">
        <w:r>
          <w:rPr>
            <w:color w:val="0000EE"/>
            <w:u w:val="single"/>
          </w:rPr>
          <w:t>https://www.destinationcrm.com/Articles/Editorial/Magazine-Features/The-Top-Sales-Trends-and-Technologies-for-2024-Tech-Advances-Let-Sales-Teams-Thrive-in-a-Difficult-Economy-164816.aspx</w:t>
        </w:r>
      </w:hyperlink>
      <w:r>
        <w:t xml:space="preserve"> - This article supports the idea that AI is being used to automate manual tasks, streamline sales processes, and improve customer engagement, especially in a challenging economic environment.</w:t>
      </w:r>
      <w:r/>
    </w:p>
    <w:p>
      <w:pPr>
        <w:pStyle w:val="ListNumber"/>
        <w:spacing w:line="240" w:lineRule="auto"/>
        <w:ind w:left="720"/>
      </w:pPr>
      <w:r/>
      <w:hyperlink r:id="rId13">
        <w:r>
          <w:rPr>
            <w:color w:val="0000EE"/>
            <w:u w:val="single"/>
          </w:rPr>
          <w:t>https://calvettiferguson.com/ai-automation-trends-2024/</w:t>
        </w:r>
      </w:hyperlink>
      <w:r>
        <w:t xml:space="preserve"> - This source highlights how AI and automation are transforming business operations by streamlining processes, improving efficiency, and driving strategic breakthroughs.</w:t>
      </w:r>
      <w:r/>
    </w:p>
    <w:p>
      <w:pPr>
        <w:pStyle w:val="ListNumber"/>
        <w:spacing w:line="240" w:lineRule="auto"/>
        <w:ind w:left="720"/>
      </w:pPr>
      <w:r/>
      <w:hyperlink r:id="rId10">
        <w:r>
          <w:rPr>
            <w:color w:val="0000EE"/>
            <w:u w:val="single"/>
          </w:rPr>
          <w:t>https://www.digikat.com.au/blog/the-future-of-ai-in-sales-key-trends-for-2024</w:t>
        </w:r>
      </w:hyperlink>
      <w:r>
        <w:t xml:space="preserve"> - This article explains how AI is enhancing sales forecasting by analyzing historical data and market trends to predict future sales performance.</w:t>
      </w:r>
      <w:r/>
    </w:p>
    <w:p>
      <w:pPr>
        <w:pStyle w:val="ListNumber"/>
        <w:spacing w:line="240" w:lineRule="auto"/>
        <w:ind w:left="720"/>
      </w:pPr>
      <w:r/>
      <w:hyperlink r:id="rId11">
        <w:r>
          <w:rPr>
            <w:color w:val="0000EE"/>
            <w:u w:val="single"/>
          </w:rPr>
          <w:t>https://spinify.com/blog/ai-sales-trends-in-2024-how-leaders-are-harnessing-technology-to-drive-growth-and-innovation/</w:t>
        </w:r>
      </w:hyperlink>
      <w:r>
        <w:t xml:space="preserve"> - This source discusses the role of AI in streamlining sales operations, including automating routine tasks and improving lead generation.</w:t>
      </w:r>
      <w:r/>
    </w:p>
    <w:p>
      <w:pPr>
        <w:pStyle w:val="ListNumber"/>
        <w:spacing w:line="240" w:lineRule="auto"/>
        <w:ind w:left="720"/>
      </w:pPr>
      <w:r/>
      <w:hyperlink r:id="rId12">
        <w:r>
          <w:rPr>
            <w:color w:val="0000EE"/>
            <w:u w:val="single"/>
          </w:rPr>
          <w:t>https://www.destinationcrm.com/Articles/Editorial/Magazine-Features/The-Top-Sales-Trends-and-Technologies-for-2024-Tech-Advances-Let-Sales-Teams-Thrive-in-a-Difficult-Economy-164816.aspx</w:t>
        </w:r>
      </w:hyperlink>
      <w:r>
        <w:t xml:space="preserve"> - This article supports the use of generative AI for content creation and the automation of routine documents in sales processes.</w:t>
      </w:r>
      <w:r/>
    </w:p>
    <w:p>
      <w:pPr>
        <w:pStyle w:val="ListNumber"/>
        <w:spacing w:line="240" w:lineRule="auto"/>
        <w:ind w:left="720"/>
      </w:pPr>
      <w:r/>
      <w:hyperlink r:id="rId13">
        <w:r>
          <w:rPr>
            <w:color w:val="0000EE"/>
            <w:u w:val="single"/>
          </w:rPr>
          <w:t>https://calvettiferguson.com/ai-automation-trends-2024/</w:t>
        </w:r>
      </w:hyperlink>
      <w:r>
        <w:t xml:space="preserve"> - This source emphasizes the importance of AI in optimizing workflows, reducing costs, and responding faster to market demands.</w:t>
      </w:r>
      <w:r/>
    </w:p>
    <w:p>
      <w:pPr>
        <w:pStyle w:val="ListNumber"/>
        <w:spacing w:line="240" w:lineRule="auto"/>
        <w:ind w:left="720"/>
      </w:pPr>
      <w:r/>
      <w:hyperlink r:id="rId11">
        <w:r>
          <w:rPr>
            <w:color w:val="0000EE"/>
            <w:u w:val="single"/>
          </w:rPr>
          <w:t>https://spinify.com/blog/ai-sales-trends-in-2024-how-leaders-are-harnessing-technology-to-drive-growth-and-innovation/</w:t>
        </w:r>
      </w:hyperlink>
      <w:r>
        <w:t xml:space="preserve"> - This article discusses the future outlook of AI in sales, including the emergence of AI-driven sales assistants and predictive analytics.</w:t>
      </w:r>
      <w:r/>
    </w:p>
    <w:p>
      <w:pPr>
        <w:pStyle w:val="ListNumber"/>
        <w:spacing w:line="240" w:lineRule="auto"/>
        <w:ind w:left="720"/>
      </w:pPr>
      <w:r/>
      <w:hyperlink r:id="rId12">
        <w:r>
          <w:rPr>
            <w:color w:val="0000EE"/>
            <w:u w:val="single"/>
          </w:rPr>
          <w:t>https://www.destinationcrm.com/Articles/Editorial/Magazine-Features/The-Top-Sales-Trends-and-Technologies-for-2024-Tech-Advances-Let-Sales-Teams-Thrive-in-a-Difficult-Economy-164816.aspx</w:t>
        </w:r>
      </w:hyperlink>
      <w:r>
        <w:t xml:space="preserve"> - This source highlights how sales teams are leveraging AI to build relationships and close more deals by automating mundane tasks.</w:t>
      </w:r>
      <w:r/>
    </w:p>
    <w:p>
      <w:pPr>
        <w:pStyle w:val="ListNumber"/>
        <w:spacing w:line="240" w:lineRule="auto"/>
        <w:ind w:left="720"/>
      </w:pPr>
      <w:r/>
      <w:hyperlink r:id="rId13">
        <w:r>
          <w:rPr>
            <w:color w:val="0000EE"/>
            <w:u w:val="single"/>
          </w:rPr>
          <w:t>https://calvettiferguson.com/ai-automation-trends-2024/</w:t>
        </w:r>
      </w:hyperlink>
      <w:r>
        <w:t xml:space="preserve"> - This article explains how AI is redefining traditional job roles and enhancing human-AI collaboration in the workplace.</w:t>
      </w:r>
      <w:r/>
    </w:p>
    <w:p>
      <w:pPr>
        <w:pStyle w:val="ListNumber"/>
        <w:spacing w:line="240" w:lineRule="auto"/>
        <w:ind w:left="720"/>
      </w:pPr>
      <w:r/>
      <w:hyperlink r:id="rId14">
        <w:r>
          <w:rPr>
            <w:color w:val="0000EE"/>
            <w:u w:val="single"/>
          </w:rPr>
          <w:t>https://www.cbtnews.com/cbt-automotive-newscast-november-26-2024/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kat.com.au/blog/the-future-of-ai-in-sales-key-trends-for-2024" TargetMode="External"/><Relationship Id="rId11" Type="http://schemas.openxmlformats.org/officeDocument/2006/relationships/hyperlink" Target="https://spinify.com/blog/ai-sales-trends-in-2024-how-leaders-are-harnessing-technology-to-drive-growth-and-innovation/" TargetMode="External"/><Relationship Id="rId12" Type="http://schemas.openxmlformats.org/officeDocument/2006/relationships/hyperlink" Target="https://www.destinationcrm.com/Articles/Editorial/Magazine-Features/The-Top-Sales-Trends-and-Technologies-for-2024-Tech-Advances-Let-Sales-Teams-Thrive-in-a-Difficult-Economy-164816.aspx" TargetMode="External"/><Relationship Id="rId13" Type="http://schemas.openxmlformats.org/officeDocument/2006/relationships/hyperlink" Target="https://calvettiferguson.com/ai-automation-trends-2024/" TargetMode="External"/><Relationship Id="rId14" Type="http://schemas.openxmlformats.org/officeDocument/2006/relationships/hyperlink" Target="https://www.cbtnews.com/cbt-automotive-newscast-november-26-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