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Wiki Finance EXPO Dubai 2024 to spotlight advancements in fintech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forthcoming Wiki Finance EXPO Dubai 2024, anticipated to be a pivotal event in the financial technology sector, is set to take place on November 27, 2024, at the Millennium Plaza Downtown Hotel in Dubai. The event is organised by WikiGlobal and WikiEXPO, with the collaboration of various partners including WikiFX, WikiBit, WikiStock, WikiTrade, Forex Pay, and the Australian Computer and Law Association (AUSCL). It is expected to attract an audience of over 3,000 decision-makers, innovators, and investors from across the globe, all converging under the theme “Discover the Future of Fintech”.</w:t>
      </w:r>
      <w:r/>
    </w:p>
    <w:p>
      <w:r/>
      <w:r>
        <w:t>The exhibition aims to cover a plethora of topics integral to the future of financial technology, including financial regulatory compliance, anti-money laundering, cryptocurrency, blockchain, and artificial intelligence (AI). Attendees will be provided with a platform to gain insights into emerging trends and technologies shaping the fintech landscape.</w:t>
      </w:r>
      <w:r/>
    </w:p>
    <w:p>
      <w:r/>
      <w:r>
        <w:t>A distinguished line-up of industry leaders is slated to participate, featuring prominent figures such as Braden Perry, a partner at Kennyhertz Perry; Dr. Mohamed Damak from S&amp;P Global Ratings; Justin Sun, founder of TRON; and Myriam Ben Sayeh, EEMEA Crypto Risk and Security Innovation leader at Mastercard. These experts will delve into critical discussions encompassing a range of topics, such as the evolution of financial crime and regulatory responses, the role of AI in fintech, and the future outlook for decentralised finance (DeFi).</w:t>
      </w:r>
      <w:r/>
    </w:p>
    <w:p>
      <w:r/>
      <w:r>
        <w:t>Among the hot topics scheduled for discussion are new forms of financial crime and innovative practices in anti-money laundering, the burgeoning financial derivatives market in the UAE, and the impact of AI technologies on the fintech sector within the Emirates. The agenda also includes explorations of environmental, social, and governance (ESG) frameworks related to finance, climate risk considerations, and the dynamics of digital asset central bank digital currencies (CBDCs).</w:t>
      </w:r>
      <w:r/>
    </w:p>
    <w:p>
      <w:r/>
      <w:r>
        <w:t>In addition to individual seminars and panel discussions, the event emphasizes the importance of networking and cross-border collaboration by bringing together participants from varied financial and technological backgrounds. Notable global partnerships, including with the Bitcoin MENA conference and the Global Blockchain and AI Shows, are also in place to enhance the event’s scope and outreach, further solidifying its role in the international fintech landscape.</w:t>
      </w:r>
      <w:r/>
    </w:p>
    <w:p>
      <w:r/>
      <w:r>
        <w:t>The Bitcoin MENA conference, scheduled for December 9-10, 2024, in Abu Dhabi, is especially noteworthy, expected to feature influential figures in the blockchain and cryptocurrency sectors. Concurrently, the Global Blockchain Show and Global AI Show will take place at the Grand Hyatt Dubai on December 12-13, showcasing over 75 leaders in these transformative fields.</w:t>
      </w:r>
      <w:r/>
    </w:p>
    <w:p>
      <w:r/>
      <w:r>
        <w:t>Wiki Finance EXPO Dubai 2024 offers prospects for attendees to gain critical insights into the rapidly evolving financial technology ecosystem, including trends in AI and its implications for business practices. As the industry continues to shift towards increased automation and innovative financial solutions, events like this illuminate the trajectory ahead for finance professionals, entrepreneurs, and investors alike.</w:t>
      </w:r>
      <w:r/>
    </w:p>
    <w:p>
      <w:r/>
      <w:r>
        <w:t>Overall, Wiki Finance EXPO Dubai 2024 represents a convergence of ideas, opportunities, and knowledge-sharing intended to propel the financial technology sector into its next phase of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https://lu.ma/s0mh0nna</w:t>
        </w:r>
      </w:hyperlink>
      <w:r>
        <w:t xml:space="preserve"> - Provides details on the Wiki Finance Expo Dubai 2024, including the date, venue, and themes such as fintech, Web3, AI, and cryptocurrency.</w:t>
      </w:r>
      <w:r/>
    </w:p>
    <w:p>
      <w:pPr>
        <w:pStyle w:val="ListNumber"/>
        <w:spacing w:line="240" w:lineRule="auto"/>
        <w:ind w:left="720"/>
      </w:pPr>
      <w:r/>
      <w:hyperlink r:id="rId11">
        <w:r>
          <w:rPr>
            <w:color w:val="0000EE"/>
            <w:u w:val="single"/>
          </w:rPr>
          <w:t>https://www.eventbrite.com/e/wiki-finance-expo-dubai-2024-asias-premier-fintech-web30-event-tickets-1015850776017</w:t>
        </w:r>
      </w:hyperlink>
      <w:r>
        <w:t xml:space="preserve"> - Confirms the event date, time, and location, and highlights the focus on fintech, Web3.0, Metaverse, NFTs, AI, Forex, and crypto trading.</w:t>
      </w:r>
      <w:r/>
    </w:p>
    <w:p>
      <w:pPr>
        <w:pStyle w:val="ListNumber"/>
        <w:spacing w:line="240" w:lineRule="auto"/>
        <w:ind w:left="720"/>
      </w:pPr>
      <w:r/>
      <w:hyperlink r:id="rId12">
        <w:r>
          <w:rPr>
            <w:color w:val="0000EE"/>
            <w:u w:val="single"/>
          </w:rPr>
          <w:t>https://www.eventbrite.com/e/wiki-finance-expo-dubai-2024-asias-premier-fintech-web30-event-tickets-1050533823947</w:t>
        </w:r>
      </w:hyperlink>
      <w:r>
        <w:t xml:space="preserve"> - Reiterates the event details and emphasizes the networking, learning, and innovation aspects of the expo.</w:t>
      </w:r>
      <w:r/>
    </w:p>
    <w:p>
      <w:pPr>
        <w:pStyle w:val="ListNumber"/>
        <w:spacing w:line="240" w:lineRule="auto"/>
        <w:ind w:left="720"/>
      </w:pPr>
      <w:r/>
      <w:hyperlink r:id="rId13">
        <w:r>
          <w:rPr>
            <w:color w:val="0000EE"/>
            <w:u w:val="single"/>
          </w:rPr>
          <w:t>https://www.wikiexpo.com/Dubai/2024/en/index.html</w:t>
        </w:r>
      </w:hyperlink>
      <w:r>
        <w:t xml:space="preserve"> - Official event page providing information on the event schedule, speakers, exhibitors, and the overall agenda.</w:t>
      </w:r>
      <w:r/>
    </w:p>
    <w:p>
      <w:pPr>
        <w:pStyle w:val="ListNumber"/>
        <w:spacing w:line="240" w:lineRule="auto"/>
        <w:ind w:left="720"/>
      </w:pPr>
      <w:r/>
      <w:hyperlink r:id="rId14">
        <w:r>
          <w:rPr>
            <w:color w:val="0000EE"/>
            <w:u w:val="single"/>
          </w:rPr>
          <w:t>https://www.wikiexpo.net/en</w:t>
        </w:r>
      </w:hyperlink>
      <w:r>
        <w:t xml:space="preserve"> - Lists various Wiki Finance Expo events, including the Dubai 2024 event, and provides context on the global reach of WikiEXPO.</w:t>
      </w:r>
      <w:r/>
    </w:p>
    <w:p>
      <w:pPr>
        <w:pStyle w:val="ListNumber"/>
        <w:spacing w:line="240" w:lineRule="auto"/>
        <w:ind w:left="720"/>
      </w:pPr>
      <w:r/>
      <w:hyperlink r:id="rId10">
        <w:r>
          <w:rPr>
            <w:color w:val="0000EE"/>
            <w:u w:val="single"/>
          </w:rPr>
          <w:t>https://lu.ma/s0mh0nna</w:t>
        </w:r>
      </w:hyperlink>
      <w:r>
        <w:t xml:space="preserve"> - Mentions the partnership with the Bitcoin MENA conference and the opportunity to win tickets to this event.</w:t>
      </w:r>
      <w:r/>
    </w:p>
    <w:p>
      <w:pPr>
        <w:pStyle w:val="ListNumber"/>
        <w:spacing w:line="240" w:lineRule="auto"/>
        <w:ind w:left="720"/>
      </w:pPr>
      <w:r/>
      <w:hyperlink r:id="rId11">
        <w:r>
          <w:rPr>
            <w:color w:val="0000EE"/>
            <w:u w:val="single"/>
          </w:rPr>
          <w:t>https://www.eventbrite.com/e/wiki-finance-expo-dubai-2024-asias-premier-fintech-web30-event-tickets-1015850776017</w:t>
        </w:r>
      </w:hyperlink>
      <w:r>
        <w:t xml:space="preserve"> - Details the event's focus on bringing together global high-quality resources for exhibitors and participants in fintech and related fields.</w:t>
      </w:r>
      <w:r/>
    </w:p>
    <w:p>
      <w:pPr>
        <w:pStyle w:val="ListNumber"/>
        <w:spacing w:line="240" w:lineRule="auto"/>
        <w:ind w:left="720"/>
      </w:pPr>
      <w:r/>
      <w:hyperlink r:id="rId12">
        <w:r>
          <w:rPr>
            <w:color w:val="0000EE"/>
            <w:u w:val="single"/>
          </w:rPr>
          <w:t>https://www.eventbrite.com/e/wiki-finance-expo-dubai-2024-asias-premier-fintech-web30-event-tickets-1050533823947</w:t>
        </w:r>
      </w:hyperlink>
      <w:r>
        <w:t xml:space="preserve"> - Highlights the event's commitment to promoting Dubai as a global crypto and fintech center.</w:t>
      </w:r>
      <w:r/>
    </w:p>
    <w:p>
      <w:pPr>
        <w:pStyle w:val="ListNumber"/>
        <w:spacing w:line="240" w:lineRule="auto"/>
        <w:ind w:left="720"/>
      </w:pPr>
      <w:r/>
      <w:hyperlink r:id="rId13">
        <w:r>
          <w:rPr>
            <w:color w:val="0000EE"/>
            <w:u w:val="single"/>
          </w:rPr>
          <w:t>https://www.wikiexpo.com/Dubai/2024/en/index.html</w:t>
        </w:r>
      </w:hyperlink>
      <w:r>
        <w:t xml:space="preserve"> - Lists the speakers and topics, including financial regulatory compliance, anti-money laundering, and the role of AI in fintech.</w:t>
      </w:r>
      <w:r/>
    </w:p>
    <w:p>
      <w:pPr>
        <w:pStyle w:val="ListNumber"/>
        <w:spacing w:line="240" w:lineRule="auto"/>
        <w:ind w:left="720"/>
      </w:pPr>
      <w:r/>
      <w:hyperlink r:id="rId14">
        <w:r>
          <w:rPr>
            <w:color w:val="0000EE"/>
            <w:u w:val="single"/>
          </w:rPr>
          <w:t>https://www.wikiexpo.net/en</w:t>
        </w:r>
      </w:hyperlink>
      <w:r>
        <w:t xml:space="preserve"> - Provides an overview of WikiEXPO's global events and their focus on fintech, crypto, stock, and blockchain businesses.</w:t>
      </w:r>
      <w:r/>
    </w:p>
    <w:p>
      <w:pPr>
        <w:pStyle w:val="ListNumber"/>
        <w:spacing w:line="240" w:lineRule="auto"/>
        <w:ind w:left="720"/>
      </w:pPr>
      <w:r/>
      <w:hyperlink r:id="rId10">
        <w:r>
          <w:rPr>
            <w:color w:val="0000EE"/>
            <w:u w:val="single"/>
          </w:rPr>
          <w:t>https://lu.ma/s0mh0nna</w:t>
        </w:r>
      </w:hyperlink>
      <w:r>
        <w:t xml:space="preserve"> - Details the networking opportunities and the presence of over 3,000 high-caliber attendees, including CEOs, regulators, and innovators.</w:t>
      </w:r>
      <w:r/>
    </w:p>
    <w:p>
      <w:pPr>
        <w:pStyle w:val="ListNumber"/>
        <w:spacing w:line="240" w:lineRule="auto"/>
        <w:ind w:left="720"/>
      </w:pPr>
      <w:r/>
      <w:hyperlink r:id="rId15">
        <w:r>
          <w:rPr>
            <w:color w:val="0000EE"/>
            <w:u w:val="single"/>
          </w:rPr>
          <w:t>https://coinfea.com/explore-the-uaes-fintech-web3-0-blueprint-wiki-finance-expo-dubai-2024-opens-up-new-opportunities-for-you/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ma/s0mh0nna" TargetMode="External"/><Relationship Id="rId11" Type="http://schemas.openxmlformats.org/officeDocument/2006/relationships/hyperlink" Target="https://www.eventbrite.com/e/wiki-finance-expo-dubai-2024-asias-premier-fintech-web30-event-tickets-1015850776017" TargetMode="External"/><Relationship Id="rId12" Type="http://schemas.openxmlformats.org/officeDocument/2006/relationships/hyperlink" Target="https://www.eventbrite.com/e/wiki-finance-expo-dubai-2024-asias-premier-fintech-web30-event-tickets-1050533823947" TargetMode="External"/><Relationship Id="rId13" Type="http://schemas.openxmlformats.org/officeDocument/2006/relationships/hyperlink" Target="https://www.wikiexpo.com/Dubai/2024/en/index.html" TargetMode="External"/><Relationship Id="rId14" Type="http://schemas.openxmlformats.org/officeDocument/2006/relationships/hyperlink" Target="https://www.wikiexpo.net/en" TargetMode="External"/><Relationship Id="rId15" Type="http://schemas.openxmlformats.org/officeDocument/2006/relationships/hyperlink" Target="https://coinfea.com/explore-the-uaes-fintech-web3-0-blueprint-wiki-finance-expo-dubai-2024-opens-up-new-opportunities-for-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