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integrates with Ripple to enhance blockchain-based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Atua AI (TUA), an innovative on-chain enterprise artificial intelligence platform based in Dubai, has recently announced a significant integration with Ripple's XRP ecosystem. This strategic collaboration aims to enhance the blockchain-based AI capabilities of Atua AI, providing a robust framework for decentralised enterprises that seek to optimise their operational efficiency through advanced technology.</w:t>
      </w:r>
      <w:r/>
    </w:p>
    <w:p>
      <w:r/>
      <w:r>
        <w:t>On November 28, 2024, it was revealed that the incorporation of Ripple's XRP into the Atua AI platform will allow businesses to benefit from rapid, secure, and cost-effective transactions. This integration is expected to incorporate features such as workflow automation, predictive analytics, and improved operational efficiency, which are essential for companies operating within a decentralised framework. The alignment of these two technologies promises a synergistic effect that could streamline processes within various industries adopting blockchain solutions.</w:t>
      </w:r>
      <w:r/>
    </w:p>
    <w:p>
      <w:r/>
      <w:r>
        <w:t>The partnership is particularly noteworthy as it enhances the interoperability and scalability of Atua AI's offerings, allowing enterprises to navigate and operate effectively across different blockchain networks. By integrating Ripple's XRP, Atua AI is positioning itself as a frontrunner in the on-chain enterprise AI sector, capable of providing integral tools that support businesses in adapting to the modern demands of decentralised ecosystems.</w:t>
      </w:r>
      <w:r/>
    </w:p>
    <w:p>
      <w:r/>
      <w:r>
        <w:t>This development signifies a broader trend in the industry where artificial intelligence and blockchain technology are increasingly being fused to create sophisticated solutions for businesses. Industry forecasts suggest that as these technologies continue to evolve and integrate, they will substantially alter business practices, enabling companies to reduce operational costs and increase overall efficiency.</w:t>
      </w:r>
      <w:r/>
    </w:p>
    <w:p>
      <w:r/>
      <w:r>
        <w:t xml:space="preserve">Atua AI is dedicated to fostering innovation within the Web3 landscape, signifying a commitment to not only enhancing its platform but also laying groundwork for future advancements that could potentially redefine enterprise interactions in the digital realm. This integration with Ripple reinforces Atua AI's mission to empower businesses with AI-driven tools crafted to meet the dynamic needs of an ever-changing digital economy. </w:t>
      </w:r>
      <w:r/>
    </w:p>
    <w:p>
      <w:r/>
      <w:r>
        <w:t>As enterprises explore these technological advancements, the potential impacts on business operations could be significant, presenting new opportunities for growth and innovation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https://www.newsfilecorp.com/news/computer-software</w:t>
        </w:r>
      </w:hyperlink>
      <w:r>
        <w:t xml:space="preserve"> - Announces Atua AI's integration with Ripple's XRP ecosystem, enhancing its blockchain-based AI capabilities.</w:t>
      </w:r>
      <w:r/>
    </w:p>
    <w:p>
      <w:pPr>
        <w:pStyle w:val="ListNumber"/>
        <w:spacing w:line="240" w:lineRule="auto"/>
        <w:ind w:left="720"/>
      </w:pPr>
      <w:r/>
      <w:hyperlink r:id="rId11">
        <w:r>
          <w:rPr>
            <w:color w:val="0000EE"/>
            <w:u w:val="single"/>
          </w:rPr>
          <w:t>https://www.barchart.com/story/news/29804026/on-chain-enterprise-atua-ai-tua-strengthens-blockchain-ai-with-ripple-xrp-integration</w:t>
        </w:r>
      </w:hyperlink>
      <w:r>
        <w:t xml:space="preserve"> - Details the integration of Ripple's XRP within the Atua AI platform, enabling fast, secure, and cost-effective transactions.</w:t>
      </w:r>
      <w:r/>
    </w:p>
    <w:p>
      <w:pPr>
        <w:pStyle w:val="ListNumber"/>
        <w:spacing w:line="240" w:lineRule="auto"/>
        <w:ind w:left="720"/>
      </w:pPr>
      <w:r/>
      <w:hyperlink r:id="rId12">
        <w:r>
          <w:rPr>
            <w:color w:val="0000EE"/>
            <w:u w:val="single"/>
          </w:rPr>
          <w:t>https://kalkinemedia.com/ca/business-news/on-chain-enterprise-atua-ai-tua-strengthens-blockchain-ai-with-ripple-xrp-integration</w:t>
        </w:r>
      </w:hyperlink>
      <w:r>
        <w:t xml:space="preserve"> - Reports on the integration of Ripple's XRP with Atua AI, highlighting its impact on blockchain AI solutions.</w:t>
      </w:r>
      <w:r/>
    </w:p>
    <w:p>
      <w:pPr>
        <w:pStyle w:val="ListNumber"/>
        <w:spacing w:line="240" w:lineRule="auto"/>
        <w:ind w:left="720"/>
      </w:pPr>
      <w:r/>
      <w:hyperlink r:id="rId13">
        <w:r>
          <w:rPr>
            <w:color w:val="0000EE"/>
            <w:u w:val="single"/>
          </w:rPr>
          <w:t>https://techbullion.com/ripples-xrp-empowers-advanced-ai-solutions-on-atua-ai-tuas-enterprise-platform/</w:t>
        </w:r>
      </w:hyperlink>
      <w:r>
        <w:t xml:space="preserve"> - Explains how Ripple's XRP empowers advanced AI solutions on Atua AI's enterprise platform, including workflow automation and predictive analytics.</w:t>
      </w:r>
      <w:r/>
    </w:p>
    <w:p>
      <w:pPr>
        <w:pStyle w:val="ListNumber"/>
        <w:spacing w:line="240" w:lineRule="auto"/>
        <w:ind w:left="720"/>
      </w:pPr>
      <w:r/>
      <w:hyperlink r:id="rId10">
        <w:r>
          <w:rPr>
            <w:color w:val="0000EE"/>
            <w:u w:val="single"/>
          </w:rPr>
          <w:t>https://www.newsfilecorp.com/news/computer-software</w:t>
        </w:r>
      </w:hyperlink>
      <w:r>
        <w:t xml:space="preserve"> - Provides context on the broader trend of integrating AI and blockchain technologies in the industry.</w:t>
      </w:r>
      <w:r/>
    </w:p>
    <w:p>
      <w:pPr>
        <w:pStyle w:val="ListNumber"/>
        <w:spacing w:line="240" w:lineRule="auto"/>
        <w:ind w:left="720"/>
      </w:pPr>
      <w:r/>
      <w:hyperlink r:id="rId11">
        <w:r>
          <w:rPr>
            <w:color w:val="0000EE"/>
            <w:u w:val="single"/>
          </w:rPr>
          <w:t>https://www.barchart.com/story/news/29804026/on-chain-enterprise-atua-ai-tua-strengthens-blockchain-ai-with-ripple-xrp-integration</w:t>
        </w:r>
      </w:hyperlink>
      <w:r>
        <w:t xml:space="preserve"> - Corroborates the enhanced interoperability and scalability of Atua AI's offerings through the XRP integration.</w:t>
      </w:r>
      <w:r/>
    </w:p>
    <w:p>
      <w:pPr>
        <w:pStyle w:val="ListNumber"/>
        <w:spacing w:line="240" w:lineRule="auto"/>
        <w:ind w:left="720"/>
      </w:pPr>
      <w:r/>
      <w:hyperlink r:id="rId12">
        <w:r>
          <w:rPr>
            <w:color w:val="0000EE"/>
            <w:u w:val="single"/>
          </w:rPr>
          <w:t>https://kalkinemedia.com/ca/business-news/on-chain-enterprise-atua-ai-tua-strengthens-blockchain-ai-with-ripple-xrp-integration</w:t>
        </w:r>
      </w:hyperlink>
      <w:r>
        <w:t xml:space="preserve"> - Supports the notion that this integration positions Atua AI as a leader in the on-chain enterprise AI sector.</w:t>
      </w:r>
      <w:r/>
    </w:p>
    <w:p>
      <w:pPr>
        <w:pStyle w:val="ListNumber"/>
        <w:spacing w:line="240" w:lineRule="auto"/>
        <w:ind w:left="720"/>
      </w:pPr>
      <w:r/>
      <w:hyperlink r:id="rId13">
        <w:r>
          <w:rPr>
            <w:color w:val="0000EE"/>
            <w:u w:val="single"/>
          </w:rPr>
          <w:t>https://techbullion.com/ripples-xrp-empowers-advanced-ai-solutions-on-atua-ai-tuas-enterprise-platform/</w:t>
        </w:r>
      </w:hyperlink>
      <w:r>
        <w:t xml:space="preserve"> - Highlights the potential impacts on business operations and the opportunities for growth and innovation through this technological advancement.</w:t>
      </w:r>
      <w:r/>
    </w:p>
    <w:p>
      <w:pPr>
        <w:pStyle w:val="ListNumber"/>
        <w:spacing w:line="240" w:lineRule="auto"/>
        <w:ind w:left="720"/>
      </w:pPr>
      <w:r/>
      <w:hyperlink r:id="rId10">
        <w:r>
          <w:rPr>
            <w:color w:val="0000EE"/>
            <w:u w:val="single"/>
          </w:rPr>
          <w:t>https://www.newsfilecorp.com/news/computer-software</w:t>
        </w:r>
      </w:hyperlink>
      <w:r>
        <w:t xml:space="preserve"> - Indicates Atua AI's commitment to fostering innovation within the Web3 landscape and enhancing its platform for future advancements.</w:t>
      </w:r>
      <w:r/>
    </w:p>
    <w:p>
      <w:pPr>
        <w:pStyle w:val="ListNumber"/>
        <w:spacing w:line="240" w:lineRule="auto"/>
        <w:ind w:left="720"/>
      </w:pPr>
      <w:r/>
      <w:hyperlink r:id="rId11">
        <w:r>
          <w:rPr>
            <w:color w:val="0000EE"/>
            <w:u w:val="single"/>
          </w:rPr>
          <w:t>https://www.barchart.com/story/news/29804026/on-chain-enterprise-atua-ai-tua-strengthens-blockchain-ai-with-ripple-xrp-integration</w:t>
        </w:r>
      </w:hyperlink>
      <w:r>
        <w:t xml:space="preserve"> - Reinforces Atua AI's mission to empower businesses with AI-driven tools tailored to the dynamic needs of a digital economy.</w:t>
      </w:r>
      <w:r/>
    </w:p>
    <w:p>
      <w:pPr>
        <w:pStyle w:val="ListNumber"/>
        <w:spacing w:line="240" w:lineRule="auto"/>
        <w:ind w:left="720"/>
      </w:pPr>
      <w:r/>
      <w:hyperlink r:id="rId14">
        <w:r>
          <w:rPr>
            <w:color w:val="0000EE"/>
            <w:u w:val="single"/>
          </w:rPr>
          <w:t>https://news.google.com/rss/articles/CBMixwFBVV95cUxQZUlCVzI2eUY1RlNUZmRGdWo4NDdoX21OcWFtV0szWXpyTjNmUzZOY19UcnpfbG9EQzBUQWJ1NkJQb1M3b1FwNlZBQ2M4SHNWSTdNNWVJN1lvcEM1dkFueW52WWNuaDFkWWl5cjU3VkZ6azJONnRXbnRsMGQ1U01fdE1pQ1N6bnMteXNnbUJXbS1DVkQtb2x5eU9KQ2ZwRmU4dnU3bGFRdjhVNll4eUtPbzI2dXRkM0pNSkVRc1VjdjY4T0h4V3F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filecorp.com/news/computer-software" TargetMode="External"/><Relationship Id="rId11" Type="http://schemas.openxmlformats.org/officeDocument/2006/relationships/hyperlink" Target="https://www.barchart.com/story/news/29804026/on-chain-enterprise-atua-ai-tua-strengthens-blockchain-ai-with-ripple-xrp-integration" TargetMode="External"/><Relationship Id="rId12" Type="http://schemas.openxmlformats.org/officeDocument/2006/relationships/hyperlink" Target="https://kalkinemedia.com/ca/business-news/on-chain-enterprise-atua-ai-tua-strengthens-blockchain-ai-with-ripple-xrp-integration" TargetMode="External"/><Relationship Id="rId13" Type="http://schemas.openxmlformats.org/officeDocument/2006/relationships/hyperlink" Target="https://techbullion.com/ripples-xrp-empowers-advanced-ai-solutions-on-atua-ai-tuas-enterprise-platform/" TargetMode="External"/><Relationship Id="rId14" Type="http://schemas.openxmlformats.org/officeDocument/2006/relationships/hyperlink" Target="https://news.google.com/rss/articles/CBMixwFBVV95cUxQZUlCVzI2eUY1RlNUZmRGdWo4NDdoX21OcWFtV0szWXpyTjNmUzZOY19UcnpfbG9EQzBUQWJ1NkJQb1M3b1FwNlZBQ2M4SHNWSTdNNWVJN1lvcEM1dkFueW52WWNuaDFkWWl5cjU3VkZ6azJONnRXbnRsMGQ1U01fdE1pQ1N6bnMteXNnbUJXbS1DVkQtb2x5eU9KQ2ZwRmU4dnU3bGFRdjhVNll4eUtPbzI2dXRkM0pNSkVRc1VjdjY4T0h4V3F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