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plans to launch AI game development studio under xAI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Elon Musk, the prominent entrepreneur behind Tesla and the social media platform X, formerly known as Twitter, has unveiled plans for the launch of a new venture in the gaming industry. This initiative, which aims to establish an artificial intelligence-based game development studio, will operate under the auspices of Musk's existing AI arts company, xAI, which was founded in 2022.</w:t>
      </w:r>
      <w:r/>
    </w:p>
    <w:p>
      <w:r/>
      <w:r>
        <w:t>The announcement emerged on the platform X in response to a comment from Shibetoshi Nakamoto, the creator of Dogecoin, who expressed concerns regarding the influence of corporate entities on game development and journalism. In a series of posts, Nakamoto lamented the potential loss of the independent spirit of gaming, which he attributed to the domination of large corporations in the industry. He emphasized his preference for independent games, stating that some of the best experiences he had over the last decade were with lesser-known titles, aside from blockbuster franchises like Skyrim and Fallout 4.</w:t>
      </w:r>
      <w:r/>
    </w:p>
    <w:p>
      <w:r/>
      <w:r>
        <w:t>In a succinct reply to Nakamoto, Musk remarked on the prevalence of corporate ownership in the gaming industry and made a bold declaration: "Too many game studios that are owned by massive corporations. @xAI is going to start an AI game studio to make games great again!" This statement has sparked considerable interest and debate among gaming enthusiasts and industry professionals alike.</w:t>
      </w:r>
      <w:r/>
    </w:p>
    <w:p>
      <w:r/>
      <w:r>
        <w:t>The announcement of the new gaming company has garnered a mixed reaction. Some within the gaming community have celebrated the news as a promising venture that may usher in a new era of gaming creativity. Notably, composer Marty O'Donnell, known for his work on the iconic Halo series, offered his services to compose music for the yet-to-be-formed studio, indicating a willingness to engage with Musk’s vision.</w:t>
      </w:r>
      <w:r/>
    </w:p>
    <w:p>
      <w:r/>
      <w:r>
        <w:t>Conversely, there were critical responses highlighting potential misalignments with the current needs of the gaming industry. Project Redot, a game development initiative, suggested that the resources and capital committed to this new studio might be better invested in supporting independent game developers who often struggle to secure funding and market visibility. Additionally, game director Gemma Cooper raised concerns about the feasibility and relevance of Musk's plan, drawing parallels to the preceding hype around non-fungible tokens (NFTs), which faced significant backlash and ultimately lost traction in the gaming and tech landscape.</w:t>
      </w:r>
      <w:r/>
    </w:p>
    <w:p>
      <w:r/>
      <w:r>
        <w:t>As the gaming industry evolves, Musk's ambition to create an AI-driven gaming studio could signal a pivot towards integrating advanced technologies within game development. Several industry analysts are keenly observing this initiative, considering potential impacts on game design, narrative development, and player experience. The convergence of AI and gaming technology suggests a future where intelligent systems play a pivotal role in creating immersive gaming experiences, potentially reshaping traditional practices.</w:t>
      </w:r>
      <w:r/>
    </w:p>
    <w:p>
      <w:r/>
      <w:r>
        <w:t>Whether this venture will resonate with a largely independent-driven audience or become another chapter in Musk's extensive portfolio of technology-related enterprises remains to be seen. However, the announcement undoubtedly sets the stage for an engaging discussion about the future of gaming in an era increasingly influenced by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https://www.benzinga.com/general/gaming/24/11/42229052/elon-musks-xai-plans-to-make-games-great-again-with-ai-driven-game-studio-can-his-vision-reshape-a-gaming-industry-dominated-by-large-corporations</w:t>
        </w:r>
      </w:hyperlink>
      <w:r>
        <w:t xml:space="preserve"> - Corroborates Elon Musk's announcement of xAI starting an AI game studio to challenge corporate dominance in the gaming industry.</w:t>
      </w:r>
      <w:r/>
    </w:p>
    <w:p>
      <w:pPr>
        <w:pStyle w:val="ListNumber"/>
        <w:spacing w:line="240" w:lineRule="auto"/>
        <w:ind w:left="720"/>
      </w:pPr>
      <w:r/>
      <w:hyperlink r:id="rId11">
        <w:r>
          <w:rPr>
            <w:color w:val="0000EE"/>
            <w:u w:val="single"/>
          </w:rPr>
          <w:t>https://cryptobriefing.com/ai-gaming-studio-plans/</w:t>
        </w:r>
      </w:hyperlink>
      <w:r>
        <w:t xml:space="preserve"> - Supports the information about Elon Musk's xAI launching an AI game studio and his response to Shibetoshi Nakamoto's concerns about corporate influence in gaming.</w:t>
      </w:r>
      <w:r/>
    </w:p>
    <w:p>
      <w:pPr>
        <w:pStyle w:val="ListNumber"/>
        <w:spacing w:line="240" w:lineRule="auto"/>
        <w:ind w:left="720"/>
      </w:pPr>
      <w:r/>
      <w:hyperlink r:id="rId12">
        <w:r>
          <w:rPr>
            <w:color w:val="0000EE"/>
            <w:u w:val="single"/>
          </w:rPr>
          <w:t>https://www.pcgamer.com/gaming-industry/elon-musk-says-too-many-game-studios-are-owned-by-giant-corporations-so-his-giant-corporation-is-going-to-start-a-studio-to-make-games-great-again/</w:t>
        </w:r>
      </w:hyperlink>
      <w:r>
        <w:t xml:space="preserve"> - Details Elon Musk's announcement and the mixed reactions from the gaming community regarding the new AI game studio.</w:t>
      </w:r>
      <w:r/>
    </w:p>
    <w:p>
      <w:pPr>
        <w:pStyle w:val="ListNumber"/>
        <w:spacing w:line="240" w:lineRule="auto"/>
        <w:ind w:left="720"/>
      </w:pPr>
      <w:r/>
      <w:hyperlink r:id="rId12">
        <w:r>
          <w:rPr>
            <w:color w:val="0000EE"/>
            <w:u w:val="single"/>
          </w:rPr>
          <w:t>https://www.pcgamer.com/gaming-industry/elon-musk-says-too-many-game-studios-are-owned-by-giant-corporations-so-his-giant-corporation-is-going-to-start-a-studio-to-make-games-great-again/</w:t>
        </w:r>
      </w:hyperlink>
      <w:r>
        <w:t xml:space="preserve"> - Provides context on the criticism and skepticism about Musk's plan to start an AI game studio despite his own corporate influence.</w:t>
      </w:r>
      <w:r/>
    </w:p>
    <w:p>
      <w:pPr>
        <w:pStyle w:val="ListNumber"/>
        <w:spacing w:line="240" w:lineRule="auto"/>
        <w:ind w:left="720"/>
      </w:pPr>
      <w:r/>
      <w:hyperlink r:id="rId13">
        <w:r>
          <w:rPr>
            <w:color w:val="0000EE"/>
            <w:u w:val="single"/>
          </w:rPr>
          <w:t>https://munsifdaily.com/elon-musk-to-launches-new-gaming-studio-to-make-games-great-again-how-ai-and-innovation-will-transform-the-industry/</w:t>
        </w:r>
      </w:hyperlink>
      <w:r>
        <w:t xml:space="preserve"> - Explains Musk's vision for the gaming world and how xAI will leverage AI to innovate and redefine the gaming landscape.</w:t>
      </w:r>
      <w:r/>
    </w:p>
    <w:p>
      <w:pPr>
        <w:pStyle w:val="ListNumber"/>
        <w:spacing w:line="240" w:lineRule="auto"/>
        <w:ind w:left="720"/>
      </w:pPr>
      <w:r/>
      <w:hyperlink r:id="rId10">
        <w:r>
          <w:rPr>
            <w:color w:val="0000EE"/>
            <w:u w:val="single"/>
          </w:rPr>
          <w:t>https://www.benzinga.com/general/gaming/24/11/42229052/elon-musks-xai-plans-to-make-games-great-again-with-ai-driven-game-studio-can-his-vision-reshape-a-gaming-industry-dominated-by-large-corporations</w:t>
        </w:r>
      </w:hyperlink>
      <w:r>
        <w:t xml:space="preserve"> - Details the current state of the gaming industry dominated by large corporations like Activision Blizzard and Electronic Arts.</w:t>
      </w:r>
      <w:r/>
    </w:p>
    <w:p>
      <w:pPr>
        <w:pStyle w:val="ListNumber"/>
        <w:spacing w:line="240" w:lineRule="auto"/>
        <w:ind w:left="720"/>
      </w:pPr>
      <w:r/>
      <w:hyperlink r:id="rId11">
        <w:r>
          <w:rPr>
            <w:color w:val="0000EE"/>
            <w:u w:val="single"/>
          </w:rPr>
          <w:t>https://cryptobriefing.com/ai-gaming-studio-plans/</w:t>
        </w:r>
      </w:hyperlink>
      <w:r>
        <w:t xml:space="preserve"> - Mentions the reports of xAI planning to release a standalone chatbot app alongside the AI game studio initiative.</w:t>
      </w:r>
      <w:r/>
    </w:p>
    <w:p>
      <w:pPr>
        <w:pStyle w:val="ListNumber"/>
        <w:spacing w:line="240" w:lineRule="auto"/>
        <w:ind w:left="720"/>
      </w:pPr>
      <w:r/>
      <w:hyperlink r:id="rId12">
        <w:r>
          <w:rPr>
            <w:color w:val="0000EE"/>
            <w:u w:val="single"/>
          </w:rPr>
          <w:t>https://www.pcgamer.com/gaming-industry/elon-musk-says-too-many-game-studios-are-owned-by-giant-corporations-so-his-giant-corporation-is-going-to-start-a-studio-to-make-games-great-again/</w:t>
        </w:r>
      </w:hyperlink>
      <w:r>
        <w:t xml:space="preserve"> - Discusses the mixed reactions and criticisms from the gaming community and industry professionals about Musk's new venture.</w:t>
      </w:r>
      <w:r/>
    </w:p>
    <w:p>
      <w:pPr>
        <w:pStyle w:val="ListNumber"/>
        <w:spacing w:line="240" w:lineRule="auto"/>
        <w:ind w:left="720"/>
      </w:pPr>
      <w:r/>
      <w:hyperlink r:id="rId13">
        <w:r>
          <w:rPr>
            <w:color w:val="0000EE"/>
            <w:u w:val="single"/>
          </w:rPr>
          <w:t>https://munsifdaily.com/elon-musk-to-launches-new-gaming-studio-to-make-games-great-again-how-ai-and-innovation-will-transform-the-industry/</w:t>
        </w:r>
      </w:hyperlink>
      <w:r>
        <w:t xml:space="preserve"> - Highlights Musk's personal history and involvement in gaming, including his achievements and interactions with gaming culture.</w:t>
      </w:r>
      <w:r/>
    </w:p>
    <w:p>
      <w:pPr>
        <w:pStyle w:val="ListNumber"/>
        <w:spacing w:line="240" w:lineRule="auto"/>
        <w:ind w:left="720"/>
      </w:pPr>
      <w:r/>
      <w:hyperlink r:id="rId10">
        <w:r>
          <w:rPr>
            <w:color w:val="0000EE"/>
            <w:u w:val="single"/>
          </w:rPr>
          <w:t>https://www.benzinga.com/general/gaming/24/11/42229052/elon-musks-xai-plans-to-make-games-great-again-with-ai-driven-game-studio-can-his-vision-reshape-a-gaming-industry-dominated-by-large-corporations</w:t>
        </w:r>
      </w:hyperlink>
      <w:r>
        <w:t xml:space="preserve"> - Provides additional context on Musk's passion for video games and his previous interactions with the gaming industry.</w:t>
      </w:r>
      <w:r/>
    </w:p>
    <w:p>
      <w:pPr>
        <w:pStyle w:val="ListNumber"/>
        <w:spacing w:line="240" w:lineRule="auto"/>
        <w:ind w:left="720"/>
      </w:pPr>
      <w:r/>
      <w:hyperlink r:id="rId11">
        <w:r>
          <w:rPr>
            <w:color w:val="0000EE"/>
            <w:u w:val="single"/>
          </w:rPr>
          <w:t>https://cryptobriefing.com/ai-gaming-studio-plans/</w:t>
        </w:r>
      </w:hyperlink>
      <w:r>
        <w:t xml:space="preserve"> - Details the financial and investor aspects of xAI, including its funding and valuation.</w:t>
      </w:r>
      <w:r/>
    </w:p>
    <w:p>
      <w:pPr>
        <w:pStyle w:val="ListNumber"/>
        <w:spacing w:line="240" w:lineRule="auto"/>
        <w:ind w:left="720"/>
      </w:pPr>
      <w:r/>
      <w:hyperlink r:id="rId14">
        <w:r>
          <w:rPr>
            <w:color w:val="0000EE"/>
            <w:u w:val="single"/>
          </w:rPr>
          <w:t>https://nichegamer.com/elon-musk-to-launch-ai-based-gaming-company/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general/gaming/24/11/42229052/elon-musks-xai-plans-to-make-games-great-again-with-ai-driven-game-studio-can-his-vision-reshape-a-gaming-industry-dominated-by-large-corporations" TargetMode="External"/><Relationship Id="rId11" Type="http://schemas.openxmlformats.org/officeDocument/2006/relationships/hyperlink" Target="https://cryptobriefing.com/ai-gaming-studio-plans/" TargetMode="External"/><Relationship Id="rId12" Type="http://schemas.openxmlformats.org/officeDocument/2006/relationships/hyperlink" Target="https://www.pcgamer.com/gaming-industry/elon-musk-says-too-many-game-studios-are-owned-by-giant-corporations-so-his-giant-corporation-is-going-to-start-a-studio-to-make-games-great-again/" TargetMode="External"/><Relationship Id="rId13" Type="http://schemas.openxmlformats.org/officeDocument/2006/relationships/hyperlink" Target="https://munsifdaily.com/elon-musk-to-launches-new-gaming-studio-to-make-games-great-again-how-ai-and-innovation-will-transform-the-industry/" TargetMode="External"/><Relationship Id="rId14" Type="http://schemas.openxmlformats.org/officeDocument/2006/relationships/hyperlink" Target="https://nichegamer.com/elon-musk-to-launch-ai-based-gaming-compa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