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Honeywell sells PPE business to Protective Industrial Products for $1.325 billion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Honeywell has entered into an agreement for the sale of its Personal Protective Equipment (PPE) business to Protective Industrial Products, Inc. in a transaction valued at $1.325 billion. This all-cash deal marks a strategic move by Honeywell to refine its business portfolio, enabling the company to focus on accelerating value creation in alignment with three significant megatrends: automation, the future of aviation, and energy transition.</w:t>
      </w:r>
      <w:r/>
    </w:p>
    <w:p>
      <w:r/>
      <w:r>
        <w:t>The PPE business, which is a component of Honeywell’s Industrial Automation (IA) portfolio, has established itself as a global provider of personal protective gear tailored for industrial workers. This division boasts a comprehensive and differentiated range of products designed to serve a broad spectrum of resilient end markets and customers, highlighting the growing demand for safety equipment in various industries.</w:t>
      </w:r>
      <w:r/>
    </w:p>
    <w:p>
      <w:r/>
      <w:r>
        <w:t>This sale follows Honeywell’s previous strategic divestiture of its Lifestyle and Performance Footwear Business, which was sold to Rocky Brands for $230 million in 2021. As a result, this transaction finalizes Honeywell's withdrawal from the PPE sector, though the company will retain its gas detection portfolio within the IA segment, showcasing a continual focus on industrial safety.</w:t>
      </w:r>
      <w:r/>
    </w:p>
    <w:p>
      <w:r/>
      <w:r>
        <w:t>In making the announcement, Vimal Kapur, Chairman and CEO of Honeywell, noted the significant operational improvements the PPE business has seen over the past five years. He attributed some of this growth to the division's swift responsiveness to global needs in the wake of the COVID-19 pandemic as well as optimisation efforts. Kapur expressed confidence that this transaction would provide the PPE business with the opportunity to enhance its growth trajectory, benefitting from Protective Industrial Products' historical investment in the sector and its ability to scale similar businesses in order to expand their product range, geographic presence, and access to new markets.</w:t>
      </w:r>
      <w:r/>
    </w:p>
    <w:p>
      <w:r/>
      <w:r>
        <w:t>The decision to streamline the company’s focus appears consistent with a broader trend in the market where businesses are increasingly concentrating on core competencies, particularly in industries that are stabilizing and evolving rapidly, driven by advancements in technology and changing market dynamics.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https://www.inddist.com/mergers-acquisitions/news/22927242/honeywell-to-sell-ppe-business-to-pip-in-13b-deal</w:t>
        </w:r>
      </w:hyperlink>
      <w:r>
        <w:t xml:space="preserve"> - Corroborates the agreement for the sale of Honeywell's PPE business to Protective Industrial Products, Inc. for $1.325 billion and the strategic reasons behind it.</w:t>
      </w:r>
      <w:r/>
    </w:p>
    <w:p>
      <w:pPr>
        <w:pStyle w:val="ListNumber"/>
        <w:spacing w:line="240" w:lineRule="auto"/>
        <w:ind w:left="720"/>
      </w:pPr>
      <w:r/>
      <w:hyperlink r:id="rId11">
        <w:r>
          <w:rPr>
            <w:color w:val="0000EE"/>
            <w:u w:val="single"/>
          </w:rPr>
          <w:t>https://www.honeywell.com/us/en/press/2024/11/honeywell-to-sell-personal-protective-equipment-business-to-protective-industrial-products</w:t>
        </w:r>
      </w:hyperlink>
      <w:r>
        <w:t xml:space="preserve"> - Supports the details of the transaction, including the all-cash deal and Honeywell's focus on megatrends like automation, aviation, and energy transition.</w:t>
      </w:r>
      <w:r/>
    </w:p>
    <w:p>
      <w:pPr>
        <w:pStyle w:val="ListNumber"/>
        <w:spacing w:line="240" w:lineRule="auto"/>
        <w:ind w:left="720"/>
      </w:pPr>
      <w:r/>
      <w:hyperlink r:id="rId12">
        <w:r>
          <w:rPr>
            <w:color w:val="0000EE"/>
            <w:u w:val="single"/>
          </w:rPr>
          <w:t>https://businessnc.com/honeywell-sells-ppe-business-for-1-3-billion/</w:t>
        </w:r>
      </w:hyperlink>
      <w:r>
        <w:t xml:space="preserve"> - Confirms the sale of Honeywell's PPE business and its alignment with Honeywell's strategy to simplify its portfolio and focus on core megatrends.</w:t>
      </w:r>
      <w:r/>
    </w:p>
    <w:p>
      <w:pPr>
        <w:pStyle w:val="ListNumber"/>
        <w:spacing w:line="240" w:lineRule="auto"/>
        <w:ind w:left="720"/>
      </w:pPr>
      <w:r/>
      <w:hyperlink r:id="rId13">
        <w:r>
          <w:rPr>
            <w:color w:val="0000EE"/>
            <w:u w:val="single"/>
          </w:rPr>
          <w:t>https://www.kirkland.com/news/press-release/2024/11/kirkland-advises-honeywell-on-sale-of-ppe-business</w:t>
        </w:r>
      </w:hyperlink>
      <w:r>
        <w:t xml:space="preserve"> - Provides additional context on the transaction, including the legal advisory role of Kirkland &amp; Ellis and the strategic rationale behind the sale.</w:t>
      </w:r>
      <w:r/>
    </w:p>
    <w:p>
      <w:pPr>
        <w:pStyle w:val="ListNumber"/>
        <w:spacing w:line="240" w:lineRule="auto"/>
        <w:ind w:left="720"/>
      </w:pPr>
      <w:r/>
      <w:hyperlink r:id="rId14">
        <w:r>
          <w:rPr>
            <w:color w:val="0000EE"/>
            <w:u w:val="single"/>
          </w:rPr>
          <w:t>https://www.businesswire.com/news/home/20241122779825/en/Protective-Industrial-Products-Inc.-to-Acquire-Honeywell%E2%80%99s-Personal-Protective-Equipment-Business</w:t>
        </w:r>
      </w:hyperlink>
      <w:r>
        <w:t xml:space="preserve"> - Details the acquisition by Protective Industrial Products, Inc., including the brands involved and the global footprint of the PPE business.</w:t>
      </w:r>
      <w:r/>
    </w:p>
    <w:p>
      <w:pPr>
        <w:pStyle w:val="ListNumber"/>
        <w:spacing w:line="240" w:lineRule="auto"/>
        <w:ind w:left="720"/>
      </w:pPr>
      <w:r/>
      <w:hyperlink r:id="rId10">
        <w:r>
          <w:rPr>
            <w:color w:val="0000EE"/>
            <w:u w:val="single"/>
          </w:rPr>
          <w:t>https://www.inddist.com/mergers-acquisitions/news/22927242/honeywell-to-sell-ppe-business-to-pip-in-13b-deal</w:t>
        </w:r>
      </w:hyperlink>
      <w:r>
        <w:t xml:space="preserve"> - Supports the information about the PPE business being a global provider of personal protective gear for industrial workers and its comprehensive product range.</w:t>
      </w:r>
      <w:r/>
    </w:p>
    <w:p>
      <w:pPr>
        <w:pStyle w:val="ListNumber"/>
        <w:spacing w:line="240" w:lineRule="auto"/>
        <w:ind w:left="720"/>
      </w:pPr>
      <w:r/>
      <w:hyperlink r:id="rId11">
        <w:r>
          <w:rPr>
            <w:color w:val="0000EE"/>
            <w:u w:val="single"/>
          </w:rPr>
          <w:t>https://www.honeywell.com/us/en/press/2024/11/honeywell-to-sell-personal-protective-equipment-business-to-protective-industrial-products</w:t>
        </w:r>
      </w:hyperlink>
      <w:r>
        <w:t xml:space="preserve"> - Corroborates the previous divestiture of Honeywell's Lifestyle and Performance Footwear Business to Rocky Brands and the retention of the gas detection portfolio.</w:t>
      </w:r>
      <w:r/>
    </w:p>
    <w:p>
      <w:pPr>
        <w:pStyle w:val="ListNumber"/>
        <w:spacing w:line="240" w:lineRule="auto"/>
        <w:ind w:left="720"/>
      </w:pPr>
      <w:r/>
      <w:hyperlink r:id="rId12">
        <w:r>
          <w:rPr>
            <w:color w:val="0000EE"/>
            <w:u w:val="single"/>
          </w:rPr>
          <w:t>https://businessnc.com/honeywell-sells-ppe-business-for-1-3-billion/</w:t>
        </w:r>
      </w:hyperlink>
      <w:r>
        <w:t xml:space="preserve"> - Confirms Vimal Kapur's statements on the operational improvements and growth of the PPE business, especially in response to the COVID-19 pandemic.</w:t>
      </w:r>
      <w:r/>
    </w:p>
    <w:p>
      <w:pPr>
        <w:pStyle w:val="ListNumber"/>
        <w:spacing w:line="240" w:lineRule="auto"/>
        <w:ind w:left="720"/>
      </w:pPr>
      <w:r/>
      <w:hyperlink r:id="rId14">
        <w:r>
          <w:rPr>
            <w:color w:val="0000EE"/>
            <w:u w:val="single"/>
          </w:rPr>
          <w:t>https://www.businesswire.com/news/home/20241122779825/en/Protective-Industrial-Products-Inc.-to-Acquire-Honeywell%E2%80%99s-Personal-Protective-Equipment-Business</w:t>
        </w:r>
      </w:hyperlink>
      <w:r>
        <w:t xml:space="preserve"> - Details the expected benefits of the transaction for the PPE business, including the potential for growth and expansion under Protective Industrial Products.</w:t>
      </w:r>
      <w:r/>
    </w:p>
    <w:p>
      <w:pPr>
        <w:pStyle w:val="ListNumber"/>
        <w:spacing w:line="240" w:lineRule="auto"/>
        <w:ind w:left="720"/>
      </w:pPr>
      <w:r/>
      <w:hyperlink r:id="rId10">
        <w:r>
          <w:rPr>
            <w:color w:val="0000EE"/>
            <w:u w:val="single"/>
          </w:rPr>
          <w:t>https://www.inddist.com/mergers-acquisitions/news/22927242/honeywell-to-sell-ppe-business-to-pip-in-13b-deal</w:t>
        </w:r>
      </w:hyperlink>
      <w:r>
        <w:t xml:space="preserve"> - Supports the broader trend of companies focusing on core competencies and aligning with market dynamics and technological advancements.</w:t>
      </w:r>
      <w:r/>
    </w:p>
    <w:p>
      <w:pPr>
        <w:pStyle w:val="ListNumber"/>
        <w:spacing w:line="240" w:lineRule="auto"/>
        <w:ind w:left="720"/>
      </w:pPr>
      <w:r/>
      <w:hyperlink r:id="rId11">
        <w:r>
          <w:rPr>
            <w:color w:val="0000EE"/>
            <w:u w:val="single"/>
          </w:rPr>
          <w:t>https://www.honeywell.com/us/en/press/2024/11/honeywell-to-sell-personal-protective-equipment-business-to-protective-industrial-products</w:t>
        </w:r>
      </w:hyperlink>
      <w:r>
        <w:t xml:space="preserve"> - Corroborates the expected completion of the transaction in the first half of 2025, subject to customary closing conditions.</w:t>
      </w:r>
      <w:r/>
    </w:p>
    <w:p>
      <w:pPr>
        <w:pStyle w:val="ListNumber"/>
        <w:spacing w:line="240" w:lineRule="auto"/>
        <w:ind w:left="720"/>
      </w:pPr>
      <w:r/>
      <w:hyperlink r:id="rId15">
        <w:r>
          <w:rPr>
            <w:color w:val="0000EE"/>
            <w:u w:val="single"/>
          </w:rPr>
          <w:t>https://emergencyservicestimes.com/2024/11/28/honeywell-to-sell-ppe-business-to-protective-industrial-products/?utm_source=rss&amp;utm_medium=rss&amp;utm_campaign=honeywell-to-sell-ppe-business-to-protective-industrial-products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ddist.com/mergers-acquisitions/news/22927242/honeywell-to-sell-ppe-business-to-pip-in-13b-deal" TargetMode="External"/><Relationship Id="rId11" Type="http://schemas.openxmlformats.org/officeDocument/2006/relationships/hyperlink" Target="https://www.honeywell.com/us/en/press/2024/11/honeywell-to-sell-personal-protective-equipment-business-to-protective-industrial-products" TargetMode="External"/><Relationship Id="rId12" Type="http://schemas.openxmlformats.org/officeDocument/2006/relationships/hyperlink" Target="https://businessnc.com/honeywell-sells-ppe-business-for-1-3-billion/" TargetMode="External"/><Relationship Id="rId13" Type="http://schemas.openxmlformats.org/officeDocument/2006/relationships/hyperlink" Target="https://www.kirkland.com/news/press-release/2024/11/kirkland-advises-honeywell-on-sale-of-ppe-business" TargetMode="External"/><Relationship Id="rId14" Type="http://schemas.openxmlformats.org/officeDocument/2006/relationships/hyperlink" Target="https://www.businesswire.com/news/home/20241122779825/en/Protective-Industrial-Products-Inc.-to-Acquire-Honeywell%E2%80%99s-Personal-Protective-Equipment-Business" TargetMode="External"/><Relationship Id="rId15" Type="http://schemas.openxmlformats.org/officeDocument/2006/relationships/hyperlink" Target="https://emergencyservicestimes.com/2024/11/28/honeywell-to-sell-ppe-business-to-protective-industrial-products/?utm_source=rss&amp;utm_medium=rss&amp;utm_campaign=honeywell-to-sell-ppe-business-to-protective-industrial-produc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