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Sweetgreen introduces robotic salad preparation system in Seattle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contemporary twist on the intersection of technology and the food service industry, Seattle has witnessed the debut of a novel robotic solution aimed at streamlining salad preparation. Sweetgreen, a popular restaurant chain with 230 locations across the United States, has introduced an advanced robotic system known as the "Infinite Kitchen" at its outlet situated at the corner of 11th Avenue and East Pine Street. This innovative installation aligns with burgeoning trends in AI automation, reflecting the industry's response to rising labour costs and the demand for efficiency.</w:t>
      </w:r>
      <w:r/>
    </w:p>
    <w:p>
      <w:r/>
      <w:r>
        <w:t>The Infinite Kitchen is a large-scale, stainless steel and glass contraption designed to automate the process of creating salads and protein bowls. On opening day, the facility boasted a remarkable capacity, able to generate up to 500 orders per hour. Customers have the convenience of placing orders via a mobile application or through automated touch screens located within the restaurant. After an order is placed, the system activates, allowing human employees to facilitate the initial stages of order assembly.</w:t>
      </w:r>
      <w:r/>
    </w:p>
    <w:p>
      <w:r/>
      <w:r>
        <w:t>The process begins as a human worker positions a container for the order into a designated slot on a “smart track,” which then transports the bowl through the assembly line. During its journey, over 40 tubes systematically dispense the required ingredients based on the customer’s specifications. While the robot handles the bulk of the preparation, human staff members remain essential to ensure that supplies are adequately stocked and to make any necessary adjustments to the orders, such as mixing salads to meet particular preferences or addressing potential discrepancies.</w:t>
      </w:r>
      <w:r/>
    </w:p>
    <w:p>
      <w:r/>
      <w:r>
        <w:t>Despite the technological intervention, Sweetgreen maintains a workforce of 22 employees at this location. However, the exact number of workers that the robot has replaced remains undisclosed. This adaptation reflects a broader industry trend where the mounting pressure of labour costs is propelling establishments to integrate more automated solutions than ever before.</w:t>
      </w:r>
      <w:r/>
    </w:p>
    <w:p>
      <w:r/>
      <w:r>
        <w:t>The emergence of such robotic systems highlights the ongoing evolution of food service operations, not only in Seattle but also as a microcosm of a larger, global shift. Fast-food chains, including McDonald's and others, have similarly embraced automated ordering kiosks, recognising the potential long-term savings garnered from the substitution of even a small number of staff with technological solutions. As the food service industry grapples with pressing economic challenges, the rise of AI automation appears set to significantly reshape traditional business practices, fostering efficiency while redefining the landscape of employment in this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https://www.cbsnews.com/news/sweetgreen-robots-to-make-salad/</w:t>
        </w:r>
      </w:hyperlink>
      <w:r>
        <w:t xml:space="preserve"> - Corroborates the introduction of the 'Infinite Kitchen' robotic system by Sweetgreen and its role in automating salad preparation to speed up customer wait times and cut labor costs.</w:t>
      </w:r>
      <w:r/>
    </w:p>
    <w:p>
      <w:pPr>
        <w:pStyle w:val="ListNumber"/>
        <w:spacing w:line="240" w:lineRule="auto"/>
        <w:ind w:left="720"/>
      </w:pPr>
      <w:r/>
      <w:hyperlink r:id="rId11">
        <w:r>
          <w:rPr>
            <w:color w:val="0000EE"/>
            <w:u w:val="single"/>
          </w:rPr>
          <w:t>https://www.trendhunter.com/trends/sweetgreen-infinite-kitchen</w:t>
        </w:r>
      </w:hyperlink>
      <w:r>
        <w:t xml:space="preserve"> - Supports the use of robotics in the Sweetgreen Infinite Kitchen, the integration of self-service kiosks, and smartphone app ordering to enhance customer convenience.</w:t>
      </w:r>
      <w:r/>
    </w:p>
    <w:p>
      <w:pPr>
        <w:pStyle w:val="ListNumber"/>
        <w:spacing w:line="240" w:lineRule="auto"/>
        <w:ind w:left="720"/>
      </w:pPr>
      <w:r/>
      <w:hyperlink r:id="rId12">
        <w:r>
          <w:rPr>
            <w:color w:val="0000EE"/>
            <w:u w:val="single"/>
          </w:rPr>
          <w:t>https://www.geekwire.com/2024/inside-seattles-new-sweetgreen-restaurant-where-a-large-robot-helps-the-humans-make-your-salad/</w:t>
        </w:r>
      </w:hyperlink>
      <w:r>
        <w:t xml:space="preserve"> - Details the operation of the Infinite Kitchen, including the capacity to generate up to 500 orders per hour, and the role of human employees in the process.</w:t>
      </w:r>
      <w:r/>
    </w:p>
    <w:p>
      <w:pPr>
        <w:pStyle w:val="ListNumber"/>
        <w:spacing w:line="240" w:lineRule="auto"/>
        <w:ind w:left="720"/>
      </w:pPr>
      <w:r/>
      <w:hyperlink r:id="rId12">
        <w:r>
          <w:rPr>
            <w:color w:val="0000EE"/>
            <w:u w:val="single"/>
          </w:rPr>
          <w:t>https://www.geekwire.com/2024/inside-seattles-new-sweetgreen-restaurant-where-a-large-robot-helps-the-humans-make-your-salad/</w:t>
        </w:r>
      </w:hyperlink>
      <w:r>
        <w:t xml:space="preserve"> - Explains how customers place orders via the Sweetgreen app or touchscreens and how the robot handles the bulk of the preparation while human staff make adjustments.</w:t>
      </w:r>
      <w:r/>
    </w:p>
    <w:p>
      <w:pPr>
        <w:pStyle w:val="ListNumber"/>
        <w:spacing w:line="240" w:lineRule="auto"/>
        <w:ind w:left="720"/>
      </w:pPr>
      <w:r/>
      <w:hyperlink r:id="rId13">
        <w:r>
          <w:rPr>
            <w:color w:val="0000EE"/>
            <w:u w:val="single"/>
          </w:rPr>
          <w:t>https://www.businessinsider.com/sweetgreen-infinite-kitchen-review-robot-food-preparation-industry-future-naperville-2023-5</w:t>
        </w:r>
      </w:hyperlink>
      <w:r>
        <w:t xml:space="preserve"> - Describes the Infinite Kitchen's design and functionality, including precise portioning and the handling of delicate items, and its impact on the future of restaurants.</w:t>
      </w:r>
      <w:r/>
    </w:p>
    <w:p>
      <w:pPr>
        <w:pStyle w:val="ListNumber"/>
        <w:spacing w:line="240" w:lineRule="auto"/>
        <w:ind w:left="720"/>
      </w:pPr>
      <w:r/>
      <w:hyperlink r:id="rId10">
        <w:r>
          <w:rPr>
            <w:color w:val="0000EE"/>
            <w:u w:val="single"/>
          </w:rPr>
          <w:t>https://www.cbsnews.com/news/sweetgreen-robots-to-make-salad/</w:t>
        </w:r>
      </w:hyperlink>
      <w:r>
        <w:t xml:space="preserve"> - Mentions the broader industry trend of using automation to address rising labor costs and improve efficiency in food service operations.</w:t>
      </w:r>
      <w:r/>
    </w:p>
    <w:p>
      <w:pPr>
        <w:pStyle w:val="ListNumber"/>
        <w:spacing w:line="240" w:lineRule="auto"/>
        <w:ind w:left="720"/>
      </w:pPr>
      <w:r/>
      <w:hyperlink r:id="rId11">
        <w:r>
          <w:rPr>
            <w:color w:val="0000EE"/>
            <w:u w:val="single"/>
          </w:rPr>
          <w:t>https://www.trendhunter.com/trends/sweetgreen-infinite-kitchen</w:t>
        </w:r>
      </w:hyperlink>
      <w:r>
        <w:t xml:space="preserve"> - Highlights the industry implications of automated robotic restaurants and the benefits for the fast food and restaurant industries.</w:t>
      </w:r>
      <w:r/>
    </w:p>
    <w:p>
      <w:pPr>
        <w:pStyle w:val="ListNumber"/>
        <w:spacing w:line="240" w:lineRule="auto"/>
        <w:ind w:left="720"/>
      </w:pPr>
      <w:r/>
      <w:hyperlink r:id="rId12">
        <w:r>
          <w:rPr>
            <w:color w:val="0000EE"/>
            <w:u w:val="single"/>
          </w:rPr>
          <w:t>https://www.geekwire.com/2024/inside-seattles-new-sweetgreen-restaurant-where-a-large-robot-helps-the-humans-make-your-salad/</w:t>
        </w:r>
      </w:hyperlink>
      <w:r>
        <w:t xml:space="preserve"> - Discusses the maintenance of a workforce despite the introduction of the robot and the ongoing evolution of food service operations.</w:t>
      </w:r>
      <w:r/>
    </w:p>
    <w:p>
      <w:pPr>
        <w:pStyle w:val="ListNumber"/>
        <w:spacing w:line="240" w:lineRule="auto"/>
        <w:ind w:left="720"/>
      </w:pPr>
      <w:r/>
      <w:hyperlink r:id="rId14">
        <w:r>
          <w:rPr>
            <w:color w:val="0000EE"/>
            <w:u w:val="single"/>
          </w:rPr>
          <w:t>https://www.youtube.com/watch?v=fOmzRSs7g28</w:t>
        </w:r>
      </w:hyperlink>
      <w:r>
        <w:t xml:space="preserve"> - Provides a walkthrough of the Sweetgreen Infinite Kitchen, detailing how orders are placed and prepared, and the role of human staff in the process.</w:t>
      </w:r>
      <w:r/>
    </w:p>
    <w:p>
      <w:pPr>
        <w:pStyle w:val="ListNumber"/>
        <w:spacing w:line="240" w:lineRule="auto"/>
        <w:ind w:left="720"/>
      </w:pPr>
      <w:r/>
      <w:hyperlink r:id="rId10">
        <w:r>
          <w:rPr>
            <w:color w:val="0000EE"/>
            <w:u w:val="single"/>
          </w:rPr>
          <w:t>https://www.cbsnews.com/news/sweetgreen-robots-to-make-salad/</w:t>
        </w:r>
      </w:hyperlink>
      <w:r>
        <w:t xml:space="preserve"> - Corroborates that other fast food and fast casual chains, like Chipotle and White Castle, are also experimenting with similar automated systems.</w:t>
      </w:r>
      <w:r/>
    </w:p>
    <w:p>
      <w:pPr>
        <w:pStyle w:val="ListNumber"/>
        <w:spacing w:line="240" w:lineRule="auto"/>
        <w:ind w:left="720"/>
      </w:pPr>
      <w:r/>
      <w:hyperlink r:id="rId12">
        <w:r>
          <w:rPr>
            <w:color w:val="0000EE"/>
            <w:u w:val="single"/>
          </w:rPr>
          <w:t>https://www.geekwire.com/2024/inside-seattles-new-sweetgreen-restaurant-where-a-large-robot-helps-the-humans-make-your-salad/</w:t>
        </w:r>
      </w:hyperlink>
      <w:r>
        <w:t xml:space="preserve"> - Explains how the Infinite Kitchen system tracks ingredients and alerts employees to restock, ensuring smooth operations and efficient use of resources.</w:t>
      </w:r>
      <w:r/>
    </w:p>
    <w:p>
      <w:pPr>
        <w:pStyle w:val="ListNumber"/>
        <w:spacing w:line="240" w:lineRule="auto"/>
        <w:ind w:left="720"/>
      </w:pPr>
      <w:r/>
      <w:hyperlink r:id="rId15">
        <w:r>
          <w:rPr>
            <w:color w:val="0000EE"/>
            <w:u w:val="single"/>
          </w:rPr>
          <w:t>https://kpq.com/ixp/136/p/seattle-restaurants-robot-can-bust-out-500-orders-an-hour/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sweetgreen-robots-to-make-salad/" TargetMode="External"/><Relationship Id="rId11" Type="http://schemas.openxmlformats.org/officeDocument/2006/relationships/hyperlink" Target="https://www.trendhunter.com/trends/sweetgreen-infinite-kitchen" TargetMode="External"/><Relationship Id="rId12" Type="http://schemas.openxmlformats.org/officeDocument/2006/relationships/hyperlink" Target="https://www.geekwire.com/2024/inside-seattles-new-sweetgreen-restaurant-where-a-large-robot-helps-the-humans-make-your-salad/" TargetMode="External"/><Relationship Id="rId13" Type="http://schemas.openxmlformats.org/officeDocument/2006/relationships/hyperlink" Target="https://www.businessinsider.com/sweetgreen-infinite-kitchen-review-robot-food-preparation-industry-future-naperville-2023-5" TargetMode="External"/><Relationship Id="rId14" Type="http://schemas.openxmlformats.org/officeDocument/2006/relationships/hyperlink" Target="https://www.youtube.com/watch?v=fOmzRSs7g28" TargetMode="External"/><Relationship Id="rId15" Type="http://schemas.openxmlformats.org/officeDocument/2006/relationships/hyperlink" Target="https://kpq.com/ixp/136/p/seattle-restaurants-robot-can-bust-out-500-orders-an-h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