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Tesla introduces lease buyout policy for customers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Tesla Inc. has introduced a new policy allowing customers who lease its vehicles—the Cybertruck, Model S, Model 3, Model X, and Model Y—to purchase their cars at the end of the lease term. This policy came into effect on November 27, 2024, though it does not apply in Iowa or Louisiana. With a purchase fee of $350, this move marks a significant change from Tesla's previous approach, where lease buyouts were not permitted in the hopes of building a substantial robotaxi fleet.</w:t>
      </w:r>
      <w:r/>
    </w:p>
    <w:p>
      <w:r/>
      <w:r>
        <w:t>The new policy allows third-party dealerships the option to buy leased vehicles, which signals a potential shift in Tesla's strategy following a period of challenging developments concerning its autonomous vehicle ambitions. In the past, Tesla had been firm in its stance against allowing lease buyouts, aiming to retain ownership of vehicles for use in a planned fleet of autonomous robotaxis built upon its Full Self-Driving (FSD) technology.</w:t>
      </w:r>
      <w:r/>
    </w:p>
    <w:p>
      <w:r/>
      <w:r>
        <w:t>Despite expectations, Tesla's FSD capability has faced ongoing delays and has not yet reached full autonomy, a status that has also hindered the company's vision of transforming cars into appreciating assets. CEO Elon Musk has suggested that vehicles would generate income as autonomous rides; in this scenario, the car could function as a taxi when not in use by the owner.</w:t>
      </w:r>
      <w:r/>
    </w:p>
    <w:p>
      <w:r/>
      <w:r>
        <w:t>In 2022, Tesla had ended lease buyouts for all vehicles, a decision influenced by market conditions, including price fluctuations caused by COVID-19 disruptions. Initially, the company had provided an option for the Model S and Model X. The recent policy reversal raises questions about Tesla's confidence in its autonomous ambitions, particularly in light of the projected timeline for the anticipated rollout of its dedicated robotaxi model, the Cybercab, expected in two years.</w:t>
      </w:r>
      <w:r/>
    </w:p>
    <w:p>
      <w:r/>
      <w:r>
        <w:t>This option for lease buyout may suggest a pullback from the aggressive plans for autonomous driving that Tesla had previously espoused. According to experts, if Tesla is convinced that its vehicles will become viable robotaxis shortly, the allowance for lease buyouts appears to contradict earlier statements about retaining vehicles for a future of self-driving technology.</w:t>
      </w:r>
      <w:r/>
    </w:p>
    <w:p>
      <w:r/>
      <w:r>
        <w:t>In addition to launching the lease buyout option, Tesla has been actively adjusting its sales strategies in an effort to rebound from a challenging year. The company has introduced measures such as offering 0% financing and lowering lease prices to boost sales, particularly as it experiences a decrease in sales figures while the broader electric vehicle market continues to expand. As the year draws to a close, these adjustments may be significant in helping Tesla meet its sales targets for 2023.</w:t>
      </w:r>
      <w:r/>
    </w:p>
    <w:p>
      <w:r/>
      <w:r>
        <w:t>As this new policy unfolds, customers interested in taking advantage of the lease buyout option may expedite their decisions based on Tesla's evolving approach to vehicle ownership and its shifting autonomous vehicle vision.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https://www.carsdirect.com/deals-articles/2024-tesla-model-3-highland-lease-buyouts-still-not-allowed</w:t>
        </w:r>
      </w:hyperlink>
      <w:r>
        <w:t xml:space="preserve"> - This article confirms that Tesla still does not allow lease buyouts for the Model 3, contradicting the claim of a new policy allowing lease buyouts.</w:t>
      </w:r>
      <w:r/>
    </w:p>
    <w:p>
      <w:pPr>
        <w:pStyle w:val="ListNumber"/>
        <w:spacing w:line="240" w:lineRule="auto"/>
        <w:ind w:left="720"/>
      </w:pPr>
      <w:r/>
      <w:hyperlink r:id="rId11">
        <w:r>
          <w:rPr>
            <w:color w:val="0000EE"/>
            <w:u w:val="single"/>
          </w:rPr>
          <w:t>https://driveteslacanada.ca/news/tesla-lowers-model-y-lease-price-to-299-per-month-in-the-us/</w:t>
        </w:r>
      </w:hyperlink>
      <w:r>
        <w:t xml:space="preserve"> - This article supports that Tesla does not allow customers to buy out the Model Y at the end of the lease, which is consistent with their previous policy.</w:t>
      </w:r>
      <w:r/>
    </w:p>
    <w:p>
      <w:pPr>
        <w:pStyle w:val="ListNumber"/>
        <w:spacing w:line="240" w:lineRule="auto"/>
        <w:ind w:left="720"/>
      </w:pPr>
      <w:r/>
      <w:hyperlink r:id="rId12">
        <w:r>
          <w:rPr>
            <w:color w:val="0000EE"/>
            <w:u w:val="single"/>
          </w:rPr>
          <w:t>https://novatedfinanceaustralia.com.au/blog/tesla-lease-vs-buy</w:t>
        </w:r>
      </w:hyperlink>
      <w:r>
        <w:t xml:space="preserve"> - This article discusses the general pros and cons of leasing a Tesla, including the fact that leased Teslas cannot be purchased at the end of the lease term, aligning with Tesla's previous policy.</w:t>
      </w:r>
      <w:r/>
    </w:p>
    <w:p>
      <w:pPr>
        <w:pStyle w:val="ListNumber"/>
        <w:spacing w:line="240" w:lineRule="auto"/>
        <w:ind w:left="720"/>
      </w:pPr>
      <w:r/>
      <w:hyperlink r:id="rId13">
        <w:r>
          <w:rPr>
            <w:color w:val="0000EE"/>
            <w:u w:val="single"/>
          </w:rPr>
          <w:t>https://www.tesla.com/en_ca/support/vehicle-financing-options</w:t>
        </w:r>
      </w:hyperlink>
      <w:r>
        <w:t xml:space="preserve"> - Tesla's official support page does not mention any option for lease buyouts, supporting the ongoing policy of not allowing lease buyouts.</w:t>
      </w:r>
      <w:r/>
    </w:p>
    <w:p>
      <w:pPr>
        <w:pStyle w:val="ListNumber"/>
        <w:spacing w:line="240" w:lineRule="auto"/>
        <w:ind w:left="720"/>
      </w:pPr>
      <w:r/>
      <w:hyperlink r:id="rId14">
        <w:r>
          <w:rPr>
            <w:color w:val="0000EE"/>
            <w:u w:val="single"/>
          </w:rPr>
          <w:t>https://www.youtube.com/watch?v=iGp62KPFsFs</w:t>
        </w:r>
      </w:hyperlink>
      <w:r>
        <w:t xml:space="preserve"> - This video explains that Tesla does not offer the option to purchase the car at the end of the lease term, which is in line with Tesla's previous policy.</w:t>
      </w:r>
      <w:r/>
    </w:p>
    <w:p>
      <w:pPr>
        <w:pStyle w:val="ListNumber"/>
        <w:spacing w:line="240" w:lineRule="auto"/>
        <w:ind w:left="720"/>
      </w:pPr>
      <w:r/>
      <w:hyperlink r:id="rId10">
        <w:r>
          <w:rPr>
            <w:color w:val="0000EE"/>
            <w:u w:val="single"/>
          </w:rPr>
          <w:t>https://www.carsdirect.com/deals-articles/2024-tesla-model-3-highland-lease-buyouts-still-not-allowed</w:t>
        </w:r>
      </w:hyperlink>
      <w:r>
        <w:t xml:space="preserve"> - This article mentions that Tesla's policy of prohibiting end-of-lease buyouts has been in place since the Model 3 was introduced, indicating no recent change.</w:t>
      </w:r>
      <w:r/>
    </w:p>
    <w:p>
      <w:pPr>
        <w:pStyle w:val="ListNumber"/>
        <w:spacing w:line="240" w:lineRule="auto"/>
        <w:ind w:left="720"/>
      </w:pPr>
      <w:r/>
      <w:hyperlink r:id="rId11">
        <w:r>
          <w:rPr>
            <w:color w:val="0000EE"/>
            <w:u w:val="single"/>
          </w:rPr>
          <w:t>https://driveteslacanada.ca/news/tesla-lowers-model-y-lease-price-to-299-per-month-in-the-us/</w:t>
        </w:r>
      </w:hyperlink>
      <w:r>
        <w:t xml:space="preserve"> - The article highlights that Tesla retains control of its leased vehicles for potential use in future robotaxi networks, which contradicts the new policy claim.</w:t>
      </w:r>
      <w:r/>
    </w:p>
    <w:p>
      <w:pPr>
        <w:pStyle w:val="ListNumber"/>
        <w:spacing w:line="240" w:lineRule="auto"/>
        <w:ind w:left="720"/>
      </w:pPr>
      <w:r/>
      <w:hyperlink r:id="rId12">
        <w:r>
          <w:rPr>
            <w:color w:val="0000EE"/>
            <w:u w:val="single"/>
          </w:rPr>
          <w:t>https://novatedfinanceaustralia.com.au/blog/tesla-lease-vs-buy</w:t>
        </w:r>
      </w:hyperlink>
      <w:r>
        <w:t xml:space="preserve"> - The blog post discusses the financial implications of leasing vs buying a Tesla, noting that leased vehicles cannot be purchased, which is contrary to the new policy claim.</w:t>
      </w:r>
      <w:r/>
    </w:p>
    <w:p>
      <w:pPr>
        <w:pStyle w:val="ListNumber"/>
        <w:spacing w:line="240" w:lineRule="auto"/>
        <w:ind w:left="720"/>
      </w:pPr>
      <w:r/>
      <w:hyperlink r:id="rId13">
        <w:r>
          <w:rPr>
            <w:color w:val="0000EE"/>
            <w:u w:val="single"/>
          </w:rPr>
          <w:t>https://www.tesla.com/en_ca/support/vehicle-financing-options</w:t>
        </w:r>
      </w:hyperlink>
      <w:r>
        <w:t xml:space="preserve"> - Tesla's official financing options page does not indicate any change in lease buyout policies, supporting the ongoing prohibition on lease buyouts.</w:t>
      </w:r>
      <w:r/>
    </w:p>
    <w:p>
      <w:pPr>
        <w:pStyle w:val="ListNumber"/>
        <w:spacing w:line="240" w:lineRule="auto"/>
        <w:ind w:left="720"/>
      </w:pPr>
      <w:r/>
      <w:hyperlink r:id="rId11">
        <w:r>
          <w:rPr>
            <w:color w:val="0000EE"/>
            <w:u w:val="single"/>
          </w:rPr>
          <w:t>https://driveteslacanada.ca/news/tesla-lowers-model-y-lease-price-to-299-per-month-in-the-us/</w:t>
        </w:r>
      </w:hyperlink>
      <w:r>
        <w:t xml:space="preserve"> - The article mentions Tesla's efforts to boost sales through other means, such as lowering lease prices, but does not indicate a change in the lease buyout policy.</w:t>
      </w:r>
      <w:r/>
    </w:p>
    <w:p>
      <w:pPr>
        <w:pStyle w:val="ListNumber"/>
        <w:spacing w:line="240" w:lineRule="auto"/>
        <w:ind w:left="720"/>
      </w:pPr>
      <w:r/>
      <w:hyperlink r:id="rId10">
        <w:r>
          <w:rPr>
            <w:color w:val="0000EE"/>
            <w:u w:val="single"/>
          </w:rPr>
          <w:t>https://www.carsdirect.com/deals-articles/2024-tesla-model-3-highland-lease-buyouts-still-not-allowed</w:t>
        </w:r>
      </w:hyperlink>
      <w:r>
        <w:t xml:space="preserve"> - This article clarifies that Tesla's current lease terms do not include the option to purchase the vehicle at the end of the lease, contradicting the new policy claim.</w:t>
      </w:r>
      <w:r/>
    </w:p>
    <w:p>
      <w:pPr>
        <w:pStyle w:val="ListNumber"/>
        <w:spacing w:line="240" w:lineRule="auto"/>
        <w:ind w:left="720"/>
      </w:pPr>
      <w:r/>
      <w:hyperlink r:id="rId15">
        <w:r>
          <w:rPr>
            <w:color w:val="0000EE"/>
            <w:u w:val="single"/>
          </w:rPr>
          <w:t>https://electrek.co/2024/11/27/tesla-now-offers-lease-buyouts-after-saying-it-would-keep-cars-as-robotaxis/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arsdirect.com/deals-articles/2024-tesla-model-3-highland-lease-buyouts-still-not-allowed" TargetMode="External"/><Relationship Id="rId11" Type="http://schemas.openxmlformats.org/officeDocument/2006/relationships/hyperlink" Target="https://driveteslacanada.ca/news/tesla-lowers-model-y-lease-price-to-299-per-month-in-the-us/" TargetMode="External"/><Relationship Id="rId12" Type="http://schemas.openxmlformats.org/officeDocument/2006/relationships/hyperlink" Target="https://novatedfinanceaustralia.com.au/blog/tesla-lease-vs-buy" TargetMode="External"/><Relationship Id="rId13" Type="http://schemas.openxmlformats.org/officeDocument/2006/relationships/hyperlink" Target="https://www.tesla.com/en_ca/support/vehicle-financing-options" TargetMode="External"/><Relationship Id="rId14" Type="http://schemas.openxmlformats.org/officeDocument/2006/relationships/hyperlink" Target="https://www.youtube.com/watch?v=iGp62KPFsFs" TargetMode="External"/><Relationship Id="rId15" Type="http://schemas.openxmlformats.org/officeDocument/2006/relationships/hyperlink" Target="https://electrek.co/2024/11/27/tesla-now-offers-lease-buyouts-after-saying-it-would-keep-cars-as-robotaxi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