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Zoho report reveals changing consumer behaviours for the 2024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2024 holiday season nears, Zoho has released a detailed report shedding light on emerging consumer behaviours that are shaping the shopping landscape. Entries from a survey encompassing 1,500 participants from various regions and generations demonstrate trends in consumer spending, shopping preferences, and timing. The insights aim to aid retailers in developing strategies that effectively engage shoppers during this crucial period.</w:t>
      </w:r>
      <w:r/>
    </w:p>
    <w:p>
      <w:r/>
      <w:r>
        <w:t>The findings categorise holiday shopping into two primary launch points: pre-Halloween and Black Friday/Cyber Monday. Notably, approximately 25% of shoppers begin their holiday preparations early, motivated by a desire to circumvent potential crowds, while 44% opt to delay their shopping to coincide with the significant sales events of Black Friday and Cyber Monday. The survey illustrates a distinct generational divide, with over 67% of Gen Z and Millennials favouring Black Friday as their shopping highlight. In contrast, Gen X and Baby Boomers exhibit a broader interest in additional events such as Boxing Day and Thanksgiving sales.</w:t>
      </w:r>
      <w:r/>
    </w:p>
    <w:p>
      <w:r/>
      <w:r>
        <w:t>To optimise sales during this period, retailers are advised to introduce early-bird promotions to engage proactive shoppers and concentrate marketing efforts around Black Friday and Cyber Monday to harness peak shopping activity.</w:t>
      </w:r>
      <w:r/>
    </w:p>
    <w:p>
      <w:r/>
      <w:r>
        <w:t>Online shopping continues to be the predominant choice across demographics, with 47% of respondents indicating a preference for online marketplaces. However, in-store shopping still holds significant relevance; Baby Boomers and Millennials demonstrate a continued interest in traditional retail environments, with 33% opting for malls and large retail chains. Gen Z tends to lean towards brand-specific stores for unique offerings, while Millennials and Baby Boomers show appreciation for local small businesses and thrift stores, favouring a more personalised shopping experience. Retailers are encouraged to create a balanced approach, ensuring robust online functionalities while also curating engaging in-store experiences.</w:t>
      </w:r>
      <w:r/>
    </w:p>
    <w:p>
      <w:r/>
      <w:r>
        <w:t>The survey also highlights consumer preference for a blend of indulgent and practical items. Food, beverages, apparel, and electronics are at the forefront of holiday wish lists, with generational distinctions influencing purchasing priorities. Notably, Gen Z emphasises apparel and beauty as expressions of individuality, while Millennials seek experiences rather than material goods. Gen X tends to focus on home decor, and Baby Boomers are more inclined towards technology and wellness products. Retailers are advised to align their inventories with these preferences, stocking trendy winter clothing, gadgets, and festive offerings tailored to both regional and generational tastes.</w:t>
      </w:r>
      <w:r/>
    </w:p>
    <w:p>
      <w:r/>
      <w:r>
        <w:t>Discounts emerge as the primary purchase motivator; however, shoppers also prioritise product quality and convenience during their buying experiences. Of the respondents, 62% insisted on secure transaction processes, even at the cost of extended checkout times. This underscores the necessity for retailers to emphasise product quality, ensure secure payment options, and streamline shopping experiences both online and offline.</w:t>
      </w:r>
      <w:r/>
    </w:p>
    <w:p>
      <w:r/>
      <w:r>
        <w:t>For small business retailers preparing for the holiday rush, inventory management is identified as a top concern, particularly with 42% of businesses highlighting it as a key issue. Advanced AI tools are recommended to assist in predicting demand and aligning stock levels with consumer preferences, reducing the risks of shortages or excess stock.</w:t>
      </w:r>
      <w:r/>
    </w:p>
    <w:p>
      <w:r/>
      <w:r>
        <w:t>Small businesses are advised to showcase promotions prominently on digital platforms, utilise social media to enhance visibility, and maintain word of mouth through in-store events. While AI can play a role in personalisation and demand forecasting, the survey indicates that only 9% of consumers place full trust in AI-driven recommendations. Consequently, businesses should incorporate a blend of AI for efficiency, whilst ensuring human representatives are available for more complex customer service needs.</w:t>
      </w:r>
      <w:r/>
    </w:p>
    <w:p>
      <w:r/>
      <w:r>
        <w:t>The importance of a cohesive online and in-store experience cannot be overstated, as shoppers increasingly appreciate the convenience of digital platforms alongside the immersive qualities of physical stores. Retailers are encouraged to ensure that online inventories mirror in-store availability, with accurate descriptions that satisfy consumer needs.</w:t>
      </w:r>
      <w:r/>
    </w:p>
    <w:p>
      <w:r/>
      <w:r>
        <w:t>As 2024 approaches, the holiday shopping environment reveals a significant transformation, melding traditional habits with modern conveniences. By utilising early marketing strategies, leveraging AI to enhance efficiency, and delivering high-quality customer service, retailers can navigate the holiday season effectively and foster enduring consumer loyalty.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https://www.zoho.com/survey/studies/holiday-shopping-trends.html</w:t>
        </w:r>
      </w:hyperlink>
      <w:r>
        <w:t xml:space="preserve"> - Corroborates the timing of holiday shopping, generational divide in shopping preferences, and the importance of Black Friday and Cyber Monday.</w:t>
      </w:r>
      <w:r/>
    </w:p>
    <w:p>
      <w:pPr>
        <w:pStyle w:val="ListNumber"/>
        <w:spacing w:line="240" w:lineRule="auto"/>
        <w:ind w:left="720"/>
      </w:pPr>
      <w:r/>
      <w:hyperlink r:id="rId10">
        <w:r>
          <w:rPr>
            <w:color w:val="0000EE"/>
            <w:u w:val="single"/>
          </w:rPr>
          <w:t>https://www.zoho.com/survey/studies/holiday-shopping-trends.html</w:t>
        </w:r>
      </w:hyperlink>
      <w:r>
        <w:t xml:space="preserve"> - Supports the preference for online shopping and the continued relevance of in-store shopping, including generational differences in shopping destinations.</w:t>
      </w:r>
      <w:r/>
    </w:p>
    <w:p>
      <w:pPr>
        <w:pStyle w:val="ListNumber"/>
        <w:spacing w:line="240" w:lineRule="auto"/>
        <w:ind w:left="720"/>
      </w:pPr>
      <w:r/>
      <w:hyperlink r:id="rId10">
        <w:r>
          <w:rPr>
            <w:color w:val="0000EE"/>
            <w:u w:val="single"/>
          </w:rPr>
          <w:t>https://www.zoho.com/survey/studies/holiday-shopping-trends.html</w:t>
        </w:r>
      </w:hyperlink>
      <w:r>
        <w:t xml:space="preserve"> - Highlights consumer preferences for a blend of indulgent and practical items, including food, beverages, apparel, and electronics, with generational distinctions.</w:t>
      </w:r>
      <w:r/>
    </w:p>
    <w:p>
      <w:pPr>
        <w:pStyle w:val="ListNumber"/>
        <w:spacing w:line="240" w:lineRule="auto"/>
        <w:ind w:left="720"/>
      </w:pPr>
      <w:r/>
      <w:hyperlink r:id="rId11">
        <w:r>
          <w:rPr>
            <w:color w:val="0000EE"/>
            <w:u w:val="single"/>
          </w:rPr>
          <w:t>https://www.zoho.com/survey/studies/best-gifts-for-2024.html</w:t>
        </w:r>
      </w:hyperlink>
      <w:r>
        <w:t xml:space="preserve"> - Provides insights into gift-giving mindsets, budgeting, and what’s on the wishlists for different generations, aligning with the survey’s findings on consumer preferences.</w:t>
      </w:r>
      <w:r/>
    </w:p>
    <w:p>
      <w:pPr>
        <w:pStyle w:val="ListNumber"/>
        <w:spacing w:line="240" w:lineRule="auto"/>
        <w:ind w:left="720"/>
      </w:pPr>
      <w:r/>
      <w:hyperlink r:id="rId11">
        <w:r>
          <w:rPr>
            <w:color w:val="0000EE"/>
            <w:u w:val="single"/>
          </w:rPr>
          <w:t>https://www.zoho.com/survey/studies/best-gifts-for-2024.html</w:t>
        </w:r>
      </w:hyperlink>
      <w:r>
        <w:t xml:space="preserve"> - Details the importance of product quality, convenience, and secure transaction processes, as well as the focus on specific product categories like apparel and electronics.</w:t>
      </w:r>
      <w:r/>
    </w:p>
    <w:p>
      <w:pPr>
        <w:pStyle w:val="ListNumber"/>
        <w:spacing w:line="240" w:lineRule="auto"/>
        <w:ind w:left="720"/>
      </w:pPr>
      <w:r/>
      <w:hyperlink r:id="rId12">
        <w:r>
          <w:rPr>
            <w:color w:val="0000EE"/>
            <w:u w:val="single"/>
          </w:rPr>
          <w:t>https://www.zoho.com/survey/studies/ai-influence-holiday-shopping.html</w:t>
        </w:r>
      </w:hyperlink>
      <w:r>
        <w:t xml:space="preserve"> - Discusses the role of AI in holiday shopping, including AI-driven recommendations, self-checkout kiosks, and the mixed trust in AI among consumers.</w:t>
      </w:r>
      <w:r/>
    </w:p>
    <w:p>
      <w:pPr>
        <w:pStyle w:val="ListNumber"/>
        <w:spacing w:line="240" w:lineRule="auto"/>
        <w:ind w:left="720"/>
      </w:pPr>
      <w:r/>
      <w:hyperlink r:id="rId12">
        <w:r>
          <w:rPr>
            <w:color w:val="0000EE"/>
            <w:u w:val="single"/>
          </w:rPr>
          <w:t>https://www.zoho.com/survey/studies/ai-influence-holiday-shopping.html</w:t>
        </w:r>
      </w:hyperlink>
      <w:r>
        <w:t xml:space="preserve"> - Supports the advice for small businesses to use AI for efficiency while ensuring human customer service, and the importance of balancing AI with human interaction.</w:t>
      </w:r>
      <w:r/>
    </w:p>
    <w:p>
      <w:pPr>
        <w:pStyle w:val="ListNumber"/>
        <w:spacing w:line="240" w:lineRule="auto"/>
        <w:ind w:left="720"/>
      </w:pPr>
      <w:r/>
      <w:hyperlink r:id="rId13">
        <w:r>
          <w:rPr>
            <w:color w:val="0000EE"/>
            <w:u w:val="single"/>
          </w:rPr>
          <w:t>https://www.zoho.com/commerce/insights/top-ecommerce-trends-2025.html</w:t>
        </w:r>
      </w:hyperlink>
      <w:r>
        <w:t xml:space="preserve"> - Emphasizes the need for a cohesive online and in-store experience, the importance of mobile commerce, and the use of omnichannel commerce to enhance customer experience.</w:t>
      </w:r>
      <w:r/>
    </w:p>
    <w:p>
      <w:pPr>
        <w:pStyle w:val="ListNumber"/>
        <w:spacing w:line="240" w:lineRule="auto"/>
        <w:ind w:left="720"/>
      </w:pPr>
      <w:r/>
      <w:hyperlink r:id="rId13">
        <w:r>
          <w:rPr>
            <w:color w:val="0000EE"/>
            <w:u w:val="single"/>
          </w:rPr>
          <w:t>https://www.zoho.com/commerce/insights/top-ecommerce-trends-2025.html</w:t>
        </w:r>
      </w:hyperlink>
      <w:r>
        <w:t xml:space="preserve"> - Highlights the significance of inventory management, advanced AI tools for demand forecasting, and the importance of digital platforms and social media for promotions.</w:t>
      </w:r>
      <w:r/>
    </w:p>
    <w:p>
      <w:pPr>
        <w:pStyle w:val="ListNumber"/>
        <w:spacing w:line="240" w:lineRule="auto"/>
        <w:ind w:left="720"/>
      </w:pPr>
      <w:r/>
      <w:hyperlink r:id="rId14">
        <w:r>
          <w:rPr>
            <w:color w:val="0000EE"/>
            <w:u w:val="single"/>
          </w:rPr>
          <w:t>https://business.adobe.com/resources/holiday-shopping-report.html</w:t>
        </w:r>
      </w:hyperlink>
      <w:r>
        <w:t xml:space="preserve"> - Provides data on the forecasted spend during the holiday season, the rise of mobile spending, and the growth of buy now, pay later options, supporting the overall trends in holiday shopping.</w:t>
      </w:r>
      <w:r/>
    </w:p>
    <w:p>
      <w:pPr>
        <w:pStyle w:val="ListNumber"/>
        <w:spacing w:line="240" w:lineRule="auto"/>
        <w:ind w:left="720"/>
      </w:pPr>
      <w:r/>
      <w:hyperlink r:id="rId14">
        <w:r>
          <w:rPr>
            <w:color w:val="0000EE"/>
            <w:u w:val="single"/>
          </w:rPr>
          <w:t>https://business.adobe.com/resources/holiday-shopping-report.html</w:t>
        </w:r>
      </w:hyperlink>
      <w:r>
        <w:t xml:space="preserve"> - Corroborates the focus on key products such as toys, video games, and electronics, and the importance of flexible payment options during the holiday season.</w:t>
      </w:r>
      <w:r/>
    </w:p>
    <w:p>
      <w:pPr>
        <w:pStyle w:val="ListNumber"/>
        <w:spacing w:line="240" w:lineRule="auto"/>
        <w:ind w:left="720"/>
      </w:pPr>
      <w:r/>
      <w:hyperlink r:id="rId15">
        <w:r>
          <w:rPr>
            <w:color w:val="0000EE"/>
            <w:u w:val="single"/>
          </w:rPr>
          <w:t>https://smallbiztrends.com/zoho-2024-christmas-holiday-shopping-trends-retailer-preparations-small-business-success/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oho.com/survey/studies/holiday-shopping-trends.html" TargetMode="External"/><Relationship Id="rId11" Type="http://schemas.openxmlformats.org/officeDocument/2006/relationships/hyperlink" Target="https://www.zoho.com/survey/studies/best-gifts-for-2024.html" TargetMode="External"/><Relationship Id="rId12" Type="http://schemas.openxmlformats.org/officeDocument/2006/relationships/hyperlink" Target="https://www.zoho.com/survey/studies/ai-influence-holiday-shopping.html" TargetMode="External"/><Relationship Id="rId13" Type="http://schemas.openxmlformats.org/officeDocument/2006/relationships/hyperlink" Target="https://www.zoho.com/commerce/insights/top-ecommerce-trends-2025.html" TargetMode="External"/><Relationship Id="rId14" Type="http://schemas.openxmlformats.org/officeDocument/2006/relationships/hyperlink" Target="https://business.adobe.com/resources/holiday-shopping-report.html" TargetMode="External"/><Relationship Id="rId15" Type="http://schemas.openxmlformats.org/officeDocument/2006/relationships/hyperlink" Target="https://smallbiztrends.com/zoho-2024-christmas-holiday-shopping-trends-retailer-preparations-small-business-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