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Building automation systems market set for significant growth by 2034</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building automation systems market is poised for significant growth, with projections indicating an increase from USD 97.41 billion in 2024 to a staggering USD 296.91 billion by 2034. This shift represents a compound annual growth rate (CAGR) of 11.8% anticipated from 2025 to 2034. Building automation systems, commonly abbreviated as BAS, integrate various building services such as heating, ventilation, and air conditioning (HVAC), lighting, security, and fire protection systems into a cohesive operational network. Such systems utilise an array of components including sensors, controllers, and communication protocols, providing an interface for user interaction.</w:t>
      </w:r>
      <w:r/>
    </w:p>
    <w:p>
      <w:r/>
      <w:r>
        <w:t>The driving forces behind the expansion of this market can be attributed to the growing need for energy efficiency, improved indoor air quality, and heightened occupant comfort. Notably, BAS enhances operational performance while reducing overall costs for businesses. The market is increasingly influenced by governmental regulations aimed at promoting environmental compliance and sustainability initiatives, further fuelling adoption.</w:t>
      </w:r>
      <w:r/>
    </w:p>
    <w:p>
      <w:r/>
      <w:r>
        <w:t>Leading players in the building automation systems market include major corporations such as Honeywell International Inc., Siemens, Johnson Controls, Schneider Electric, and Carrier, among others. As more businesses enter this sector, competition is expected to intensify, leading to advancements in technology and offerings.</w:t>
      </w:r>
      <w:r/>
    </w:p>
    <w:p>
      <w:r/>
      <w:r>
        <w:t>Among various technological trends, the wireless technology segment is predicted to experience considerable growth. This trend is driven by the rising adoption of Internet of Things (IoT) devices which utilise flexible and scalable building automation solutions. Additionally, the facility management systems segment currently holds the largest market share, primarily due to the demand for integrated solutions that optimise operational efficiency.</w:t>
      </w:r>
      <w:r/>
    </w:p>
    <w:p>
      <w:r/>
      <w:r>
        <w:t>Geographically, the Asia Pacific region is forecasted to dominate the building automation systems market during the projected period. The increasing integration of IoT technologies in commercial and industrial sectors, particularly in countries such as India and China, plays a crucial role in this growth. India, in particular, is witnessing a substantial rise in commercial real estate development, significantly spurred by the IT and manufacturing sectors, leading to investments in modern building technologies.</w:t>
      </w:r>
      <w:r/>
    </w:p>
    <w:p>
      <w:r/>
      <w:r>
        <w:t>The market's competitive landscape includes scrutiny of regional dynamics, allowing stakeholders to make strategic decisions based on local needs and expectations. The analysis of key regions including North America, Europe, Latin America, and the Middle East &amp; Africa reveals a diverse set of opportunities, driven by varying technological needs and market maturity levels.</w:t>
      </w:r>
      <w:r/>
    </w:p>
    <w:p>
      <w:r/>
      <w:r>
        <w:t>Overall, as organisations increasingly focus on automating their building services, the implications for operational efficiency and employee productivity will become more pronounced in the coming years. The building automation systems market is positioned not only to grow significantly but also to evolve alongside technological advancements that redefine the workspace.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https://www.thebusinessresearchcompany.com/market-insights/global-building-automation-system-market-2024</w:t>
        </w:r>
      </w:hyperlink>
      <w:r>
        <w:t xml:space="preserve"> - Corroborates the growth projections and the driving forces behind the expansion of the building automation systems market, including energy efficiency and governmental regulations.</w:t>
      </w:r>
      <w:r/>
    </w:p>
    <w:p>
      <w:pPr>
        <w:pStyle w:val="ListNumber"/>
        <w:spacing w:line="240" w:lineRule="auto"/>
        <w:ind w:left="720"/>
      </w:pPr>
      <w:r/>
      <w:hyperlink r:id="rId11">
        <w:r>
          <w:rPr>
            <w:color w:val="0000EE"/>
            <w:u w:val="single"/>
          </w:rPr>
          <w:t>https://www.precedenceresearch.com/building-automation-systems-market</w:t>
        </w:r>
      </w:hyperlink>
      <w:r>
        <w:t xml:space="preserve"> - Supports the market size projections and the role of IoT technologies in driving the growth of the building automation systems market.</w:t>
      </w:r>
      <w:r/>
    </w:p>
    <w:p>
      <w:pPr>
        <w:pStyle w:val="ListNumber"/>
        <w:spacing w:line="240" w:lineRule="auto"/>
        <w:ind w:left="720"/>
      </w:pPr>
      <w:r/>
      <w:hyperlink r:id="rId12">
        <w:r>
          <w:rPr>
            <w:color w:val="0000EE"/>
            <w:u w:val="single"/>
          </w:rPr>
          <w:t>https://www.knxtoday.com/2024/10/52224/technavio-estimates-building-automation-and-control-systems-market-size-to-grow-by-us31-11-billion-from-2024-2028.html</w:t>
        </w:r>
      </w:hyperlink>
      <w:r>
        <w:t xml:space="preserve"> - Provides details on the market growth driven by energy efficiency and the integration of IoT technologies, as well as the challenges faced by the market.</w:t>
      </w:r>
      <w:r/>
    </w:p>
    <w:p>
      <w:pPr>
        <w:pStyle w:val="ListNumber"/>
        <w:spacing w:line="240" w:lineRule="auto"/>
        <w:ind w:left="720"/>
      </w:pPr>
      <w:r/>
      <w:hyperlink r:id="rId13">
        <w:r>
          <w:rPr>
            <w:color w:val="0000EE"/>
            <w:u w:val="single"/>
          </w:rPr>
          <w:t>https://www.fortunebusinessinsights.com/building-automation-systems-market-107861</w:t>
        </w:r>
      </w:hyperlink>
      <w:r>
        <w:t xml:space="preserve"> - Corroborates the market growth projections, the role of IoT in building automation, and the impact of government regulations on the market.</w:t>
      </w:r>
      <w:r/>
    </w:p>
    <w:p>
      <w:pPr>
        <w:pStyle w:val="ListNumber"/>
        <w:spacing w:line="240" w:lineRule="auto"/>
        <w:ind w:left="720"/>
      </w:pPr>
      <w:r/>
      <w:hyperlink r:id="rId10">
        <w:r>
          <w:rPr>
            <w:color w:val="0000EE"/>
            <w:u w:val="single"/>
          </w:rPr>
          <w:t>https://www.thebusinessresearchcompany.com/market-insights/global-building-automation-system-market-2024</w:t>
        </w:r>
      </w:hyperlink>
      <w:r>
        <w:t xml:space="preserve"> - Lists leading players in the building automation systems market, such as Honeywell International Inc., Siemens, Johnson Controls, and Schneider Electric.</w:t>
      </w:r>
      <w:r/>
    </w:p>
    <w:p>
      <w:pPr>
        <w:pStyle w:val="ListNumber"/>
        <w:spacing w:line="240" w:lineRule="auto"/>
        <w:ind w:left="720"/>
      </w:pPr>
      <w:r/>
      <w:hyperlink r:id="rId11">
        <w:r>
          <w:rPr>
            <w:color w:val="0000EE"/>
            <w:u w:val="single"/>
          </w:rPr>
          <w:t>https://www.precedenceresearch.com/building-automation-systems-market</w:t>
        </w:r>
      </w:hyperlink>
      <w:r>
        <w:t xml:space="preserve"> - Discusses the technological trends, including the growth of the wireless technology segment and the facility management systems segment.</w:t>
      </w:r>
      <w:r/>
    </w:p>
    <w:p>
      <w:pPr>
        <w:pStyle w:val="ListNumber"/>
        <w:spacing w:line="240" w:lineRule="auto"/>
        <w:ind w:left="720"/>
      </w:pPr>
      <w:r/>
      <w:hyperlink r:id="rId13">
        <w:r>
          <w:rPr>
            <w:color w:val="0000EE"/>
            <w:u w:val="single"/>
          </w:rPr>
          <w:t>https://www.fortunebusinessinsights.com/building-automation-systems-market-107861</w:t>
        </w:r>
      </w:hyperlink>
      <w:r>
        <w:t xml:space="preserve"> - Highlights the geographical dominance of the Asia Pacific region in the building automation systems market, driven by IoT adoption in commercial and industrial sectors.</w:t>
      </w:r>
      <w:r/>
    </w:p>
    <w:p>
      <w:pPr>
        <w:pStyle w:val="ListNumber"/>
        <w:spacing w:line="240" w:lineRule="auto"/>
        <w:ind w:left="720"/>
      </w:pPr>
      <w:r/>
      <w:hyperlink r:id="rId12">
        <w:r>
          <w:rPr>
            <w:color w:val="0000EE"/>
            <w:u w:val="single"/>
          </w:rPr>
          <w:t>https://www.knxtoday.com/2024/10/52224/technavio-estimates-building-automation-and-control-systems-market-size-to-grow-by-us31-11-billion-from-2024-2028.html</w:t>
        </w:r>
      </w:hyperlink>
      <w:r>
        <w:t xml:space="preserve"> - Analyzes the competitive landscape and regional dynamics, including the varying technological needs and market maturity levels in different regions.</w:t>
      </w:r>
      <w:r/>
    </w:p>
    <w:p>
      <w:pPr>
        <w:pStyle w:val="ListNumber"/>
        <w:spacing w:line="240" w:lineRule="auto"/>
        <w:ind w:left="720"/>
      </w:pPr>
      <w:r/>
      <w:hyperlink r:id="rId10">
        <w:r>
          <w:rPr>
            <w:color w:val="0000EE"/>
            <w:u w:val="single"/>
          </w:rPr>
          <w:t>https://www.thebusinessresearchcompany.com/market-insights/global-building-automation-system-market-2024</w:t>
        </w:r>
      </w:hyperlink>
      <w:r>
        <w:t xml:space="preserve"> - Explains how building automation systems enhance operational performance and reduce overall costs for businesses, aligning with the focus on operational efficiency and employee productivity.</w:t>
      </w:r>
      <w:r/>
    </w:p>
    <w:p>
      <w:pPr>
        <w:pStyle w:val="ListNumber"/>
        <w:spacing w:line="240" w:lineRule="auto"/>
        <w:ind w:left="720"/>
      </w:pPr>
      <w:r/>
      <w:hyperlink r:id="rId11">
        <w:r>
          <w:rPr>
            <w:color w:val="0000EE"/>
            <w:u w:val="single"/>
          </w:rPr>
          <w:t>https://www.precedenceresearch.com/building-automation-systems-market</w:t>
        </w:r>
      </w:hyperlink>
      <w:r>
        <w:t xml:space="preserve"> - Details the integration of IoT technologies and their impact on the market, including remote monitoring and data-driven decision-making.</w:t>
      </w:r>
      <w:r/>
    </w:p>
    <w:p>
      <w:pPr>
        <w:pStyle w:val="ListNumber"/>
        <w:spacing w:line="240" w:lineRule="auto"/>
        <w:ind w:left="720"/>
      </w:pPr>
      <w:r/>
      <w:hyperlink r:id="rId13">
        <w:r>
          <w:rPr>
            <w:color w:val="0000EE"/>
            <w:u w:val="single"/>
          </w:rPr>
          <w:t>https://www.fortunebusinessinsights.com/building-automation-systems-market-107861</w:t>
        </w:r>
      </w:hyperlink>
      <w:r>
        <w:t xml:space="preserve"> - Discusses the role of advanced technologies such as AI, augmented reality, and virtual reality in enhancing the construction process and building automation systems.</w:t>
      </w:r>
      <w:r/>
    </w:p>
    <w:p>
      <w:pPr>
        <w:pStyle w:val="ListNumber"/>
        <w:spacing w:line="240" w:lineRule="auto"/>
        <w:ind w:left="720"/>
      </w:pPr>
      <w:r/>
      <w:hyperlink r:id="rId14">
        <w:r>
          <w:rPr>
            <w:color w:val="0000EE"/>
            <w:u w:val="single"/>
          </w:rPr>
          <w:t>https://news.google.com/rss/articles/CBMioAFBVV95cUxOM3haUm5UOWJoOTBmbWZhZ3Y1ZmhFRmM3N2JwTTRtLVN2blNyMjVZTTJaOGlrWWR6MlR3ZVlxQWpvdjdLc0I5UUJyMzlsTmU3a0lIal9BQWJxd3d2Zkw2ODdfWlJTSTgwajJMY1owTTU1V2hsSndfNHNGQ2Y4b3dZNmVwTWRDM3paZjRmd2NndDBYd0Y4emdqYnFMbkZmZlZO?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hebusinessresearchcompany.com/market-insights/global-building-automation-system-market-2024" TargetMode="External"/><Relationship Id="rId11" Type="http://schemas.openxmlformats.org/officeDocument/2006/relationships/hyperlink" Target="https://www.precedenceresearch.com/building-automation-systems-market" TargetMode="External"/><Relationship Id="rId12" Type="http://schemas.openxmlformats.org/officeDocument/2006/relationships/hyperlink" Target="https://www.knxtoday.com/2024/10/52224/technavio-estimates-building-automation-and-control-systems-market-size-to-grow-by-us31-11-billion-from-2024-2028.html" TargetMode="External"/><Relationship Id="rId13" Type="http://schemas.openxmlformats.org/officeDocument/2006/relationships/hyperlink" Target="https://www.fortunebusinessinsights.com/building-automation-systems-market-107861" TargetMode="External"/><Relationship Id="rId14" Type="http://schemas.openxmlformats.org/officeDocument/2006/relationships/hyperlink" Target="https://news.google.com/rss/articles/CBMioAFBVV95cUxOM3haUm5UOWJoOTBmbWZhZ3Y1ZmhFRmM3N2JwTTRtLVN2blNyMjVZTTJaOGlrWWR6MlR3ZVlxQWpvdjdLc0I5UUJyMzlsTmU3a0lIal9BQWJxd3d2Zkw2ODdfWlJTSTgwajJMY1owTTU1V2hsSndfNHNGQ2Y4b3dZNmVwTWRDM3paZjRmd2NndDBYd0Y4emdqYnFMbkZmZlZO?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