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Clavrit Digital Solutions tackles water contamination with innovative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Clavrit Digital Solutions, an emerging technology brand based in Gurugram, Haryana, has made significant strides in addressing the pressing issue of water contamination through the unveiling of a novel solution tailored for both governmental and commercial entities. This innovation is designed to tackle the contamination challenges posed by industrial discharges, sewage, human waste, and improper waste disposal, all of which contribute to the global crisis concerning water quality.</w:t>
      </w:r>
      <w:r/>
    </w:p>
    <w:p>
      <w:r/>
      <w:r>
        <w:t>The newly introduced technology incorporates a weather and Internet of Things (IoT) enabled physical unit that provides real-time analytics on the levels of water pollution from various sources. This system is engineered to integrate seamlessly with existing frameworks, delivering actionable insights to help organisations and communities take proactive measures to protect vital water resources from contamination.</w:t>
      </w:r>
      <w:r/>
    </w:p>
    <w:p>
      <w:r/>
      <w:r>
        <w:t>Central to Clavrit's approach is the application of artificial intelligence (AI) and machine learning, which enhance the understanding and monitoring of environmental conditions. Their innovative solution not only evaluates current water quality but also employs predictive analytics to forecast future trends, thereby facilitating foresight in decision-making processes. This dual capability is particularly important for key stakeholders involved in water conservation efforts, including government bodies and environmental organisations, as it encourages collaborative strategies aimed at restoring and maintaining healthy water systems, such as the Yamuna River.</w:t>
      </w:r>
      <w:r/>
    </w:p>
    <w:p>
      <w:r/>
      <w:r>
        <w:t>Amarjeet Dangi, the Founder and CEO of Clavrit Digital Solutions, articulated the company's vision by stating, "With our determined technological services, we aim to enable organisations to monitor and safeguard water bodies effortlessly. Technology can be a force for social good—this drives us to create effective tools that make a meaningful difference in our society." This statement underscores Clavrit’s commitment to harnessing technology for broader societal benefits, particularly focusing on environmental issues that resonate on both local and global scales.</w:t>
      </w:r>
      <w:r/>
    </w:p>
    <w:p>
      <w:r/>
      <w:r>
        <w:t xml:space="preserve">Founded in 2019, Clavrit Digital Solutions has quickly gained recognition as a frontrunner in the IT solutions sector. The company specialises in a range of advanced technological fields, including AI, machine learning, robotics, SAP and Salesforce consulting, as well as enterprise software solutions. By addressing environmental challenges with sophisticated technology, Clavrit solidifies its role as an innovator in sustainable water management practices. </w:t>
      </w:r>
      <w:r/>
    </w:p>
    <w:p>
      <w:r/>
      <w:r>
        <w:t>As industries continue to grapple with the impacts of contamination and the need for cleaner water resources, Clavrit's advancements position it as a key player in driving future trends in AI automation for ecological monitoring and management. The utilisation of data-centric approaches to tackle environmental issues further embodies the evolving landscape of technology in business practices, highlighting a growing commitment to sustainability amid urgent global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https://www.aninews.in/news/business/clavrit-digital-solutions-introduces-smart-water-tech-solutions-to-safeguard-critical-water-bodies20241128183127</w:t>
        </w:r>
      </w:hyperlink>
      <w:r>
        <w:t xml:space="preserve"> - Corroborates the introduction of Clavrit Digital Solutions' smart water tech solutions and the use of weather and IoT-enabled physical units for real-time analytics on water pollution.</w:t>
      </w:r>
      <w:r/>
    </w:p>
    <w:p>
      <w:pPr>
        <w:pStyle w:val="ListNumber"/>
        <w:spacing w:line="240" w:lineRule="auto"/>
        <w:ind w:left="720"/>
      </w:pPr>
      <w:r/>
      <w:hyperlink r:id="rId11">
        <w:r>
          <w:rPr>
            <w:color w:val="0000EE"/>
            <w:u w:val="single"/>
          </w:rPr>
          <w:t>https://menafn.com/1108936814/Clavrit-Digital-Solutions-Introduces-Smart-Water-Tech-Solutions-To-Safeguard-Critical-Water-Bodies</w:t>
        </w:r>
      </w:hyperlink>
      <w:r>
        <w:t xml:space="preserve"> - Supports the information about Clavrit's solution featuring real-time analytics on water pollution from various sources using weather and IoT-enabled technology.</w:t>
      </w:r>
      <w:r/>
    </w:p>
    <w:p>
      <w:pPr>
        <w:pStyle w:val="ListNumber"/>
        <w:spacing w:line="240" w:lineRule="auto"/>
        <w:ind w:left="720"/>
      </w:pPr>
      <w:r/>
      <w:hyperlink r:id="rId12">
        <w:r>
          <w:rPr>
            <w:color w:val="0000EE"/>
            <w:u w:val="single"/>
          </w:rPr>
          <w:t>https://globalgrowthforum.com/blog/</w:t>
        </w:r>
      </w:hyperlink>
      <w:r>
        <w:t xml:space="preserve"> - Provides context on Clavrit Digital Solutions addressing water contamination resulting from industrial discharges, sewage, and improper waste disposal.</w:t>
      </w:r>
      <w:r/>
    </w:p>
    <w:p>
      <w:pPr>
        <w:pStyle w:val="ListNumber"/>
        <w:spacing w:line="240" w:lineRule="auto"/>
        <w:ind w:left="720"/>
      </w:pPr>
      <w:r/>
      <w:hyperlink r:id="rId10">
        <w:r>
          <w:rPr>
            <w:color w:val="0000EE"/>
            <w:u w:val="single"/>
          </w:rPr>
          <w:t>https://www.aninews.in/news/business/clavrit-digital-solutions-introduces-smart-water-tech-solutions-to-safeguard-critical-water-bodies20241128183127</w:t>
        </w:r>
      </w:hyperlink>
      <w:r>
        <w:t xml:space="preserve"> - Details the integration of AI and machine learning in Clavrit's solution for monitoring and predicting water quality trends.</w:t>
      </w:r>
      <w:r/>
    </w:p>
    <w:p>
      <w:pPr>
        <w:pStyle w:val="ListNumber"/>
        <w:spacing w:line="240" w:lineRule="auto"/>
        <w:ind w:left="720"/>
      </w:pPr>
      <w:r/>
      <w:hyperlink r:id="rId11">
        <w:r>
          <w:rPr>
            <w:color w:val="0000EE"/>
            <w:u w:val="single"/>
          </w:rPr>
          <w:t>https://menafn.com/1108936814/Clavrit-Digital-Solutions-Introduces-Smart-Water-Tech-Solutions-To-Safeguard-Critical-Water-Bodies</w:t>
        </w:r>
      </w:hyperlink>
      <w:r>
        <w:t xml:space="preserve"> - Highlights the predictive analytics capability of Clavrit's solution, facilitating foresight in decision-making processes for water conservation.</w:t>
      </w:r>
      <w:r/>
    </w:p>
    <w:p>
      <w:pPr>
        <w:pStyle w:val="ListNumber"/>
        <w:spacing w:line="240" w:lineRule="auto"/>
        <w:ind w:left="720"/>
      </w:pPr>
      <w:r/>
      <w:hyperlink r:id="rId10">
        <w:r>
          <w:rPr>
            <w:color w:val="0000EE"/>
            <w:u w:val="single"/>
          </w:rPr>
          <w:t>https://www.aninews.in/news/business/clavrit-digital-solutions-introduces-smart-water-tech-solutions-to-safeguard-critical-water-bodies20241128183127</w:t>
        </w:r>
      </w:hyperlink>
      <w:r>
        <w:t xml:space="preserve"> - Quotes Amarjeet Dangi, the Founder and CEO of Clavrit Digital Solutions, on the company's vision to use technology for social good and environmental benefits.</w:t>
      </w:r>
      <w:r/>
    </w:p>
    <w:p>
      <w:pPr>
        <w:pStyle w:val="ListNumber"/>
        <w:spacing w:line="240" w:lineRule="auto"/>
        <w:ind w:left="720"/>
      </w:pPr>
      <w:r/>
      <w:hyperlink r:id="rId12">
        <w:r>
          <w:rPr>
            <w:color w:val="0000EE"/>
            <w:u w:val="single"/>
          </w:rPr>
          <w:t>https://globalgrowthforum.com/blog/</w:t>
        </w:r>
      </w:hyperlink>
      <w:r>
        <w:t xml:space="preserve"> - Mentions Clavrit Digital Solutions' commitment to harnessing technology for broader societal benefits, particularly focusing on environmental issues.</w:t>
      </w:r>
      <w:r/>
    </w:p>
    <w:p>
      <w:pPr>
        <w:pStyle w:val="ListNumber"/>
        <w:spacing w:line="240" w:lineRule="auto"/>
        <w:ind w:left="720"/>
      </w:pPr>
      <w:r/>
      <w:hyperlink r:id="rId11">
        <w:r>
          <w:rPr>
            <w:color w:val="0000EE"/>
            <w:u w:val="single"/>
          </w:rPr>
          <w:t>https://menafn.com/1108936814/Clavrit-Digital-Solutions-Introduces-Smart-Water-Tech-Solutions-To-Safeguard-Critical-Water-Bodies</w:t>
        </w:r>
      </w:hyperlink>
      <w:r>
        <w:t xml:space="preserve"> - Provides information on Clavrit Digital Solutions' founding in 2019 and its recognition in the IT solutions sector.</w:t>
      </w:r>
      <w:r/>
    </w:p>
    <w:p>
      <w:pPr>
        <w:pStyle w:val="ListNumber"/>
        <w:spacing w:line="240" w:lineRule="auto"/>
        <w:ind w:left="720"/>
      </w:pPr>
      <w:r/>
      <w:hyperlink r:id="rId10">
        <w:r>
          <w:rPr>
            <w:color w:val="0000EE"/>
            <w:u w:val="single"/>
          </w:rPr>
          <w:t>https://www.aninews.in/news/business/clavrit-digital-solutions-introduces-smart-water-tech-solutions-to-safeguard-critical-water-bodies20241128183127</w:t>
        </w:r>
      </w:hyperlink>
      <w:r>
        <w:t xml:space="preserve"> - Details Clavrit's specialization in advanced technological fields such as AI, machine learning, robotics, and enterprise software solutions.</w:t>
      </w:r>
      <w:r/>
    </w:p>
    <w:p>
      <w:pPr>
        <w:pStyle w:val="ListNumber"/>
        <w:spacing w:line="240" w:lineRule="auto"/>
        <w:ind w:left="720"/>
      </w:pPr>
      <w:r/>
      <w:hyperlink r:id="rId12">
        <w:r>
          <w:rPr>
            <w:color w:val="0000EE"/>
            <w:u w:val="single"/>
          </w:rPr>
          <w:t>https://globalgrowthforum.com/blog/</w:t>
        </w:r>
      </w:hyperlink>
      <w:r>
        <w:t xml:space="preserve"> - Highlights Clavrit's role as an innovator in sustainable water management practices and its impact on future trends in AI automation for ecological monitoring.</w:t>
      </w:r>
      <w:r/>
    </w:p>
    <w:p>
      <w:pPr>
        <w:pStyle w:val="ListNumber"/>
        <w:spacing w:line="240" w:lineRule="auto"/>
        <w:ind w:left="720"/>
      </w:pPr>
      <w:r/>
      <w:hyperlink r:id="rId13">
        <w:r>
          <w:rPr>
            <w:color w:val="0000EE"/>
            <w:u w:val="single"/>
          </w:rPr>
          <w:t>https://news.google.com/rss/articles/CBMirwFBVV95cUxQcFV6aDFkeDVDVm9TcnVJOGdMMGxwUmYzY3cwX0FZYjZWS0t1eG5EMnM3SHlWRXlqeDB0QUFsclVKV0hOamZNdXZidFAzSkowN1JSLUc0R3JhRGhWTTE2UkxiZ0JUVVBYWWp4MmJOZkFKS2ltNFA0R3ZSenpNQkV6VjdlYU1kY1Bid3N6aEIwZHV6YkYyOWh6aHpiaFp1azBhNEM4c1BQX014TU14RTB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inews.in/news/business/clavrit-digital-solutions-introduces-smart-water-tech-solutions-to-safeguard-critical-water-bodies20241128183127" TargetMode="External"/><Relationship Id="rId11" Type="http://schemas.openxmlformats.org/officeDocument/2006/relationships/hyperlink" Target="https://menafn.com/1108936814/Clavrit-Digital-Solutions-Introduces-Smart-Water-Tech-Solutions-To-Safeguard-Critical-Water-Bodies" TargetMode="External"/><Relationship Id="rId12" Type="http://schemas.openxmlformats.org/officeDocument/2006/relationships/hyperlink" Target="https://globalgrowthforum.com/blog/" TargetMode="External"/><Relationship Id="rId13" Type="http://schemas.openxmlformats.org/officeDocument/2006/relationships/hyperlink" Target="https://news.google.com/rss/articles/CBMirwFBVV95cUxQcFV6aDFkeDVDVm9TcnVJOGdMMGxwUmYzY3cwX0FZYjZWS0t1eG5EMnM3SHlWRXlqeDB0QUFsclVKV0hOamZNdXZidFAzSkowN1JSLUc0R3JhRGhWTTE2UkxiZ0JUVVBYWWp4MmJOZkFKS2ltNFA0R3ZSenpNQkV6VjdlYU1kY1Bid3N6aEIwZHV6YkYyOWh6aHpiaFp1azBhNEM4c1BQX014TU14RTB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