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Katherine Waterston voices concerns over the rapid evolution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be a hot topic of discussion as its rapid advancement sparks both intrigue and concern among various industries, including entertainment. Renowned actress Katherine Waterston recently expressed her apprehension regarding AI's trajectory, particularly in light of her role in the horror film "Afraid," in which an AI home assistant becomes a malevolent force. Waterston articulated her views during an interview with Fox News Digital, citing the potential for innovation and the inherent risks associated with AI, underscoring the necessity for stringent regulation.</w:t>
      </w:r>
      <w:r/>
    </w:p>
    <w:p>
      <w:r/>
      <w:r>
        <w:t>In her remarks, Waterston highlighted a pressing issue: the speed at which AI is evolving is outpacing the frameworks that currently govern it. This observation is shared by many experts in the field, as the capabilities of AI systems expand continuously, often without corresponding guidelines or ethical considerations. Waterston described the situation as "terrifying," signalling a widespread anxiety regarding the implications of unchecked AI development, not just in Hollywood but across society as a whole.</w:t>
      </w:r>
      <w:r/>
    </w:p>
    <w:p>
      <w:r/>
      <w:r>
        <w:t>Currently, Waterston stars in the spy thriller series "The Agency," which is available on Paramount+ in partnership with Showtime. In this series, she portrays a CIA agent embroiled in a complex narrative. The show, adapted from the acclaimed French drama "Le Bureau des Légendes," follows the story of a covert CIA operative, played by Michael Fassbender, who is compelled to leave behind his undercover operations to return to London. Dramatic tension escalates as his past romance resurfaces, threatening both his personal and professional identity.</w:t>
      </w:r>
      <w:r/>
    </w:p>
    <w:p>
      <w:r/>
      <w:r>
        <w:t>Waterston expressed her enthusiasm over the show's multifaceted storytelling and the strong ensemble cast, which includes actors such as Richard Gere. She noted that the script offers a unique perspective on espionage that balances glamour with an insightful critique. This blend of cynicism and a more nuanced understanding of truth in the world of spies allows for rich character development and storytelling.</w:t>
      </w:r>
      <w:r/>
    </w:p>
    <w:p>
      <w:r/>
      <w:r>
        <w:t>In preparation for her role, Waterston delved into the history of women in the CIA, discovering the rich narratives surrounding their contributions. She pointed to a recently published book, "The Sisterhood," which provides a detailed account of female operatives in the CIA, enhancing her understanding of the challenges and attributes necessary for success in such a demanding environment. This historical context not only informed her character choices but also added depth to the portrayal of women's roles within the organisation.</w:t>
      </w:r>
      <w:r/>
    </w:p>
    <w:p>
      <w:r/>
      <w:r>
        <w:t>With "The Agency" currently streaming and new episodes debuting every Friday, the series reflects broader trends in storytelling that resonate with contemporary audiences, particularly in grappling with themes of identity, truth, and the complexities of modern technology. As discussions about AI's impact on various sectors continue, the intersection of these themes within entertainment highlights an increasingly intricate narrative landscape that demands attention.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https://www.foxnews.com/video/6365220742112</w:t>
        </w:r>
      </w:hyperlink>
      <w:r>
        <w:t xml:space="preserve"> - Katherine Waterston's interview with Fox News Digital where she expressed her apprehension regarding AI's trajectory and described the situation as 'terrifying'.</w:t>
      </w:r>
      <w:r/>
    </w:p>
    <w:p>
      <w:pPr>
        <w:pStyle w:val="ListNumber"/>
        <w:spacing w:line="240" w:lineRule="auto"/>
        <w:ind w:left="720"/>
      </w:pPr>
      <w:r/>
      <w:hyperlink r:id="rId11">
        <w:r>
          <w:rPr>
            <w:color w:val="0000EE"/>
            <w:u w:val="single"/>
          </w:rPr>
          <w:t>https://www.foxnews.com/category/tech/artificial-intelligence</w:t>
        </w:r>
      </w:hyperlink>
      <w:r>
        <w:t xml:space="preserve"> - Article mentioning Katherine Waterston's views on AI as 'terrifying' and its implications in various industries.</w:t>
      </w:r>
      <w:r/>
    </w:p>
    <w:p>
      <w:pPr>
        <w:pStyle w:val="ListNumber"/>
        <w:spacing w:line="240" w:lineRule="auto"/>
        <w:ind w:left="720"/>
      </w:pPr>
      <w:r/>
      <w:hyperlink r:id="rId12">
        <w:r>
          <w:rPr>
            <w:color w:val="0000EE"/>
            <w:u w:val="single"/>
          </w:rPr>
          <w:t>https://dnyuz.com/2024/11/29/how-to-focus-like-your-life-depends-on-it/</w:t>
        </w:r>
      </w:hyperlink>
      <w:r>
        <w:t xml:space="preserve"> - Mention of Katherine Waterston's concerns about AI, particularly in the context of her role in an AI horror film.</w:t>
      </w:r>
      <w:r/>
    </w:p>
    <w:p>
      <w:pPr>
        <w:pStyle w:val="ListNumber"/>
        <w:spacing w:line="240" w:lineRule="auto"/>
        <w:ind w:left="720"/>
      </w:pPr>
      <w:r/>
      <w:hyperlink r:id="rId13">
        <w:r>
          <w:rPr>
            <w:color w:val="0000EE"/>
            <w:u w:val="single"/>
          </w:rPr>
          <w:t>https://www.paramountplus.com/shows/the-agency/</w:t>
        </w:r>
      </w:hyperlink>
      <w:r>
        <w:t xml:space="preserve"> - Information about the spy thriller series 'The Agency' starring Katherine Waterston, available on Paramount+ in partnership with Showtime.</w:t>
      </w:r>
      <w:r/>
    </w:p>
    <w:p>
      <w:pPr>
        <w:pStyle w:val="ListNumber"/>
        <w:spacing w:line="240" w:lineRule="auto"/>
        <w:ind w:left="720"/>
      </w:pPr>
      <w:r/>
      <w:hyperlink r:id="rId14">
        <w:r>
          <w:rPr>
            <w:color w:val="0000EE"/>
            <w:u w:val="single"/>
          </w:rPr>
          <w:t>https://www.imdb.com/title/tt14627102/</w:t>
        </w:r>
      </w:hyperlink>
      <w:r>
        <w:t xml:space="preserve"> - Details about the series 'The Agency,' including its adaptation from 'Le Bureau des Légendes' and the cast, which includes Katherine Waterston and Michael Fassbender.</w:t>
      </w:r>
      <w:r/>
    </w:p>
    <w:p>
      <w:pPr>
        <w:pStyle w:val="ListNumber"/>
        <w:spacing w:line="240" w:lineRule="auto"/>
        <w:ind w:left="720"/>
      </w:pPr>
      <w:r/>
      <w:hyperlink r:id="rId15">
        <w:r>
          <w:rPr>
            <w:color w:val="0000EE"/>
            <w:u w:val="single"/>
          </w:rPr>
          <w:t>https://www.goodreads.com/book/show/61114341-the-sisterhood</w:t>
        </w:r>
      </w:hyperlink>
      <w:r>
        <w:t xml:space="preserve"> - Information about the book 'The Sisterhood,' which Katherine Waterston referenced in her preparation for her role in 'The Agency'.</w:t>
      </w:r>
      <w:r/>
    </w:p>
    <w:p>
      <w:pPr>
        <w:pStyle w:val="ListNumber"/>
        <w:spacing w:line="240" w:lineRule="auto"/>
        <w:ind w:left="720"/>
      </w:pPr>
      <w:r/>
      <w:hyperlink r:id="rId16">
        <w:r>
          <w:rPr>
            <w:color w:val="0000EE"/>
            <w:u w:val="single"/>
          </w:rPr>
          <w:t>https://www.showtime.com/the-agency</w:t>
        </w:r>
      </w:hyperlink>
      <w:r>
        <w:t xml:space="preserve"> - Showtime's page for 'The Agency,' detailing the series, its cast, and the narrative, which aligns with Waterston's comments on the show's multifaceted storytelling.</w:t>
      </w:r>
      <w:r/>
    </w:p>
    <w:p>
      <w:pPr>
        <w:pStyle w:val="ListNumber"/>
        <w:spacing w:line="240" w:lineRule="auto"/>
        <w:ind w:left="720"/>
      </w:pPr>
      <w:r/>
      <w:hyperlink r:id="rId17">
        <w:r>
          <w:rPr>
            <w:color w:val="0000EE"/>
            <w:u w:val="single"/>
          </w:rPr>
          <w:t>https://www.paramountplus.com/news/the-agency-new-episodes-friday/</w:t>
        </w:r>
      </w:hyperlink>
      <w:r>
        <w:t xml:space="preserve"> - Information about new episodes of 'The Agency' debuting every Friday, reflecting broader trends in storytelling.</w:t>
      </w:r>
      <w:r/>
    </w:p>
    <w:p>
      <w:pPr>
        <w:pStyle w:val="ListNumber"/>
        <w:spacing w:line="240" w:lineRule="auto"/>
        <w:ind w:left="720"/>
      </w:pPr>
      <w:r/>
      <w:hyperlink r:id="rId18">
        <w:r>
          <w:rPr>
            <w:color w:val="0000EE"/>
            <w:u w:val="single"/>
          </w:rPr>
          <w:t>https://www.noahwire.com/tech/artificial-intelligence-trends/</w:t>
        </w:r>
      </w:hyperlink>
      <w:r>
        <w:t xml:space="preserve"> - General discussion on AI trends and their impact on various sectors, including entertainment, which aligns with the broader themes discussed in the article.</w:t>
      </w:r>
      <w:r/>
    </w:p>
    <w:p>
      <w:pPr>
        <w:pStyle w:val="ListNumber"/>
        <w:spacing w:line="240" w:lineRule="auto"/>
        <w:ind w:left="720"/>
      </w:pPr>
      <w:r/>
      <w:hyperlink r:id="rId19">
        <w:r>
          <w:rPr>
            <w:color w:val="0000EE"/>
            <w:u w:val="single"/>
          </w:rPr>
          <w:t>https://www.cia.gov/about-cia/women-at-cia</w:t>
        </w:r>
      </w:hyperlink>
      <w:r>
        <w:t xml:space="preserve"> - Historical context and information about women in the CIA, which Katherine Waterston researched for her role in 'The Agency'.</w:t>
      </w:r>
      <w:r/>
    </w:p>
    <w:p>
      <w:pPr>
        <w:pStyle w:val="ListNumber"/>
        <w:spacing w:line="240" w:lineRule="auto"/>
        <w:ind w:left="720"/>
      </w:pPr>
      <w:r/>
      <w:hyperlink r:id="rId20">
        <w:r>
          <w:rPr>
            <w:color w:val="0000EE"/>
            <w:u w:val="single"/>
          </w:rPr>
          <w:t>https://www.foxnews.com/tech/artificial-intelligence-regulation</w:t>
        </w:r>
      </w:hyperlink>
      <w:r>
        <w:t xml:space="preserve"> - Discussion on the need for stringent regulation of AI, a point highlighted by Katherine Waterston in her interview.</w:t>
      </w:r>
      <w:r/>
    </w:p>
    <w:p>
      <w:pPr>
        <w:pStyle w:val="ListNumber"/>
        <w:spacing w:line="240" w:lineRule="auto"/>
        <w:ind w:left="720"/>
      </w:pPr>
      <w:r/>
      <w:hyperlink r:id="rId21">
        <w:r>
          <w:rPr>
            <w:color w:val="0000EE"/>
            <w:u w:val="single"/>
          </w:rPr>
          <w:t>https://fox40jackson.com/ai-horror-flick-star-katherine-waterston-admits-new-tech-is-terrifying/?utm_source=rss&amp;utm_medium=rss&amp;utm_campaign=ai-horror-flick-star-katherine-waterston-admits-new-tech-is-terrifying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xnews.com/video/6365220742112" TargetMode="External"/><Relationship Id="rId11" Type="http://schemas.openxmlformats.org/officeDocument/2006/relationships/hyperlink" Target="https://www.foxnews.com/category/tech/artificial-intelligence" TargetMode="External"/><Relationship Id="rId12" Type="http://schemas.openxmlformats.org/officeDocument/2006/relationships/hyperlink" Target="https://dnyuz.com/2024/11/29/how-to-focus-like-your-life-depends-on-it/" TargetMode="External"/><Relationship Id="rId13" Type="http://schemas.openxmlformats.org/officeDocument/2006/relationships/hyperlink" Target="https://www.paramountplus.com/shows/the-agency/" TargetMode="External"/><Relationship Id="rId14" Type="http://schemas.openxmlformats.org/officeDocument/2006/relationships/hyperlink" Target="https://www.imdb.com/title/tt14627102/" TargetMode="External"/><Relationship Id="rId15" Type="http://schemas.openxmlformats.org/officeDocument/2006/relationships/hyperlink" Target="https://www.goodreads.com/book/show/61114341-the-sisterhood" TargetMode="External"/><Relationship Id="rId16" Type="http://schemas.openxmlformats.org/officeDocument/2006/relationships/hyperlink" Target="https://www.showtime.com/the-agency" TargetMode="External"/><Relationship Id="rId17" Type="http://schemas.openxmlformats.org/officeDocument/2006/relationships/hyperlink" Target="https://www.paramountplus.com/news/the-agency-new-episodes-friday/" TargetMode="External"/><Relationship Id="rId18" Type="http://schemas.openxmlformats.org/officeDocument/2006/relationships/hyperlink" Target="https://www.noahwire.com/tech/artificial-intelligence-trends/" TargetMode="External"/><Relationship Id="rId19" Type="http://schemas.openxmlformats.org/officeDocument/2006/relationships/hyperlink" Target="https://www.cia.gov/about-cia/women-at-cia" TargetMode="External"/><Relationship Id="rId20" Type="http://schemas.openxmlformats.org/officeDocument/2006/relationships/hyperlink" Target="https://www.foxnews.com/tech/artificial-intelligence-regulation" TargetMode="External"/><Relationship Id="rId21" Type="http://schemas.openxmlformats.org/officeDocument/2006/relationships/hyperlink" Target="https://fox40jackson.com/ai-horror-flick-star-katherine-waterston-admits-new-tech-is-terrifying/?utm_source=rss&amp;utm_medium=rss&amp;utm_campaign=ai-horror-flick-star-katherine-waterston-admits-new-tech-is-terrif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