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iOS 18.2 with enhanced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announced the rollout of iOS 18.2, an update that significantly enhances the integration of artificial intelligence (AI) within its mobile operating system, aimed at improving usability and productivity for iPhone users. The update, which is now available, introduces several innovative features, most notably the integration of ChatGPT, improved messaging capabilities, and a suite of AI-powered tools designed to streamline user interaction with their devices.</w:t>
      </w:r>
      <w:r/>
    </w:p>
    <w:p>
      <w:r/>
      <w:r>
        <w:t>The iOS 18.2 update is notable for its collaboration with OpenAI, which has made ChatGPT accessible directly through iPhones via Apple Intelligence. This integration allows users to engage in more natural and human-like conversations with Siri, effectively improving the virtual assistant's responsiveness. Users can pose queries either through voice or text, and ChatGPT can provide smart responses, summarise emails, notes, or articles, and suggest actions based on the content of communications. Additionally, the customisation options enable users to tailor the tone and style of ChatGPT's responses to better suit their individual preferences.</w:t>
      </w:r>
      <w:r/>
    </w:p>
    <w:p>
      <w:r/>
      <w:r>
        <w:t>Another significant feature in the iOS 18.2 update is the enhancement in messaging functionality, particularly between iPhone and Android users. This improvement aims to eliminate the so-called 'green bubbles' phenomenon, resulting in a unified messaging experience where users can enjoy higher-quality images and videos, as well as improved group chat functionalities. The update seamlessly bridges the gap between iMessage and standard SMS, ensuring that conversations remain coherent and connected.</w:t>
      </w:r>
      <w:r/>
    </w:p>
    <w:p>
      <w:r/>
      <w:r>
        <w:t>Further bolstering the update are a variety of AI-driven tools designed to enhance productivity and creativity. The photo and video editing capabilities have received a boost, with AI suggesting filters, offering background removal, and adjusting lighting with minimal user input. Additionally, users can now benefit from a more personalised approach to health and fitness tracking, with Apple’s AI Health Assistant providing tailored advice based on daily activities, sleep patterns, and nutritional logs. Task automation features have also been introduced, enabling users to streamline repetitive activities such as sending reminders, sorting files, or scheduling appointments.</w:t>
      </w:r>
      <w:r/>
    </w:p>
    <w:p>
      <w:r/>
      <w:r>
        <w:t>The iOS 18.2 update supports a range of devices, including the iPhone 15 series, iPhone 14 series, iPhone 13 series, iPhone 12 series, and iPhone SE (3rd Gen). However, it is important to note that users owning models from the iPhone 11 series or older will not have access to this update.</w:t>
      </w:r>
      <w:r/>
    </w:p>
    <w:p>
      <w:r/>
      <w:r>
        <w:t>Installation of iOS 18.2 is straightforward, requiring users to navigate to the Settings app, select General, and then Software Update. Users are advised to ensure their devices are above 50% battery life and are connected to Wi-Fi before commencing the download and installation process.</w:t>
      </w:r>
      <w:r/>
    </w:p>
    <w:p>
      <w:r/>
      <w:r>
        <w:t>Industry analysts view this update as a pivotal move by Apple, showcasing the company's dedication to leveraging modern AI capabilities in its products. The incorporation of ChatGPT and other smart features positions Apple strategically against competitors like Google and Samsung. The updates not only enhance user experience but also underscore Apple's commitment to maintaining its status as a leader in technology innovation within the mobile space.</w:t>
      </w:r>
      <w:r/>
    </w:p>
    <w:p>
      <w:r/>
      <w:r>
        <w:t>The launch of iOS 18.2 marks an important evolution in mobile OS technology, with features designed to meet the demands of contemporary users seeking smarter, more intuitive engagement with their devices. Whether one is a longtime Apple user or contemplating a shift, the inclusion of these advanced AI tools signifies a considerable upgrade in the overall iPhone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https://appleinsider.com/articles/24/12/05/ios-182-is-nearing-its-public-release-and-its-packed-with-ai-features</w:t>
        </w:r>
      </w:hyperlink>
      <w:r>
        <w:t xml:space="preserve"> - Corroborates the integration of ChatGPT with Siri and Writing Tools, and the introduction of new AI features in iOS 18.2.</w:t>
      </w:r>
      <w:r/>
    </w:p>
    <w:p>
      <w:pPr>
        <w:pStyle w:val="ListNumber"/>
        <w:spacing w:line="240" w:lineRule="auto"/>
        <w:ind w:left="720"/>
      </w:pPr>
      <w:r/>
      <w:hyperlink r:id="rId11">
        <w:r>
          <w:rPr>
            <w:color w:val="0000EE"/>
            <w:u w:val="single"/>
          </w:rPr>
          <w:t>https://www.apple.com/newsroom/2024/12/apple-intelligence-now-features-image-playground-genmoji-and-more/</w:t>
        </w:r>
      </w:hyperlink>
      <w:r>
        <w:t xml:space="preserve"> - Supports the introduction of Apple Intelligence features, including Image Playground, Genmoji, and ChatGPT integration in iOS 18.2.</w:t>
      </w:r>
      <w:r/>
    </w:p>
    <w:p>
      <w:pPr>
        <w:pStyle w:val="ListNumber"/>
        <w:spacing w:line="240" w:lineRule="auto"/>
        <w:ind w:left="720"/>
      </w:pPr>
      <w:r/>
      <w:hyperlink r:id="rId12">
        <w:r>
          <w:rPr>
            <w:color w:val="0000EE"/>
            <w:u w:val="single"/>
          </w:rPr>
          <w:t>https://geekculture.co/apple-ios-18-2-adds-chatgpt-integration-more-ai-tools-and-voice-memos-layered-recording/</w:t>
        </w:r>
      </w:hyperlink>
      <w:r>
        <w:t xml:space="preserve"> - Confirms the integration of ChatGPT with Siri and Writing Tools, and the introduction of other AI-powered tools like Image Playground and Genmoji.</w:t>
      </w:r>
      <w:r/>
    </w:p>
    <w:p>
      <w:pPr>
        <w:pStyle w:val="ListNumber"/>
        <w:spacing w:line="240" w:lineRule="auto"/>
        <w:ind w:left="720"/>
      </w:pPr>
      <w:r/>
      <w:hyperlink r:id="rId13">
        <w:r>
          <w:rPr>
            <w:color w:val="0000EE"/>
            <w:u w:val="single"/>
          </w:rPr>
          <w:t>https://www.cbsnews.com/news/apple-ios-18-2-artificial-intelligence-whats-new/</w:t>
        </w:r>
      </w:hyperlink>
      <w:r>
        <w:t xml:space="preserve"> - Details the new features in iOS 18.2, including ChatGPT support, Image Playground, and improvements to the camera and mail apps.</w:t>
      </w:r>
      <w:r/>
    </w:p>
    <w:p>
      <w:pPr>
        <w:pStyle w:val="ListNumber"/>
        <w:spacing w:line="240" w:lineRule="auto"/>
        <w:ind w:left="720"/>
      </w:pPr>
      <w:r/>
      <w:hyperlink r:id="rId10">
        <w:r>
          <w:rPr>
            <w:color w:val="0000EE"/>
            <w:u w:val="single"/>
          </w:rPr>
          <w:t>https://appleinsider.com/articles/24/12/05/ios-182-is-nearing-its-public-release-and-its-packed-with-ai-features</w:t>
        </w:r>
      </w:hyperlink>
      <w:r>
        <w:t xml:space="preserve"> - Explains the enhancements to Writing Tools and the use of generative AI for text editing, proofreading, and summarization.</w:t>
      </w:r>
      <w:r/>
    </w:p>
    <w:p>
      <w:pPr>
        <w:pStyle w:val="ListNumber"/>
        <w:spacing w:line="240" w:lineRule="auto"/>
        <w:ind w:left="720"/>
      </w:pPr>
      <w:r/>
      <w:hyperlink r:id="rId11">
        <w:r>
          <w:rPr>
            <w:color w:val="0000EE"/>
            <w:u w:val="single"/>
          </w:rPr>
          <w:t>https://www.apple.com/newsroom/2024/12/apple-intelligence-now-features-image-playground-genmoji-and-more/</w:t>
        </w:r>
      </w:hyperlink>
      <w:r>
        <w:t xml:space="preserve"> - Mentions the availability of iOS 18.2 and the specific devices that support Apple Intelligence features.</w:t>
      </w:r>
      <w:r/>
    </w:p>
    <w:p>
      <w:pPr>
        <w:pStyle w:val="ListNumber"/>
        <w:spacing w:line="240" w:lineRule="auto"/>
        <w:ind w:left="720"/>
      </w:pPr>
      <w:r/>
      <w:hyperlink r:id="rId13">
        <w:r>
          <w:rPr>
            <w:color w:val="0000EE"/>
            <w:u w:val="single"/>
          </w:rPr>
          <w:t>https://www.cbsnews.com/news/apple-ios-18-2-artificial-intelligence-whats-new/</w:t>
        </w:r>
      </w:hyperlink>
      <w:r>
        <w:t xml:space="preserve"> - Provides instructions on how to download and install iOS 18.2, including the requirement for devices to be connected to Wi-Fi and have sufficient battery life.</w:t>
      </w:r>
      <w:r/>
    </w:p>
    <w:p>
      <w:pPr>
        <w:pStyle w:val="ListNumber"/>
        <w:spacing w:line="240" w:lineRule="auto"/>
        <w:ind w:left="720"/>
      </w:pPr>
      <w:r/>
      <w:hyperlink r:id="rId12">
        <w:r>
          <w:rPr>
            <w:color w:val="0000EE"/>
            <w:u w:val="single"/>
          </w:rPr>
          <w:t>https://geekculture.co/apple-ios-18-2-adds-chatgpt-integration-more-ai-tools-and-voice-memos-layered-recording/</w:t>
        </w:r>
      </w:hyperlink>
      <w:r>
        <w:t xml:space="preserve"> - Details the integration of ChatGPT without the need for a ChatGPT account and the control users have over information-sharing and permission settings.</w:t>
      </w:r>
      <w:r/>
    </w:p>
    <w:p>
      <w:pPr>
        <w:pStyle w:val="ListNumber"/>
        <w:spacing w:line="240" w:lineRule="auto"/>
        <w:ind w:left="720"/>
      </w:pPr>
      <w:r/>
      <w:hyperlink r:id="rId13">
        <w:r>
          <w:rPr>
            <w:color w:val="0000EE"/>
            <w:u w:val="single"/>
          </w:rPr>
          <w:t>https://www.cbsnews.com/news/apple-ios-18-2-artificial-intelligence-whats-new/</w:t>
        </w:r>
      </w:hyperlink>
      <w:r>
        <w:t xml:space="preserve"> - Explains the visual intelligence feature that allows users to learn more about their surroundings using the camera.</w:t>
      </w:r>
      <w:r/>
    </w:p>
    <w:p>
      <w:pPr>
        <w:pStyle w:val="ListNumber"/>
        <w:spacing w:line="240" w:lineRule="auto"/>
        <w:ind w:left="720"/>
      </w:pPr>
      <w:r/>
      <w:hyperlink r:id="rId11">
        <w:r>
          <w:rPr>
            <w:color w:val="0000EE"/>
            <w:u w:val="single"/>
          </w:rPr>
          <w:t>https://www.apple.com/newsroom/2024/12/apple-intelligence-now-features-image-playground-genmoji-and-more/</w:t>
        </w:r>
      </w:hyperlink>
      <w:r>
        <w:t xml:space="preserve"> - Highlights the enhancements to user experience and productivity through various AI-driven tools and features.</w:t>
      </w:r>
      <w:r/>
    </w:p>
    <w:p>
      <w:pPr>
        <w:pStyle w:val="ListNumber"/>
        <w:spacing w:line="240" w:lineRule="auto"/>
        <w:ind w:left="720"/>
      </w:pPr>
      <w:r/>
      <w:hyperlink r:id="rId12">
        <w:r>
          <w:rPr>
            <w:color w:val="0000EE"/>
            <w:u w:val="single"/>
          </w:rPr>
          <w:t>https://geekculture.co/apple-ios-18-2-adds-chatgpt-integration-more-ai-tools-and-voice-memos-layered-recording/</w:t>
        </w:r>
      </w:hyperlink>
      <w:r>
        <w:t xml:space="preserve"> - Mentions the broader update to iPad and Mac devices with iPadOS 18.2 and macOS Sequoia 15.2, respectively.</w:t>
      </w:r>
      <w:r/>
    </w:p>
    <w:p>
      <w:pPr>
        <w:pStyle w:val="ListNumber"/>
        <w:spacing w:line="240" w:lineRule="auto"/>
        <w:ind w:left="720"/>
      </w:pPr>
      <w:r/>
      <w:hyperlink r:id="rId14">
        <w:r>
          <w:rPr>
            <w:color w:val="0000EE"/>
            <w:u w:val="single"/>
          </w:rPr>
          <w:t>https://news.google.com/rss/articles/CBMikgFBVV95cUxPSXI4UjVPc09vb1BMR3NLNGx6bHFseGJqMUZtTnYtc1d6ajVNYUJYSmhvaDBCa2cxYXlqUjNGaldUcm5oaUYyTHA1QUV1Nlo1MzdTMWYtNEV4VWhjT1FjWHVOalc1QklGVTV6ZWVVOUo3WlJlUlZCQnRjMFBLVFY2STNmNnR3N2RQNDVnRFdXRDR2Z9IBkgFBVV95cUxPSXI4UjVPc09vb1BMR3NLNGx6bHFseGJqMUZtTnYtc1d6ajVNYUJYSmhvaDBCa2cxYXlqUjNGaldUcm5oaUYyTHA1QUV1Nlo1MzdTMWYtNEV4VWhjT1FjWHVOalc1QklGVTV6ZWVVOUo3WlJlUlZCQnRjMFBLVFY2STNmNnR3N2RQNDVnRFdXRDR2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leinsider.com/articles/24/12/05/ios-182-is-nearing-its-public-release-and-its-packed-with-ai-features" TargetMode="External"/><Relationship Id="rId11" Type="http://schemas.openxmlformats.org/officeDocument/2006/relationships/hyperlink" Target="https://www.apple.com/newsroom/2024/12/apple-intelligence-now-features-image-playground-genmoji-and-more/" TargetMode="External"/><Relationship Id="rId12" Type="http://schemas.openxmlformats.org/officeDocument/2006/relationships/hyperlink" Target="https://geekculture.co/apple-ios-18-2-adds-chatgpt-integration-more-ai-tools-and-voice-memos-layered-recording/" TargetMode="External"/><Relationship Id="rId13" Type="http://schemas.openxmlformats.org/officeDocument/2006/relationships/hyperlink" Target="https://www.cbsnews.com/news/apple-ios-18-2-artificial-intelligence-whats-new/" TargetMode="External"/><Relationship Id="rId14" Type="http://schemas.openxmlformats.org/officeDocument/2006/relationships/hyperlink" Target="https://news.google.com/rss/articles/CBMikgFBVV95cUxPSXI4UjVPc09vb1BMR3NLNGx6bHFseGJqMUZtTnYtc1d6ajVNYUJYSmhvaDBCa2cxYXlqUjNGaldUcm5oaUYyTHA1QUV1Nlo1MzdTMWYtNEV4VWhjT1FjWHVOalc1QklGVTV6ZWVVOUo3WlJlUlZCQnRjMFBLVFY2STNmNnR3N2RQNDVnRFdXRDR2Z9IBkgFBVV95cUxPSXI4UjVPc09vb1BMR3NLNGx6bHFseGJqMUZtTnYtc1d6ajVNYUJYSmhvaDBCa2cxYXlqUjNGaldUcm5oaUYyTHA1QUV1Nlo1MzdTMWYtNEV4VWhjT1FjWHVOalc1QklGVTV6ZWVVOUo3WlJlUlZCQnRjMFBLVFY2STNmNnR3N2RQNDVnRFdXRDR2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