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Amazon rolls out its 20,000th electric delivery van as part of logistics automation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In a significant move towards automating its operations, Amazon has announced the successful deployment of its 20,000th electric delivery van (EDV) on US roads. This milestone is part of the company's broader strategy to enhance efficiency in its logistics while committing to sustainability through the use of electric vehicles, developed in partnership with Rivian. Since their introduction, these vans have collectively delivered nearly a billion packages, and Amazon is on track to expand its fleet to over 100,000 vehicles by 2030.</w:t>
      </w:r>
      <w:r/>
    </w:p>
    <w:p>
      <w:r/>
      <w:r>
        <w:t>The rollout of these vans coincides with Amazon's integration of other advanced technologies within its warehouses. The autonomous forklift market is witnessing rapid growth, projected to expand at a compound annual growth rate (CAGR) of 11.4%, reaching a market size of approximately $12.5 billion by 2034. This growth is underpinned by the increasing demand for automated solutions in logistics, with Amazon’s smart warehouses utilising advanced sensors in their autonomous forklifts to navigate complex environments and perform essential tasks.</w:t>
      </w:r>
      <w:r/>
    </w:p>
    <w:p>
      <w:r/>
      <w:r>
        <w:t>The use of autonomous forklifts has been noted for optimizing the flow of goods within Amazon's fulfilment centres. According to STELLA NOLAN of EV Magazine, these machines "reduce the reliance on manual labour, minimise human error, enhance precision in material handling and enable faster order processing." The forklifts operate continuously, contributing to higher productivity and ensuring efficient order fulfilment for customers.</w:t>
      </w:r>
      <w:r/>
    </w:p>
    <w:p>
      <w:r/>
      <w:r>
        <w:t>Amazon's engagement with Balyo, a French manufacturer of autonomous forklifts, highlights its commitment to this technology. The seven-year agreement, which reportedly could be valued at $346 million, allows Amazon to acquire a 29% stake in the robotics firm, facilitating the integration of cutting-edge technology into its operations.</w:t>
      </w:r>
      <w:r/>
    </w:p>
    <w:p>
      <w:r/>
      <w:r>
        <w:t>Despite potential concerns about the impact of automation on the workforce, the necessity for such innovations is exacerbated by a nationwide operator shortage affecting both logistics and construction sectors. As businesses navigate these challenges, the implementation of robot-operated solutions offers a path forward, enhancing operational capacity while addressing labour shortages.</w:t>
      </w:r>
      <w:r/>
    </w:p>
    <w:p>
      <w:r/>
      <w:r>
        <w:t>As trends in AI automation continue to evolve, the landscape for businesses is shifting rapidly. With projections suggesting an ongoing commitment to AI and robotics, companies like Amazon are not only redefining their operational practices but also setting benchmarks for the industry.</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https://www.aboutamazon.com/news/transportation/everything-you-need-to-know-about-amazons-electric-delivery-vans-from-rivian</w:t>
        </w:r>
      </w:hyperlink>
      <w:r>
        <w:t xml:space="preserve"> - Corroborates the deployment of 20,000 electric delivery vans and Amazon's goal to have 100,000 electric delivery vehicles on the road by 2030.</w:t>
      </w:r>
      <w:r/>
    </w:p>
    <w:p>
      <w:pPr>
        <w:pStyle w:val="ListNumber"/>
        <w:spacing w:line="240" w:lineRule="auto"/>
        <w:ind w:left="720"/>
      </w:pPr>
      <w:r/>
      <w:hyperlink r:id="rId11">
        <w:r>
          <w:rPr>
            <w:color w:val="0000EE"/>
            <w:u w:val="single"/>
          </w:rPr>
          <w:t>https://www.electrive.com/2024/07/31/amazon-has-15000-rivian-delivery-vans-in-the-us/</w:t>
        </w:r>
      </w:hyperlink>
      <w:r>
        <w:t xml:space="preserve"> - Supports the information about Amazon's partnership with Rivian and the deployment of electric delivery vans in the US and Europe.</w:t>
      </w:r>
      <w:r/>
    </w:p>
    <w:p>
      <w:pPr>
        <w:pStyle w:val="ListNumber"/>
        <w:spacing w:line="240" w:lineRule="auto"/>
        <w:ind w:left="720"/>
      </w:pPr>
      <w:r/>
      <w:hyperlink r:id="rId12">
        <w:r>
          <w:rPr>
            <w:color w:val="0000EE"/>
            <w:u w:val="single"/>
          </w:rPr>
          <w:t>https://electrek.co/2025/01/02/autonomous-forklifts-and-20000-electric-delivery-vans-at-amazon/</w:t>
        </w:r>
      </w:hyperlink>
      <w:r>
        <w:t xml:space="preserve"> - Confirms the milestone of the 20,000th electric delivery van and Amazon's use of autonomous forklifts and other advanced technologies.</w:t>
      </w:r>
      <w:r/>
    </w:p>
    <w:p>
      <w:pPr>
        <w:pStyle w:val="ListNumber"/>
        <w:spacing w:line="240" w:lineRule="auto"/>
        <w:ind w:left="720"/>
      </w:pPr>
      <w:r/>
      <w:hyperlink r:id="rId10">
        <w:r>
          <w:rPr>
            <w:color w:val="0000EE"/>
            <w:u w:val="single"/>
          </w:rPr>
          <w:t>https://www.aboutamazon.com/news/transportation/everything-you-need-to-know-about-amazons-electric-delivery-vans-from-rivian</w:t>
        </w:r>
      </w:hyperlink>
      <w:r>
        <w:t xml:space="preserve"> - Details the features and benefits of the electric delivery vans, including their impact on package delivery numbers.</w:t>
      </w:r>
      <w:r/>
    </w:p>
    <w:p>
      <w:pPr>
        <w:pStyle w:val="ListNumber"/>
        <w:spacing w:line="240" w:lineRule="auto"/>
        <w:ind w:left="720"/>
      </w:pPr>
      <w:r/>
      <w:hyperlink r:id="rId11">
        <w:r>
          <w:rPr>
            <w:color w:val="0000EE"/>
            <w:u w:val="single"/>
          </w:rPr>
          <w:t>https://www.electrive.com/2024/07/31/amazon-has-15000-rivian-delivery-vans-in-the-us/</w:t>
        </w:r>
      </w:hyperlink>
      <w:r>
        <w:t xml:space="preserve"> - Provides information on Amazon's charging infrastructure and the integration of various electric vehicle models into its fleet.</w:t>
      </w:r>
      <w:r/>
    </w:p>
    <w:p>
      <w:pPr>
        <w:pStyle w:val="ListNumber"/>
        <w:spacing w:line="240" w:lineRule="auto"/>
        <w:ind w:left="720"/>
      </w:pPr>
      <w:r/>
      <w:hyperlink r:id="rId13">
        <w:r>
          <w:rPr>
            <w:color w:val="0000EE"/>
            <w:u w:val="single"/>
          </w:rPr>
          <w:t>https://en.wikipedia.org/wiki/Rivian_EDV</w:t>
        </w:r>
      </w:hyperlink>
      <w:r>
        <w:t xml:space="preserve"> - Outlines the history and details of Amazon's order for 100,000 Rivian electric delivery vehicles and the collaborative design effort.</w:t>
      </w:r>
      <w:r/>
    </w:p>
    <w:p>
      <w:pPr>
        <w:pStyle w:val="ListNumber"/>
        <w:spacing w:line="240" w:lineRule="auto"/>
        <w:ind w:left="720"/>
      </w:pPr>
      <w:r/>
      <w:hyperlink r:id="rId12">
        <w:r>
          <w:rPr>
            <w:color w:val="0000EE"/>
            <w:u w:val="single"/>
          </w:rPr>
          <w:t>https://electrek.co/2025/01/02/autonomous-forklifts-and-20000-electric-delivery-vans-at-amazon/</w:t>
        </w:r>
      </w:hyperlink>
      <w:r>
        <w:t xml:space="preserve"> - Discusses Amazon's use of autonomous forklifts and AI-powered robots in its warehouses, enhancing efficiency and productivity.</w:t>
      </w:r>
      <w:r/>
    </w:p>
    <w:p>
      <w:pPr>
        <w:pStyle w:val="ListNumber"/>
        <w:spacing w:line="240" w:lineRule="auto"/>
        <w:ind w:left="720"/>
      </w:pPr>
      <w:r/>
      <w:hyperlink r:id="rId10">
        <w:r>
          <w:rPr>
            <w:color w:val="0000EE"/>
            <w:u w:val="single"/>
          </w:rPr>
          <w:t>https://www.aboutamazon.com/news/transportation/everything-you-need-to-know-about-amazons-electric-delivery-vans-from-rivian</w:t>
        </w:r>
      </w:hyperlink>
      <w:r>
        <w:t xml:space="preserve"> - Mentions the widespread deployment of electric vans across numerous U.S. cities and their environmental impact.</w:t>
      </w:r>
      <w:r/>
    </w:p>
    <w:p>
      <w:pPr>
        <w:pStyle w:val="ListNumber"/>
        <w:spacing w:line="240" w:lineRule="auto"/>
        <w:ind w:left="720"/>
      </w:pPr>
      <w:r/>
      <w:hyperlink r:id="rId11">
        <w:r>
          <w:rPr>
            <w:color w:val="0000EE"/>
            <w:u w:val="single"/>
          </w:rPr>
          <w:t>https://www.electrive.com/2024/07/31/amazon-has-15000-rivian-delivery-vans-in-the-us/</w:t>
        </w:r>
      </w:hyperlink>
      <w:r>
        <w:t xml:space="preserve"> - Highlights Amazon's investment in Europe for further electrification and decarbonization of its transport network.</w:t>
      </w:r>
      <w:r/>
    </w:p>
    <w:p>
      <w:pPr>
        <w:pStyle w:val="ListNumber"/>
        <w:spacing w:line="240" w:lineRule="auto"/>
        <w:ind w:left="720"/>
      </w:pPr>
      <w:r/>
      <w:hyperlink r:id="rId12">
        <w:r>
          <w:rPr>
            <w:color w:val="0000EE"/>
            <w:u w:val="single"/>
          </w:rPr>
          <w:t>https://electrek.co/2025/01/02/autonomous-forklifts-and-20000-electric-delivery-vans-at-amazon/</w:t>
        </w:r>
      </w:hyperlink>
      <w:r>
        <w:t xml:space="preserve"> - Supports the integration of advanced technologies, including autonomous forklifts, to optimize warehouse operations.</w:t>
      </w:r>
      <w:r/>
    </w:p>
    <w:p>
      <w:pPr>
        <w:pStyle w:val="ListNumber"/>
        <w:spacing w:line="240" w:lineRule="auto"/>
        <w:ind w:left="720"/>
      </w:pPr>
      <w:r/>
      <w:hyperlink r:id="rId13">
        <w:r>
          <w:rPr>
            <w:color w:val="0000EE"/>
            <w:u w:val="single"/>
          </w:rPr>
          <w:t>https://en.wikipedia.org/wiki/Rivian_EDV</w:t>
        </w:r>
      </w:hyperlink>
      <w:r>
        <w:t xml:space="preserve"> - Details Amazon's broader strategy to convert its delivery fleet to 100% renewable energy by 2030 and sourcing vehicles from other OEMs.</w:t>
      </w:r>
      <w:r/>
    </w:p>
    <w:p>
      <w:pPr>
        <w:pStyle w:val="ListNumber"/>
        <w:spacing w:line="240" w:lineRule="auto"/>
        <w:ind w:left="720"/>
      </w:pPr>
      <w:r/>
      <w:hyperlink r:id="rId12">
        <w:r>
          <w:rPr>
            <w:color w:val="0000EE"/>
            <w:u w:val="single"/>
          </w:rPr>
          <w:t>https://electrek.co/2025/01/02/autonomous-forklifts-and-20000-electric-delivery-vans-at-amazon/</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aboutamazon.com/news/transportation/everything-you-need-to-know-about-amazons-electric-delivery-vans-from-rivian" TargetMode="External"/><Relationship Id="rId11" Type="http://schemas.openxmlformats.org/officeDocument/2006/relationships/hyperlink" Target="https://www.electrive.com/2024/07/31/amazon-has-15000-rivian-delivery-vans-in-the-us/" TargetMode="External"/><Relationship Id="rId12" Type="http://schemas.openxmlformats.org/officeDocument/2006/relationships/hyperlink" Target="https://electrek.co/2025/01/02/autonomous-forklifts-and-20000-electric-delivery-vans-at-amazon/" TargetMode="External"/><Relationship Id="rId13" Type="http://schemas.openxmlformats.org/officeDocument/2006/relationships/hyperlink" Target="https://en.wikipedia.org/wiki/Rivian_EDV"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