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CES 2023 showcases AI innovations in health and beauty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annual CES technology show is set to showcase significant innovation in the realms of health and beauty, with several companies unveiling their latest AI-powered gadgets ahead of the official opening on Tuesday. The event, taking place in Las Vegas, has seen a wave of announcements that highlight how artificial intelligence is shaping consumer experiences in these sectors.</w:t>
      </w:r>
      <w:r/>
    </w:p>
    <w:p>
      <w:r/>
      <w:r>
        <w:t xml:space="preserve">On Sunday evening, Samsung unveiled a beauty mirror that exemplifies this trend, featuring AI capabilities that conduct a quick facial scan to identify and evaluate potential skin issues such as wrinkles, pore size, and discolouration. In partnership with a South Korean beauty firm, the device can also recommend specific skincare products tailored to the user's needs. </w:t>
      </w:r>
      <w:r/>
    </w:p>
    <w:p>
      <w:r/>
      <w:r>
        <w:t>Similarly, skincare giant L’Oréal has introduced an innovative tabletop device named the Cell BioPrint, which features a “lab-on-a-chip” technology. This device gathers skin samples using a cheek strip and combines AI analysis with facial photographs. According to the company, it will provide insights into the user’s skin age, identify possible future skin issues, and highlight which ingredients are best suited for the individual, aiming to enhance the cosmetics shopping experience.</w:t>
      </w:r>
      <w:r/>
    </w:p>
    <w:p>
      <w:r/>
      <w:r>
        <w:t>Another significant entrant focusing on health analysis is the Omnia smart mirror from French health tech firm Withings. This full-length mirror not only offers a comprehensive health analysis by scanning the user's body but also includes an AI assistant that offers health feedback. The Omnia connects with wearable devices, allowing for an integrated overview of the user’s daily health metrics, including weight and heart health.</w:t>
      </w:r>
      <w:r/>
    </w:p>
    <w:p>
      <w:r/>
      <w:r>
        <w:t>The CES event has historically been a platform for showcasing smart home devices, with industry experts anticipating a surge in interest as technology continues to evolve. The trends emerging from CES this year, however, also reflect a diversity of unique gadgets. Among these is the Electric Salt Spoon from Japanese company Kirin, which enhances the flavour of low-sodium foods using electric stimulation to promote healthier eating habits.</w:t>
      </w:r>
      <w:r/>
    </w:p>
    <w:p>
      <w:r/>
      <w:r>
        <w:t>Start-up AtmosGear made headlines with their world-first electric inline skates, designed for convenience and mobility, offering speeds of up to 18 miles per hour and a range of approximately 16 miles through the use of a wearable power pack.</w:t>
      </w:r>
      <w:r/>
    </w:p>
    <w:p>
      <w:r/>
      <w:r>
        <w:t>Additionally, robotics continues to play a prominent role at CES, with the introduction of Tombot's line of robotic puppies. These realistic canine companions are designed to provide emotional support, particularly for individuals unable to care for a live pet due to health conditions. The puppies are equipped with interactive sensors and can respond to voice commands, simulating a more lifelike interaction.</w:t>
      </w:r>
      <w:r/>
    </w:p>
    <w:p>
      <w:r/>
      <w:r>
        <w:t>Overall, the developments at CES highlight a growing trend of leveraging AI and smart technology to craft personalised experiences, enhancing both health management and emotional well-being through innovative products. The full impact of these technologies on business practices and consumer behaviour is yet to unfold as the conference progresses.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https://news.samsung.com/global/samsung-electronics-unveils-samsung-vision-ai-and-new-innovations-at-first-look-2025-delivering-personalized-ai-powered-screens-to-enrich-everyday-life</w:t>
        </w:r>
      </w:hyperlink>
      <w:r>
        <w:t xml:space="preserve"> - Corroborates the information about Samsung's beauty mirror with AI capabilities, including facial scans and skincare product recommendations.</w:t>
      </w:r>
      <w:r/>
    </w:p>
    <w:p>
      <w:pPr>
        <w:pStyle w:val="ListNumber"/>
        <w:spacing w:line="240" w:lineRule="auto"/>
        <w:ind w:left="720"/>
      </w:pPr>
      <w:r/>
      <w:hyperlink r:id="rId11">
        <w:r>
          <w:rPr>
            <w:color w:val="0000EE"/>
            <w:u w:val="single"/>
          </w:rPr>
          <w:t>https://www.ces.tech/ces-innovation-awards/2025/wanna-beauty-ai-virtual-makeup-powered-by-generative-ai/</w:t>
        </w:r>
      </w:hyperlink>
      <w:r>
        <w:t xml:space="preserve"> - Although not directly mentioned in the article, it supports the trend of AI-powered beauty innovations at CES, such as virtual makeup solutions.</w:t>
      </w:r>
      <w:r/>
    </w:p>
    <w:p>
      <w:pPr>
        <w:pStyle w:val="ListNumber"/>
        <w:spacing w:line="240" w:lineRule="auto"/>
        <w:ind w:left="720"/>
      </w:pPr>
      <w:r/>
      <w:hyperlink r:id="rId12">
        <w:r>
          <w:rPr>
            <w:color w:val="0000EE"/>
            <w:u w:val="single"/>
          </w:rPr>
          <w:t>https://www.youtube.com/watch?v=YzqumMIabeo</w:t>
        </w:r>
      </w:hyperlink>
      <w:r>
        <w:t xml:space="preserve"> - Provides context on CES 2025 and the focus on healthcare technology, which aligns with the health and beauty innovations discussed.</w:t>
      </w:r>
      <w:r/>
    </w:p>
    <w:p>
      <w:pPr>
        <w:pStyle w:val="ListNumber"/>
        <w:spacing w:line="240" w:lineRule="auto"/>
        <w:ind w:left="720"/>
      </w:pPr>
      <w:r/>
      <w:hyperlink r:id="rId13">
        <w:r>
          <w:rPr>
            <w:color w:val="0000EE"/>
            <w:u w:val="single"/>
          </w:rPr>
          <w:t>https://www.workingnation.com/the-future-of-work-2025/</w:t>
        </w:r>
      </w:hyperlink>
      <w:r>
        <w:t xml:space="preserve"> - Supports the broader theme of technological innovations and their impact on various sectors, including health and beauty, at CES 2025.</w:t>
      </w:r>
      <w:r/>
    </w:p>
    <w:p>
      <w:pPr>
        <w:pStyle w:val="ListNumber"/>
        <w:spacing w:line="240" w:lineRule="auto"/>
        <w:ind w:left="720"/>
      </w:pPr>
      <w:r/>
      <w:hyperlink r:id="rId14">
        <w:r>
          <w:rPr>
            <w:color w:val="0000EE"/>
            <w:u w:val="single"/>
          </w:rPr>
          <w:t>https://www.samsung.com/us/explore/ces-2025/</w:t>
        </w:r>
      </w:hyperlink>
      <w:r>
        <w:t xml:space="preserve"> - Official Samsung page for CES 2025, which would include details on their AI-powered beauty mirror and other innovations.</w:t>
      </w:r>
      <w:r/>
    </w:p>
    <w:p>
      <w:pPr>
        <w:pStyle w:val="ListNumber"/>
        <w:spacing w:line="240" w:lineRule="auto"/>
        <w:ind w:left="720"/>
      </w:pPr>
      <w:r/>
      <w:hyperlink r:id="rId15">
        <w:r>
          <w:rPr>
            <w:color w:val="0000EE"/>
            <w:u w:val="single"/>
          </w:rPr>
          <w:t>https://www.withings.com/us/en/omnia</w:t>
        </w:r>
      </w:hyperlink>
      <w:r>
        <w:t xml:space="preserve"> - Corroborates the information about the Omnia smart mirror from Withings, including its health analysis and AI assistant features.</w:t>
      </w:r>
      <w:r/>
    </w:p>
    <w:p>
      <w:pPr>
        <w:pStyle w:val="ListNumber"/>
        <w:spacing w:line="240" w:lineRule="auto"/>
        <w:ind w:left="720"/>
      </w:pPr>
      <w:r/>
      <w:hyperlink r:id="rId16">
        <w:r>
          <w:rPr>
            <w:color w:val="0000EE"/>
            <w:u w:val="single"/>
          </w:rPr>
          <w:t>https://www.kirin.co.jp/english/news/2025/0106.html</w:t>
        </w:r>
      </w:hyperlink>
      <w:r>
        <w:t xml:space="preserve"> - Although not directly available, this link would theoretically support the information about Kirin's Electric Salt Spoon, as it is a company press release page.</w:t>
      </w:r>
      <w:r/>
    </w:p>
    <w:p>
      <w:pPr>
        <w:pStyle w:val="ListNumber"/>
        <w:spacing w:line="240" w:lineRule="auto"/>
        <w:ind w:left="720"/>
      </w:pPr>
      <w:r/>
      <w:hyperlink r:id="rId17">
        <w:r>
          <w:rPr>
            <w:color w:val="0000EE"/>
            <w:u w:val="single"/>
          </w:rPr>
          <w:t>https://atmosgear.com/</w:t>
        </w:r>
      </w:hyperlink>
      <w:r>
        <w:t xml:space="preserve"> - Supports the information about AtmosGear's electric inline skates, though specific CES 2025 details might not be available on the main site.</w:t>
      </w:r>
      <w:r/>
    </w:p>
    <w:p>
      <w:pPr>
        <w:pStyle w:val="ListNumber"/>
        <w:spacing w:line="240" w:lineRule="auto"/>
        <w:ind w:left="720"/>
      </w:pPr>
      <w:r/>
      <w:hyperlink r:id="rId18">
        <w:r>
          <w:rPr>
            <w:color w:val="0000EE"/>
            <w:u w:val="single"/>
          </w:rPr>
          <w:t>https://tombot.com/</w:t>
        </w:r>
      </w:hyperlink>
      <w:r>
        <w:t xml:space="preserve"> - Corroborates the information about Tombot's robotic puppies, including their interactive sensors and voice command capabilities.</w:t>
      </w:r>
      <w:r/>
    </w:p>
    <w:p>
      <w:pPr>
        <w:pStyle w:val="ListNumber"/>
        <w:spacing w:line="240" w:lineRule="auto"/>
        <w:ind w:left="720"/>
      </w:pPr>
      <w:r/>
      <w:hyperlink r:id="rId19">
        <w:r>
          <w:rPr>
            <w:color w:val="0000EE"/>
            <w:u w:val="single"/>
          </w:rPr>
          <w:t>https://www.ces.tech/</w:t>
        </w:r>
      </w:hyperlink>
      <w:r>
        <w:t xml:space="preserve"> - The official CES website, which would have comprehensive coverage of all the innovations and products showcased at CES 2025.</w:t>
      </w:r>
      <w:r/>
    </w:p>
    <w:p>
      <w:pPr>
        <w:pStyle w:val="ListNumber"/>
        <w:spacing w:line="240" w:lineRule="auto"/>
        <w:ind w:left="720"/>
      </w:pPr>
      <w:r/>
      <w:hyperlink r:id="rId20">
        <w:r>
          <w:rPr>
            <w:color w:val="0000EE"/>
            <w:u w:val="single"/>
          </w:rPr>
          <w:t>https://www.laroche-posay.com/en-us/cell-bioprint</w:t>
        </w:r>
      </w:hyperlink>
      <w:r>
        <w:t xml:space="preserve"> - Although not directly available, this link would theoretically support the information about L’Oréal's Cell BioPrint device, as it is related to the company's skincare innovations.</w:t>
      </w:r>
      <w:r/>
    </w:p>
    <w:p>
      <w:pPr>
        <w:pStyle w:val="ListNumber"/>
        <w:spacing w:line="240" w:lineRule="auto"/>
        <w:ind w:left="720"/>
      </w:pPr>
      <w:r/>
      <w:hyperlink r:id="rId21">
        <w:r>
          <w:rPr>
            <w:color w:val="0000EE"/>
            <w:u w:val="single"/>
          </w:rPr>
          <w:t>https://www.independent.co.uk/business/ces-2025-aipowered-beauty-mirrors-and-robot-pets-among-gadgets-on-display-b2674637.html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news.samsung.com/global/samsung-electronics-unveils-samsung-vision-ai-and-new-innovations-at-first-look-2025-delivering-personalized-ai-powered-screens-to-enrich-everyday-life" TargetMode="External"/><Relationship Id="rId11" Type="http://schemas.openxmlformats.org/officeDocument/2006/relationships/hyperlink" Target="https://www.ces.tech/ces-innovation-awards/2025/wanna-beauty-ai-virtual-makeup-powered-by-generative-ai/" TargetMode="External"/><Relationship Id="rId12" Type="http://schemas.openxmlformats.org/officeDocument/2006/relationships/hyperlink" Target="https://www.youtube.com/watch?v=YzqumMIabeo" TargetMode="External"/><Relationship Id="rId13" Type="http://schemas.openxmlformats.org/officeDocument/2006/relationships/hyperlink" Target="https://www.workingnation.com/the-future-of-work-2025/" TargetMode="External"/><Relationship Id="rId14" Type="http://schemas.openxmlformats.org/officeDocument/2006/relationships/hyperlink" Target="https://www.samsung.com/us/explore/ces-2025/" TargetMode="External"/><Relationship Id="rId15" Type="http://schemas.openxmlformats.org/officeDocument/2006/relationships/hyperlink" Target="https://www.withings.com/us/en/omnia" TargetMode="External"/><Relationship Id="rId16" Type="http://schemas.openxmlformats.org/officeDocument/2006/relationships/hyperlink" Target="https://www.kirin.co.jp/english/news/2025/0106.html" TargetMode="External"/><Relationship Id="rId17" Type="http://schemas.openxmlformats.org/officeDocument/2006/relationships/hyperlink" Target="https://atmosgear.com/" TargetMode="External"/><Relationship Id="rId18" Type="http://schemas.openxmlformats.org/officeDocument/2006/relationships/hyperlink" Target="https://tombot.com/" TargetMode="External"/><Relationship Id="rId19" Type="http://schemas.openxmlformats.org/officeDocument/2006/relationships/hyperlink" Target="https://www.ces.tech/" TargetMode="External"/><Relationship Id="rId20" Type="http://schemas.openxmlformats.org/officeDocument/2006/relationships/hyperlink" Target="https://www.laroche-posay.com/en-us/cell-bioprint" TargetMode="External"/><Relationship Id="rId21" Type="http://schemas.openxmlformats.org/officeDocument/2006/relationships/hyperlink" Target="https://www.independent.co.uk/business/ces-2025-aipowered-beauty-mirrors-and-robot-pets-among-gadgets-on-display-b2674637.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