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wearable technology in health and fitness</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The landscape of health and fitness is undergoing a significant transformation through advancements in wearable technology. Devices ranging from smartwatches to sophisticated smart clothing are changing how individuals monitor, record, and improve their overall wellbeing. This shift is particularly focused on the convergence of preventive medicine and health education as wearables increasingly embed features designed for various lifestyles, including sports, casual use, and management of chronic illnesses.</w:t>
      </w:r>
      <w:r/>
    </w:p>
    <w:p>
      <w:r/>
      <w:r>
        <w:t>As technology continues to evolve, the necessity for wearable fitness and health devices is projected to rise. Upcoming innovations include hydration monitors, needle-free glucose monitors, and potentially AI-driven mental health assessments. The adaptation of these advanced technologies draws parallels with other industries, such as online iGaming, where enticing offers like the Spin City Casino No Deposit bonus are reshaping the entertainment landscape.</w:t>
      </w:r>
      <w:r/>
    </w:p>
    <w:p>
      <w:r/>
      <w:r>
        <w:t>The evolution of wearable technology has come a long way from its early days with basic pedometers to a realm filled with devices powered by artificial intelligence (AI), machine learning, and sophisticated biometric sensors. The increasing demand for fitness optimisation, continuous health monitoring, and preventive medicine has catalysed this rapid development.</w:t>
      </w:r>
      <w:r/>
    </w:p>
    <w:p>
      <w:r/>
      <w:r>
        <w:t>Notably, experts assert there is no indication that the growth of wearables will slow down. Future innovations may include solar-powered devices designed for energy-efficient operations, improvements in hydration monitoring, and non-invasive blood glucose tracking. The anticipated rollout of 5G connectivity is set to further enhance the efficiency of these wearables, embedding them deeper into the healthcare ecosystem.</w:t>
      </w:r>
      <w:r/>
    </w:p>
    <w:p>
      <w:r/>
      <w:r>
        <w:t>Modern wearable technologies offer numerous indispensable advantages. One major benefit is health monitoring capability. Devices such as the Fitbit Sense and Apple Watch Series allow users to track vital statistics like blood oxygen levels, heart rate, and sleep patterns, enhancing awareness of personal health conditions. Likewise, activity tracking features in these devices accurately record metrics such as steps and calories burned while providing customised workout plans based on individual goals.</w:t>
      </w:r>
      <w:r/>
    </w:p>
    <w:p>
      <w:r/>
      <w:r>
        <w:t>Some wearables are even certified as medical-grade technology; for instance, the Withings ScanWatch is designed for detecting conditions such as sleep apnea and arrhythmias. AI technology further enriches the user experience by analysing collected data and delivering personalised recommendations regarding exercise routines or necessary rest periods, enhancing the efficacy of these health-monitoring devices.</w:t>
      </w:r>
      <w:r/>
    </w:p>
    <w:p>
      <w:r/>
      <w:r>
        <w:t>Moreover, these sophisticated gadgets are categorised broadly into four types, each aimed at improving specific aspects of health and fitness monitoring:</w:t>
      </w:r>
      <w:r/>
    </w:p>
    <w:p>
      <w:r/>
      <w:r>
        <w:t xml:space="preserve">1. </w:t>
      </w:r>
      <w:r>
        <w:rPr>
          <w:b/>
        </w:rPr>
        <w:t>Fitness Trackers</w:t>
      </w:r>
      <w:r>
        <w:t>: Devices like the Xiaomi Mi Band focus primarily on fitness metrics, appealing to those more concerned with accurate data tracking.</w:t>
      </w:r>
      <w:r/>
    </w:p>
    <w:p>
      <w:r/>
      <w:r>
        <w:t xml:space="preserve">2. </w:t>
      </w:r>
      <w:r>
        <w:rPr>
          <w:b/>
        </w:rPr>
        <w:t>Wearable Medical Devices</w:t>
      </w:r>
      <w:r>
        <w:t>: These encompass biosensors for specific health metrics, such as heart rate and glucose levels.</w:t>
      </w:r>
      <w:r/>
    </w:p>
    <w:p>
      <w:r/>
      <w:r>
        <w:t xml:space="preserve">3. </w:t>
      </w:r>
      <w:r>
        <w:rPr>
          <w:b/>
        </w:rPr>
        <w:t>Smart Clothing</w:t>
      </w:r>
      <w:r>
        <w:t>: Equipped with built-in sensors, garments like Hexoskin shirts track metrics like posture and muscle movement during workouts.</w:t>
      </w:r>
      <w:r/>
    </w:p>
    <w:p>
      <w:r/>
      <w:r>
        <w:t xml:space="preserve">4. </w:t>
      </w:r>
      <w:r>
        <w:rPr>
          <w:b/>
        </w:rPr>
        <w:t>Augmented Reality (AR) Wearables</w:t>
      </w:r>
      <w:r>
        <w:t>: Devices like smart glasses allow users to access real-time overlay data, enhancing the exercise experience and contributing to better-informed decision-making.</w:t>
      </w:r>
      <w:r/>
    </w:p>
    <w:p>
      <w:r/>
      <w:r>
        <w:t>The integration of such wearable technology offers notable benefits, including real-time data feedback that allows users to swiftly adjust their practices for optimal outcomes. This is particularly beneficial for athletes, enabling them to monitor their heart rate zones during training to maximise performance. Additionally, gamification strategies—incorporating features like achievement badges and leaderboards—encourage adherence to fitness routines through increased motivation and social interaction.</w:t>
      </w:r>
      <w:r/>
    </w:p>
    <w:p>
      <w:r/>
      <w:r>
        <w:t>Moreover, wearable devices serve a significant role in preventive healthcare by facilitating early diagnosis. For instance, devices equipped with blood oxygen and ECG sensors provide critical insights that can prompt users to seek immediate medical advice, potentially averting significant health complications.</w:t>
      </w:r>
      <w:r/>
    </w:p>
    <w:p>
      <w:r/>
      <w:r>
        <w:t>The emphasis on personalisation is another key attribute of modern wearables. Through the data they collect, these devices can generate personalised insights and actionable recommendations, ensuring that wellness and fitness programmes remain effective and sustainable.</w:t>
      </w:r>
      <w:r/>
    </w:p>
    <w:p>
      <w:r/>
      <w:r>
        <w:t>In conclusion, wearable technology has revolutionised the way individuals engage with their health and fitness. As advancements continue to emerge, these devices promise to offer unprecedented convenience and accessibility. With innovations in AI, AR, and medical-grade sensors, wearables are set to become essential tools in promoting healthier lifestyles, catering to a diverse range of users, from fitness enthusiasts to those aimed at managing chronic health conditions.</w:t>
      </w:r>
      <w:r/>
    </w:p>
    <w:p>
      <w:r/>
      <w:r>
        <w:t xml:space="preserve">Source: </w:t>
      </w:r>
      <w:hyperlink r:id="rId9">
        <w:r>
          <w:rPr>
            <w:color w:val="0000EE"/>
            <w:u w:val="single"/>
          </w:rPr>
          <w:t>Noah Wire Services</w:t>
        </w:r>
      </w:hyperlink>
      <w:r/>
    </w:p>
    <w:p>
      <w:pPr>
        <w:pStyle w:val="Heading2"/>
      </w:pPr>
      <w:r>
        <w:t>Bibliography</w:t>
      </w:r>
      <w:r/>
      <w:r/>
    </w:p>
    <w:p>
      <w:pPr>
        <w:pStyle w:val="ListNumber"/>
        <w:numPr>
          <w:ilvl w:val="0"/>
          <w:numId w:val="14"/>
        </w:numPr>
        <w:spacing w:line="240" w:lineRule="auto"/>
        <w:ind w:left="720"/>
      </w:pPr>
      <w:r/>
      <w:hyperlink r:id="rId10">
        <w:r>
          <w:rPr>
            <w:color w:val="0000EE"/>
            <w:u w:val="single"/>
          </w:rPr>
          <w:t>https://www.medicaldevice-network.com/analyst-comment/wearable-technology-fitness-wellness/</w:t>
        </w:r>
      </w:hyperlink>
      <w:r>
        <w:t xml:space="preserve"> - This article discusses the advancements in wearable technology for fitness and wellness, including the integration of AI, machine learning, and sophisticated biometric sensors, and how these devices support overall wellness and healthcare.</w:t>
      </w:r>
      <w:r/>
    </w:p>
    <w:p>
      <w:pPr>
        <w:pStyle w:val="ListNumber"/>
        <w:spacing w:line="240" w:lineRule="auto"/>
        <w:ind w:left="720"/>
      </w:pPr>
      <w:r/>
      <w:hyperlink r:id="rId11">
        <w:r>
          <w:rPr>
            <w:color w:val="0000EE"/>
            <w:u w:val="single"/>
          </w:rPr>
          <w:t>https://9meters.com/technology/the-future-of-wearables-exploring-next-generation-technological-innovations</w:t>
        </w:r>
      </w:hyperlink>
      <w:r>
        <w:t xml:space="preserve"> - This article explores the future of wearable technology, including innovations such as continuous glucose monitoring, blood pressure tracking, and early disease detection, highlighting how wearables are transforming healthcare.</w:t>
      </w:r>
      <w:r/>
    </w:p>
    <w:p>
      <w:pPr>
        <w:pStyle w:val="ListNumber"/>
        <w:spacing w:line="240" w:lineRule="auto"/>
        <w:ind w:left="720"/>
      </w:pPr>
      <w:r/>
      <w:hyperlink r:id="rId12">
        <w:r>
          <w:rPr>
            <w:color w:val="0000EE"/>
            <w:u w:val="single"/>
          </w:rPr>
          <w:t>https://www.hollyroser.com/post/tech-driven-fitness-navigating-the-latest-trends-in-wearable-technology/</w:t>
        </w:r>
      </w:hyperlink>
      <w:r>
        <w:t xml:space="preserve"> - This post discusses the latest trends in wearable technology, including advanced sensors, AI-driven health assessments, and the integration of wearables with other health and fitness tools, emphasizing their role in personalized fitness and health management.</w:t>
      </w:r>
      <w:r/>
    </w:p>
    <w:p>
      <w:pPr>
        <w:pStyle w:val="ListNumber"/>
        <w:spacing w:line="240" w:lineRule="auto"/>
        <w:ind w:left="720"/>
      </w:pPr>
      <w:r/>
      <w:hyperlink r:id="rId11">
        <w:r>
          <w:rPr>
            <w:color w:val="0000EE"/>
            <w:u w:val="single"/>
          </w:rPr>
          <w:t>https://9meters.com/technology/the-future-of-wearables-exploring-next-generation-technological-innovations</w:t>
        </w:r>
      </w:hyperlink>
      <w:r>
        <w:t xml:space="preserve"> - This article details the evolution of wearable technology beyond basic fitness tracking, including smart clothing, augmented reality integration, and energy harvesting capabilities, which are set to enhance health and fitness monitoring.</w:t>
      </w:r>
      <w:r/>
    </w:p>
    <w:p>
      <w:pPr>
        <w:pStyle w:val="ListNumber"/>
        <w:spacing w:line="240" w:lineRule="auto"/>
        <w:ind w:left="720"/>
      </w:pPr>
      <w:r/>
      <w:hyperlink r:id="rId10">
        <w:r>
          <w:rPr>
            <w:color w:val="0000EE"/>
            <w:u w:val="single"/>
          </w:rPr>
          <w:t>https://www.medicaldevice-network.com/analyst-comment/wearable-technology-fitness-wellness/</w:t>
        </w:r>
      </w:hyperlink>
      <w:r>
        <w:t xml:space="preserve"> - This article highlights the benefits of wearable technology, such as real-time data feedback, personalized coaching, and the integration of fashion-forward designs, making fitness tracking and wellness monitoring a seamless part of daily life.</w:t>
      </w:r>
      <w:r/>
    </w:p>
    <w:p>
      <w:pPr>
        <w:pStyle w:val="ListNumber"/>
        <w:spacing w:line="240" w:lineRule="auto"/>
        <w:ind w:left="720"/>
      </w:pPr>
      <w:r/>
      <w:hyperlink r:id="rId12">
        <w:r>
          <w:rPr>
            <w:color w:val="0000EE"/>
            <w:u w:val="single"/>
          </w:rPr>
          <w:t>https://www.hollyroser.com/post/tech-driven-fitness-navigating-the-latest-trends-in-wearable-technology/</w:t>
        </w:r>
      </w:hyperlink>
      <w:r>
        <w:t xml:space="preserve"> - This post explains how wearable technology is used in various aspects of health and fitness, including sleep tracking, stress management, and hydration reminders, and how it enhances overall wellness beyond just exercise.</w:t>
      </w:r>
      <w:r/>
    </w:p>
    <w:p>
      <w:pPr>
        <w:pStyle w:val="ListNumber"/>
        <w:spacing w:line="240" w:lineRule="auto"/>
        <w:ind w:left="720"/>
      </w:pPr>
      <w:r/>
      <w:hyperlink r:id="rId11">
        <w:r>
          <w:rPr>
            <w:color w:val="0000EE"/>
            <w:u w:val="single"/>
          </w:rPr>
          <w:t>https://9meters.com/technology/the-future-of-wearables-exploring-next-generation-technological-innovations</w:t>
        </w:r>
      </w:hyperlink>
      <w:r>
        <w:t xml:space="preserve"> - This article discusses the role of wearable devices in preventive healthcare, such as early detection of health issues through ECG and blood oxygen sensors, and how these devices can prompt users to seek medical advice.</w:t>
      </w:r>
      <w:r/>
    </w:p>
    <w:p>
      <w:pPr>
        <w:pStyle w:val="ListNumber"/>
        <w:spacing w:line="240" w:lineRule="auto"/>
        <w:ind w:left="720"/>
      </w:pPr>
      <w:r/>
      <w:hyperlink r:id="rId10">
        <w:r>
          <w:rPr>
            <w:color w:val="0000EE"/>
            <w:u w:val="single"/>
          </w:rPr>
          <w:t>https://www.medicaldevice-network.com/analyst-comment/wearable-technology-fitness-wellness/</w:t>
        </w:r>
      </w:hyperlink>
      <w:r>
        <w:t xml:space="preserve"> - This article emphasizes the personalization aspect of modern wearables, where devices generate personalized insights and actionable recommendations based on the data they collect, ensuring effective and sustainable wellness and fitness programs.</w:t>
      </w:r>
      <w:r/>
    </w:p>
    <w:p>
      <w:pPr>
        <w:pStyle w:val="ListNumber"/>
        <w:spacing w:line="240" w:lineRule="auto"/>
        <w:ind w:left="720"/>
      </w:pPr>
      <w:r/>
      <w:hyperlink r:id="rId12">
        <w:r>
          <w:rPr>
            <w:color w:val="0000EE"/>
            <w:u w:val="single"/>
          </w:rPr>
          <w:t>https://www.hollyroser.com/post/tech-driven-fitness-navigating-the-latest-trends-in-wearable-technology/</w:t>
        </w:r>
      </w:hyperlink>
      <w:r>
        <w:t xml:space="preserve"> - This post highlights the integration of wearable technology with other health and fitness tools, such as smart scales and nutrition apps, allowing for a holistic approach to health and fitness management.</w:t>
      </w:r>
      <w:r/>
    </w:p>
    <w:p>
      <w:pPr>
        <w:pStyle w:val="ListNumber"/>
        <w:spacing w:line="240" w:lineRule="auto"/>
        <w:ind w:left="720"/>
      </w:pPr>
      <w:r/>
      <w:hyperlink r:id="rId11">
        <w:r>
          <w:rPr>
            <w:color w:val="0000EE"/>
            <w:u w:val="single"/>
          </w:rPr>
          <w:t>https://9meters.com/technology/the-future-of-wearables-exploring-next-generation-technological-innovations</w:t>
        </w:r>
      </w:hyperlink>
      <w:r>
        <w:t xml:space="preserve"> - This article mentions the potential future innovations in wearable technology, including solar-powered devices, improvements in hydration monitoring, and non-invasive blood glucose tracking, which will further enhance the efficiency of these wearables.</w:t>
      </w:r>
      <w:r/>
    </w:p>
    <w:p>
      <w:pPr>
        <w:pStyle w:val="ListNumber"/>
        <w:spacing w:line="240" w:lineRule="auto"/>
        <w:ind w:left="720"/>
      </w:pPr>
      <w:r/>
      <w:hyperlink r:id="rId10">
        <w:r>
          <w:rPr>
            <w:color w:val="0000EE"/>
            <w:u w:val="single"/>
          </w:rPr>
          <w:t>https://www.medicaldevice-network.com/analyst-comment/wearable-technology-fitness-wellness/</w:t>
        </w:r>
      </w:hyperlink>
      <w:r>
        <w:t xml:space="preserve"> - This article discusses the various types of wearable devices, such as fitness trackers, wearable medical devices, smart clothing, and augmented reality wearables, each aimed at improving specific aspects of health and fitness monitoring.</w:t>
      </w:r>
      <w:r/>
    </w:p>
    <w:p>
      <w:pPr>
        <w:pStyle w:val="ListNumber"/>
        <w:spacing w:line="240" w:lineRule="auto"/>
        <w:ind w:left="720"/>
      </w:pPr>
      <w:r/>
      <w:hyperlink r:id="rId13">
        <w:r>
          <w:rPr>
            <w:color w:val="0000EE"/>
            <w:u w:val="single"/>
          </w:rPr>
          <w:t>https://www.wrestlingattitude.com/2025/01/wearable-tech-advanced-health-and-fitness-gadgets.html</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 w:numId="14">
    <w:abstractNumId w:val="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medicaldevice-network.com/analyst-comment/wearable-technology-fitness-wellness/" TargetMode="External"/><Relationship Id="rId11" Type="http://schemas.openxmlformats.org/officeDocument/2006/relationships/hyperlink" Target="https://9meters.com/technology/the-future-of-wearables-exploring-next-generation-technological-innovations" TargetMode="External"/><Relationship Id="rId12" Type="http://schemas.openxmlformats.org/officeDocument/2006/relationships/hyperlink" Target="https://www.hollyroser.com/post/tech-driven-fitness-navigating-the-latest-trends-in-wearable-technology/" TargetMode="External"/><Relationship Id="rId13" Type="http://schemas.openxmlformats.org/officeDocument/2006/relationships/hyperlink" Target="https://www.wrestlingattitude.com/2025/01/wearable-tech-advanced-health-and-fitness-gadgets.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