
<file path=[Content_Types].xml><?xml version="1.0" encoding="utf-8"?>
<Types xmlns="http://schemas.openxmlformats.org/package/2006/content-types">
  <Default Extension="jpg" ContentType="image/jpeg"/>
  <Default Extension="rels" ContentType="application/vnd.openxmlformats-package.relationships+xml"/>
  <Default Extension="xml" ContentType="application/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word/document.xml" ContentType="application/vnd.openxmlformats-officedocument.wordprocessingml.document.main+xml"/>
  <Override PartName="/word/fontTable.xml" ContentType="application/vnd.openxmlformats-officedocument.wordprocessingml.fontTable+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Override PartName="/word/webSettings.xml" ContentType="application/vnd.openxmlformats-officedocument.wordprocessingml.webSetting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pPr>
        <w:pStyle w:val="Heading1"/>
      </w:pPr>
      <w:r>
        <w:t>The transformative role of automation in biotherapeutics development</w:t>
      </w:r>
      <w:r/>
    </w:p>
    <w:p>
      <w:r/>
      <w:r/>
    </w:p>
    <w:p>
      <w:r>
        <w:drawing>
          <wp:inline xmlns:a="http://schemas.openxmlformats.org/drawingml/2006/main" xmlns:pic="http://schemas.openxmlformats.org/drawingml/2006/picture">
            <wp:extent cx="5080000" cy="2902857"/>
            <wp:docPr id="1" name="Picture 1"/>
            <wp:cNvGraphicFramePr>
              <a:graphicFrameLocks noChangeAspect="1"/>
            </wp:cNvGraphicFramePr>
            <a:graphic>
              <a:graphicData uri="http://schemas.openxmlformats.org/drawingml/2006/picture">
                <pic:pic>
                  <pic:nvPicPr>
                    <pic:cNvPr id="0" name="image.jpg"/>
                    <pic:cNvPicPr/>
                  </pic:nvPicPr>
                  <pic:blipFill>
                    <a:blip r:embed="rId8"/>
                    <a:stretch>
                      <a:fillRect/>
                    </a:stretch>
                  </pic:blipFill>
                  <pic:spPr>
                    <a:xfrm>
                      <a:off x="0" y="0"/>
                      <a:ext cx="5080000" cy="2902857"/>
                    </a:xfrm>
                    <a:prstGeom prst="rect"/>
                  </pic:spPr>
                </pic:pic>
              </a:graphicData>
            </a:graphic>
          </wp:inline>
        </w:drawing>
      </w:r>
    </w:p>
    <w:p>
      <w:r/>
      <w:r>
        <w:t>The biotherapeutics industry, particularly the development of monoclonal antibodies and recombinant proteins, is witnessing a significant transformation driven by advancements in automation technologies. Key issues within cell line development (CLD), such as genetic instability and unwanted post-translational modifications, pose challenges that can dramatically impact the production process. These issues often become apparent only after considerable time and resources have been invested, which can lead to costly setbacks.</w:t>
      </w:r>
      <w:r/>
    </w:p>
    <w:p>
      <w:r/>
      <w:r>
        <w:t>One of the persistent challenges in CLD is the trade-off between productivity and stability during cell line selection. Typically, scientists favour high-yielding clones; however, these selections often struggle to perform consistently under large-scale manufacturing conditions due to various environmental stresses. The integration of automated screening and predictive capabilities is emerging as a critical strategy to address these concerns throughout the CLD workflow.</w:t>
      </w:r>
      <w:r/>
    </w:p>
    <w:p>
      <w:r/>
      <w:r>
        <w:t>Automation, while not set to replace human roles entirely, is progressively streamlining processes that have traditionally relied on manual interventions. Many companies in the biologics development arena are introducing innovative products aimed at minimising waste, controlling costs, and equipping researchers with data analysis tools to make informed decisions in real-time regarding productivity and stability.</w:t>
      </w:r>
      <w:r/>
    </w:p>
    <w:p>
      <w:r/>
      <w:r>
        <w:t>A noteworthy development in this space is the application of gene editing techniques alongside next-generation sequencing (NGS) to enhance the generation and characterization of clones on a large scale. Automation facilitates the editing, isolation, and screening of thousands of clones, using methods such as CRISPR-Cas9 and transposase systems to ensure the selection of optimal clones for further development. Additionally, scientists now have access to automated tools that quickly assess the genetic stability of clones, confirming integration sites and identifying any off-target effects.</w:t>
      </w:r>
      <w:r/>
    </w:p>
    <w:p>
      <w:r/>
      <w:r>
        <w:t>To expand on the evolving role of automation in CLD, GEN engaged with industry professionals, including Michael Lutz, PhD, CEO of iotaSciences. Lutz stated, “Automation is facilitating any gene editing techniques for clone generation. According to a recent internal survey about CRISPR-Cas9, single-cell cloning poses the biggest challenge of such workflow. Automation helps to overcome this by performing all tedious liquid handling steps, while reliably assuring monoclonality and high cloning efficiency."</w:t>
      </w:r>
      <w:r/>
    </w:p>
    <w:p>
      <w:r/>
      <w:r>
        <w:t>Adam Causer, PhD, global product manager for the Solentim portfolio at Advanced Instruments, highlighted the transformative nature of automation in cell screening. He noted, “Automation has fundamentally transformed cell screening in CLD by incorporating sophisticated imaging technologies and artificial intelligence, allowing for the high-throughput analysis of cellular images and enabling the detection of subtle phenotypic differences for selecting the most promising clones." Furthermore, he remarked on how automated platforms enhance the accuracy and efficiency of outcomes, significantly reducing development timelines and costs.</w:t>
      </w:r>
      <w:r/>
    </w:p>
    <w:p>
      <w:r/>
      <w:r>
        <w:t>The shift towards integrated automation presents a holistic approach to CLD workflows. As per Lutz, while automation can provide solid end-to-end solutions, some manual tasks remain, particularly between the identification of monoclonal cultures and subsequent operational steps. Nevertheless, the continuous evolution of equipment and processes aims to address these operational bottlenecks.</w:t>
      </w:r>
      <w:r/>
    </w:p>
    <w:p>
      <w:r/>
      <w:r>
        <w:t>Causer added that while automation has drastically improved the CLD workflow by connecting isolated stages—ranging from single-cell seeding through to productivity analysis—the challenge of seamless data integration remains. Laboratories often experience issues with data silos created by disparate systems, which leads to cumbersome manual data consolidation processes. However, advancements in fully integrated systems are poised to reduce these issues significantly, enabling real-time monitoring and predictive analytics while also facilitating regulatory compliance through the generation of comprehensive, audit-ready datasets.</w:t>
      </w:r>
      <w:r/>
    </w:p>
    <w:p>
      <w:r/>
      <w:r>
        <w:t>Moreover, the ability of automated technologies to adapt CLD to different therapeutic modalities, such as vectors for vaccines or gene therapies, is further reinforcing their pivotal role in biomanufacturing. Lutz explained that the adaptability of automation varies with the CLD platform, emphasizing the relationship between cell robustness and overall viability for these diverse applications. Causer also noted that one of the critical benefits of automation is its flexibility, enabling consistent performance across various therapeutic modalities, thereby supporting scalability from research to production.</w:t>
      </w:r>
      <w:r/>
    </w:p>
    <w:p>
      <w:r/>
      <w:r>
        <w:t>The growing automation landscape in CLD not only promises to enhance efficiency and reliability but also aligns with the increasing demand for precision in biotherapeutic development. The transition towards these advanced methodologies represents a significant step forward in addressing the complex challenges of biomanufacturing in an ever-evolving industry.</w:t>
      </w:r>
      <w:r/>
    </w:p>
    <w:p>
      <w:r/>
      <w:r>
        <w:t xml:space="preserve">Source: </w:t>
      </w:r>
      <w:hyperlink r:id="rId9">
        <w:r>
          <w:rPr>
            <w:color w:val="0000EE"/>
            <w:u w:val="single"/>
          </w:rPr>
          <w:t>Noah Wire Services</w:t>
        </w:r>
      </w:hyperlink>
      <w:r/>
    </w:p>
    <w:p>
      <w:pPr>
        <w:pStyle w:val="Heading2"/>
      </w:pPr>
      <w:r>
        <w:t>Bibliography</w:t>
      </w:r>
      <w:r/>
      <w:r/>
    </w:p>
    <w:p>
      <w:pPr>
        <w:pStyle w:val="ListNumber"/>
        <w:numPr>
          <w:ilvl w:val="0"/>
          <w:numId w:val="14"/>
        </w:numPr>
        <w:spacing w:line="240" w:lineRule="auto"/>
        <w:ind w:left="720"/>
      </w:pPr>
      <w:r/>
      <w:hyperlink r:id="rId10">
        <w:r>
          <w:rPr>
            <w:color w:val="0000EE"/>
            <w:u w:val="single"/>
          </w:rPr>
          <w:t>https://www.europeanpharmaceuticalreview.com/news/181543/automation-to-accelerate-biopharma-in-next-decade/</w:t>
        </w:r>
      </w:hyperlink>
      <w:r>
        <w:t xml:space="preserve"> - Corroborates the growth and impact of automation in the biopharma industry, including the use of robotics and AI to enhance product safety and streamline manufacturing processes.</w:t>
      </w:r>
      <w:r/>
    </w:p>
    <w:p>
      <w:pPr>
        <w:pStyle w:val="ListNumber"/>
        <w:spacing w:line="240" w:lineRule="auto"/>
        <w:ind w:left="720"/>
      </w:pPr>
      <w:r/>
      <w:hyperlink r:id="rId11">
        <w:r>
          <w:rPr>
            <w:color w:val="0000EE"/>
            <w:u w:val="single"/>
          </w:rPr>
          <w:t>https://www.labmanager.com/conquer-cell-line-development-challenges-with-precision-solutions-32712</w:t>
        </w:r>
      </w:hyperlink>
      <w:r>
        <w:t xml:space="preserve"> - Discusses the challenges in cell line development, such as ensuring monoclonality and maintaining cell viability, and how automation can address these issues.</w:t>
      </w:r>
      <w:r/>
    </w:p>
    <w:p>
      <w:pPr>
        <w:pStyle w:val="ListNumber"/>
        <w:spacing w:line="240" w:lineRule="auto"/>
        <w:ind w:left="720"/>
      </w:pPr>
      <w:r/>
      <w:hyperlink r:id="rId12">
        <w:r>
          <w:rPr>
            <w:color w:val="0000EE"/>
            <w:u w:val="single"/>
          </w:rPr>
          <w:t>https://www.biopharminternational.com/view/streamlining-bioprocesses-with-automation</w:t>
        </w:r>
      </w:hyperlink>
      <w:r>
        <w:t xml:space="preserve"> - Highlights the evolution of automation in biopharmaceutical development and manufacturing, including the use of connected smart instruments and process analytical technologies (PAT).</w:t>
      </w:r>
      <w:r/>
    </w:p>
    <w:p>
      <w:pPr>
        <w:pStyle w:val="ListNumber"/>
        <w:spacing w:line="240" w:lineRule="auto"/>
        <w:ind w:left="720"/>
      </w:pPr>
      <w:r/>
      <w:hyperlink r:id="rId13">
        <w:r>
          <w:rPr>
            <w:color w:val="0000EE"/>
            <w:u w:val="single"/>
          </w:rPr>
          <w:t>https://www.news-medical.net/whitepaper/20230316/How-to-overcome-the-biggest-challenges-in-Cell-Line-development.aspx</w:t>
        </w:r>
      </w:hyperlink>
      <w:r>
        <w:t xml:space="preserve"> - Addresses the challenges in cell line development, including genetic instability and difficulties with automated cloning methods, and suggests solutions using advanced technologies.</w:t>
      </w:r>
      <w:r/>
    </w:p>
    <w:p>
      <w:pPr>
        <w:pStyle w:val="ListNumber"/>
        <w:spacing w:line="240" w:lineRule="auto"/>
        <w:ind w:left="720"/>
      </w:pPr>
      <w:r/>
      <w:hyperlink r:id="rId10">
        <w:r>
          <w:rPr>
            <w:color w:val="0000EE"/>
            <w:u w:val="single"/>
          </w:rPr>
          <w:t>https://www.europeanpharmaceuticalreview.com/news/181543/automation-to-accelerate-biopharma-in-next-decade/</w:t>
        </w:r>
      </w:hyperlink>
      <w:r>
        <w:t xml:space="preserve"> - Mentions the trend towards injectables and individualized drugs, which increases the focus on sterility and the need for automated solutions.</w:t>
      </w:r>
      <w:r/>
    </w:p>
    <w:p>
      <w:pPr>
        <w:pStyle w:val="ListNumber"/>
        <w:spacing w:line="240" w:lineRule="auto"/>
        <w:ind w:left="720"/>
      </w:pPr>
      <w:r/>
      <w:hyperlink r:id="rId12">
        <w:r>
          <w:rPr>
            <w:color w:val="0000EE"/>
            <w:u w:val="single"/>
          </w:rPr>
          <w:t>https://www.biopharminternational.com/view/streamlining-bioprocesses-with-automation</w:t>
        </w:r>
      </w:hyperlink>
      <w:r>
        <w:t xml:space="preserve"> - Explains how automation integrates data from various sources, improving manufacturing intelligence and reducing manual labor efforts through technologies like PAT.</w:t>
      </w:r>
      <w:r/>
    </w:p>
    <w:p>
      <w:pPr>
        <w:pStyle w:val="ListNumber"/>
        <w:spacing w:line="240" w:lineRule="auto"/>
        <w:ind w:left="720"/>
      </w:pPr>
      <w:r/>
      <w:hyperlink r:id="rId11">
        <w:r>
          <w:rPr>
            <w:color w:val="0000EE"/>
            <w:u w:val="single"/>
          </w:rPr>
          <w:t>https://www.labmanager.com/conquer-cell-line-development-challenges-with-precision-solutions-32712</w:t>
        </w:r>
      </w:hyperlink>
      <w:r>
        <w:t xml:space="preserve"> - Details the importance of precision in cell line development, including the use of advanced imaging technologies and AI for high-throughput analysis.</w:t>
      </w:r>
      <w:r/>
    </w:p>
    <w:p>
      <w:pPr>
        <w:pStyle w:val="ListNumber"/>
        <w:spacing w:line="240" w:lineRule="auto"/>
        <w:ind w:left="720"/>
      </w:pPr>
      <w:r/>
      <w:hyperlink r:id="rId10">
        <w:r>
          <w:rPr>
            <w:color w:val="0000EE"/>
            <w:u w:val="single"/>
          </w:rPr>
          <w:t>https://www.europeanpharmaceuticalreview.com/news/181543/automation-to-accelerate-biopharma-in-next-decade/</w:t>
        </w:r>
      </w:hyperlink>
      <w:r>
        <w:t xml:space="preserve"> - Notes the role of major players in the automation market, such as Rockwell Automation and Thermo Fisher Scientific, in driving innovation through mergers, acquisitions, and R&amp;D investments.</w:t>
      </w:r>
      <w:r/>
    </w:p>
    <w:p>
      <w:pPr>
        <w:pStyle w:val="ListNumber"/>
        <w:spacing w:line="240" w:lineRule="auto"/>
        <w:ind w:left="720"/>
      </w:pPr>
      <w:r/>
      <w:hyperlink r:id="rId12">
        <w:r>
          <w:rPr>
            <w:color w:val="0000EE"/>
            <w:u w:val="single"/>
          </w:rPr>
          <w:t>https://www.biopharminternational.com/view/streamlining-bioprocesses-with-automation</w:t>
        </w:r>
      </w:hyperlink>
      <w:r>
        <w:t xml:space="preserve"> - Describes the use of digital twins and Industry 4.0 facilities to improve manufacturing processes and reduce costs and time in biopharmaceutical development.</w:t>
      </w:r>
      <w:r/>
    </w:p>
    <w:p>
      <w:pPr>
        <w:pStyle w:val="ListNumber"/>
        <w:spacing w:line="240" w:lineRule="auto"/>
        <w:ind w:left="720"/>
      </w:pPr>
      <w:r/>
      <w:hyperlink r:id="rId13">
        <w:r>
          <w:rPr>
            <w:color w:val="0000EE"/>
            <w:u w:val="single"/>
          </w:rPr>
          <w:t>https://www.news-medical.net/whitepaper/20230316/How-to-overcome-the-biggest-challenges-in-Cell-Line-development.aspx</w:t>
        </w:r>
      </w:hyperlink>
      <w:r>
        <w:t xml:space="preserve"> - Discusses the application of gene editing techniques like CRISPR-Cas9 and the importance of automated tools in assessing genetic stability and identifying off-target effects.</w:t>
      </w:r>
      <w:r/>
    </w:p>
    <w:p>
      <w:pPr>
        <w:pStyle w:val="ListNumber"/>
        <w:spacing w:line="240" w:lineRule="auto"/>
        <w:ind w:left="720"/>
      </w:pPr>
      <w:r/>
      <w:hyperlink r:id="rId10">
        <w:r>
          <w:rPr>
            <w:color w:val="0000EE"/>
            <w:u w:val="single"/>
          </w:rPr>
          <w:t>https://www.europeanpharmaceuticalreview.com/news/181543/automation-to-accelerate-biopharma-in-next-decade/</w:t>
        </w:r>
      </w:hyperlink>
      <w:r>
        <w:t xml:space="preserve"> - Highlights the impact of automation on handling various formats and sizes in pharmaceutical production lines, reducing downtime and improving adaptability.</w:t>
      </w:r>
      <w:r/>
    </w:p>
    <w:p>
      <w:pPr>
        <w:pStyle w:val="ListNumber"/>
        <w:spacing w:line="240" w:lineRule="auto"/>
        <w:ind w:left="720"/>
      </w:pPr>
      <w:r/>
      <w:hyperlink r:id="rId14">
        <w:r>
          <w:rPr>
            <w:color w:val="0000EE"/>
            <w:u w:val="single"/>
          </w:rPr>
          <w:t>https://www.genengnews.com/topics/drug-discovery/automation-in-cell-line-development-for-biotherapeutics-current-trends-and-challenges/</w:t>
        </w:r>
      </w:hyperlink>
      <w:r>
        <w:t xml:space="preserve"> - Please view link - unable to able to access data</w:t>
      </w:r>
      <w:r/>
    </w:p>
    <w:sectPr w:rsidR="008F16EB" w:rsidRPr="008F16EB" w:rsidSect="00034616">
      <w:pgSz w:w="12240" w:h="15840"/>
      <w:pgMar w:top="1440" w:right="1800" w:bottom="1440" w:left="180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decorative"/>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4D"/>
    <w:family w:val="decorative"/>
    <w:pitch w:val="variable"/>
    <w:sig w:usb0="00000003" w:usb1="00000000" w:usb2="00000000" w:usb3="00000000" w:csb0="80000001" w:csb1="00000000"/>
  </w:font>
  <w:font w:name="Franklin Gothic Book">
    <w:panose1 w:val="020B0503020102020204"/>
    <w:charset w:val="00"/>
    <w:family w:val="swiss"/>
    <w:pitch w:val="variable"/>
    <w:sig w:usb0="00000287" w:usb1="00000000" w:usb2="00000000" w:usb3="00000000" w:csb0="0000009F" w:csb1="00000000"/>
  </w:font>
  <w:font w:name="MS Mincho">
    <w:altName w:val="ＭＳ 明朝"/>
    <w:panose1 w:val="02020609040205080304"/>
    <w:charset w:val="80"/>
    <w:family w:val="modern"/>
    <w:pitch w:val="fixed"/>
    <w:sig w:usb0="E00002FF" w:usb1="6AC7FDFB" w:usb2="08000012" w:usb3="00000000" w:csb0="0002009F" w:csb1="00000000"/>
  </w:font>
  <w:font w:name="MS Gothic">
    <w:altName w:val="ＭＳ ゴシック"/>
    <w:panose1 w:val="020B0609070205080204"/>
    <w:charset w:val="80"/>
    <w:family w:val="modern"/>
    <w:notTrueType/>
    <w:pitch w:val="fixed"/>
    <w:sig w:usb0="E00002FF" w:usb1="6AC7FDFB" w:usb2="08000012" w:usb3="00000000" w:csb0="0002009F" w:csb1="00000000"/>
  </w:font>
  <w:font w:name="Courier">
    <w:altName w:val="Courier New"/>
    <w:panose1 w:val="02070309020205020404"/>
    <w:charset w:val="00"/>
    <w:family w:val="auto"/>
    <w:pitch w:val="variable"/>
    <w:sig w:usb0="00000003" w:usb1="00000000" w:usb2="00000000" w:usb3="00000000" w:csb0="00000001"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FFFFFF7C"/>
    <w:multiLevelType w:val="singleLevel"/>
    <w:tmpl w:val="C310EC42"/>
    <w:lvl w:ilvl="0">
      <w:start w:val="1"/>
      <w:numFmt w:val="decimal"/>
      <w:lvlText w:val="%1."/>
      <w:lvlJc w:val="left"/>
      <w:pPr>
        <w:tabs>
          <w:tab w:val="num" w:pos="1800"/>
        </w:tabs>
        <w:ind w:left="1800" w:hanging="360"/>
      </w:pPr>
    </w:lvl>
  </w:abstractNum>
  <w:abstractNum w:abstractNumId="1" w15:restartNumberingAfterBreak="0">
    <w:nsid w:val="FFFFFF7D"/>
    <w:multiLevelType w:val="singleLevel"/>
    <w:tmpl w:val="E4089024"/>
    <w:lvl w:ilvl="0">
      <w:start w:val="1"/>
      <w:numFmt w:val="decimal"/>
      <w:lvlText w:val="%1."/>
      <w:lvlJc w:val="left"/>
      <w:pPr>
        <w:tabs>
          <w:tab w:val="num" w:pos="1440"/>
        </w:tabs>
        <w:ind w:left="1440" w:hanging="360"/>
      </w:pPr>
    </w:lvl>
  </w:abstractNum>
  <w:abstractNum w:abstractNumId="2" w15:restartNumberingAfterBreak="0">
    <w:nsid w:val="FFFFFF7E"/>
    <w:multiLevelType w:val="singleLevel"/>
    <w:tmpl w:val="FB12693A"/>
    <w:lvl w:ilvl="0">
      <w:start w:val="1"/>
      <w:numFmt w:val="decimal"/>
      <w:pStyle w:val="ListNumber3"/>
      <w:lvlText w:val="%1."/>
      <w:lvlJc w:val="left"/>
      <w:pPr>
        <w:tabs>
          <w:tab w:val="num" w:pos="1080"/>
        </w:tabs>
        <w:ind w:left="1080" w:hanging="360"/>
      </w:pPr>
    </w:lvl>
  </w:abstractNum>
  <w:abstractNum w:abstractNumId="3" w15:restartNumberingAfterBreak="0">
    <w:nsid w:val="FFFFFF7F"/>
    <w:multiLevelType w:val="singleLevel"/>
    <w:tmpl w:val="38441652"/>
    <w:lvl w:ilvl="0">
      <w:start w:val="1"/>
      <w:numFmt w:val="decimal"/>
      <w:pStyle w:val="ListNumber2"/>
      <w:lvlText w:val="%1."/>
      <w:lvlJc w:val="left"/>
      <w:pPr>
        <w:tabs>
          <w:tab w:val="num" w:pos="720"/>
        </w:tabs>
        <w:ind w:left="720" w:hanging="360"/>
      </w:pPr>
    </w:lvl>
  </w:abstractNum>
  <w:abstractNum w:abstractNumId="4" w15:restartNumberingAfterBreak="0">
    <w:nsid w:val="FFFFFF81"/>
    <w:multiLevelType w:val="singleLevel"/>
    <w:tmpl w:val="171AC3A4"/>
    <w:lvl w:ilvl="0">
      <w:start w:val="1"/>
      <w:numFmt w:val="bullet"/>
      <w:lvlText w:val=""/>
      <w:lvlJc w:val="left"/>
      <w:pPr>
        <w:tabs>
          <w:tab w:val="num" w:pos="1440"/>
        </w:tabs>
        <w:ind w:left="1440" w:hanging="360"/>
      </w:pPr>
      <w:rPr>
        <w:rFonts w:ascii="Symbol" w:hAnsi="Symbol" w:hint="default"/>
      </w:rPr>
    </w:lvl>
  </w:abstractNum>
  <w:abstractNum w:abstractNumId="5" w15:restartNumberingAfterBreak="0">
    <w:nsid w:val="FFFFFF82"/>
    <w:multiLevelType w:val="singleLevel"/>
    <w:tmpl w:val="F3EAFDEC"/>
    <w:lvl w:ilvl="0">
      <w:start w:val="1"/>
      <w:numFmt w:val="bullet"/>
      <w:pStyle w:val="ListBullet3"/>
      <w:lvlText w:val=""/>
      <w:lvlJc w:val="left"/>
      <w:pPr>
        <w:tabs>
          <w:tab w:val="num" w:pos="1080"/>
        </w:tabs>
        <w:ind w:left="1080" w:hanging="360"/>
      </w:pPr>
      <w:rPr>
        <w:rFonts w:ascii="Symbol" w:hAnsi="Symbol" w:hint="default"/>
      </w:rPr>
    </w:lvl>
  </w:abstractNum>
  <w:abstractNum w:abstractNumId="6" w15:restartNumberingAfterBreak="0">
    <w:nsid w:val="FFFFFF83"/>
    <w:multiLevelType w:val="singleLevel"/>
    <w:tmpl w:val="3D1EFFD4"/>
    <w:lvl w:ilvl="0">
      <w:start w:val="1"/>
      <w:numFmt w:val="bullet"/>
      <w:pStyle w:val="ListBullet2"/>
      <w:lvlText w:val=""/>
      <w:lvlJc w:val="left"/>
      <w:pPr>
        <w:tabs>
          <w:tab w:val="num" w:pos="720"/>
        </w:tabs>
        <w:ind w:left="720" w:hanging="360"/>
      </w:pPr>
      <w:rPr>
        <w:rFonts w:ascii="Symbol" w:hAnsi="Symbol" w:hint="default"/>
      </w:rPr>
    </w:lvl>
  </w:abstractNum>
  <w:abstractNum w:abstractNumId="7" w15:restartNumberingAfterBreak="0">
    <w:nsid w:val="FFFFFF88"/>
    <w:multiLevelType w:val="singleLevel"/>
    <w:tmpl w:val="D0A62B40"/>
    <w:lvl w:ilvl="0">
      <w:start w:val="1"/>
      <w:numFmt w:val="decimal"/>
      <w:pStyle w:val="ListNumber"/>
      <w:lvlText w:val="%1."/>
      <w:lvlJc w:val="left"/>
      <w:pPr>
        <w:tabs>
          <w:tab w:val="num" w:pos="360"/>
        </w:tabs>
        <w:ind w:left="360" w:hanging="360"/>
      </w:pPr>
    </w:lvl>
  </w:abstractNum>
  <w:abstractNum w:abstractNumId="8" w15:restartNumberingAfterBreak="0">
    <w:nsid w:val="FFFFFF89"/>
    <w:multiLevelType w:val="singleLevel"/>
    <w:tmpl w:val="29761A62"/>
    <w:lvl w:ilvl="0">
      <w:start w:val="1"/>
      <w:numFmt w:val="bullet"/>
      <w:pStyle w:val="ListBullet"/>
      <w:lvlText w:val=""/>
      <w:lvlJc w:val="left"/>
      <w:pPr>
        <w:tabs>
          <w:tab w:val="num" w:pos="360"/>
        </w:tabs>
        <w:ind w:left="360" w:hanging="360"/>
      </w:pPr>
      <w:rPr>
        <w:rFonts w:ascii="Symbol" w:hAnsi="Symbol" w:hint="default"/>
      </w:rPr>
    </w:lvl>
  </w:abstractNum>
  <w:abstractNum w:abstractNumId="9" w15:restartNumberingAfterBreak="0">
    <w:nsid w:val="79911088"/>
    <w:multiLevelType w:val="hybridMultilevel"/>
    <w:tmpl w:val="B89254AA"/>
    <w:lvl w:ilvl="0" w:tplc="5ED0EE42">
      <w:start w:val="1"/>
      <w:numFmt w:val="bullet"/>
      <w:lvlText w:val=""/>
      <w:lvlJc w:val="left"/>
      <w:pPr>
        <w:ind w:left="144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16cid:durableId="1583565639">
    <w:abstractNumId w:val="8"/>
  </w:num>
  <w:num w:numId="2" w16cid:durableId="1689715716">
    <w:abstractNumId w:val="6"/>
  </w:num>
  <w:num w:numId="3" w16cid:durableId="1422219261">
    <w:abstractNumId w:val="5"/>
  </w:num>
  <w:num w:numId="4" w16cid:durableId="1639651746">
    <w:abstractNumId w:val="4"/>
  </w:num>
  <w:num w:numId="5" w16cid:durableId="268244051">
    <w:abstractNumId w:val="7"/>
  </w:num>
  <w:num w:numId="6" w16cid:durableId="527262389">
    <w:abstractNumId w:val="3"/>
  </w:num>
  <w:num w:numId="7" w16cid:durableId="2116093898">
    <w:abstractNumId w:val="2"/>
  </w:num>
  <w:num w:numId="8" w16cid:durableId="1487162739">
    <w:abstractNumId w:val="1"/>
  </w:num>
  <w:num w:numId="9" w16cid:durableId="1639265226">
    <w:abstractNumId w:val="0"/>
  </w:num>
  <w:num w:numId="10" w16cid:durableId="495808350">
    <w:abstractNumId w:val="7"/>
    <w:lvlOverride w:ilvl="0">
      <w:startOverride w:val="1"/>
    </w:lvlOverride>
  </w:num>
  <w:num w:numId="11" w16cid:durableId="1894850684">
    <w:abstractNumId w:val="9"/>
  </w:num>
  <w:num w:numId="12" w16cid:durableId="1467312115">
    <w:abstractNumId w:val="9"/>
  </w:num>
  <w:num w:numId="13" w16cid:durableId="1615862868">
    <w:abstractNumId w:val="9"/>
  </w:num>
  <w:num w:numId="14">
    <w:abstractNumId w:val="7"/>
    <w:lvlOverride w:ilvl="0">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50"/>
  <w:proofState w:spelling="clean" w:grammar="clean"/>
  <w:attachedTemplate r:id="rId1"/>
  <w:defaultTabStop w:val="720"/>
  <w:defaultTableStyle w:val="Noah"/>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733E31"/>
    <w:rsid w:val="00034616"/>
    <w:rsid w:val="0006063C"/>
    <w:rsid w:val="0015074B"/>
    <w:rsid w:val="0029639D"/>
    <w:rsid w:val="00326F90"/>
    <w:rsid w:val="00327C26"/>
    <w:rsid w:val="006072D1"/>
    <w:rsid w:val="00641096"/>
    <w:rsid w:val="00733E31"/>
    <w:rsid w:val="00782A44"/>
    <w:rsid w:val="007D0B83"/>
    <w:rsid w:val="008F16EB"/>
    <w:rsid w:val="00920A5B"/>
    <w:rsid w:val="00AA1D8D"/>
    <w:rsid w:val="00B47730"/>
    <w:rsid w:val="00CB0664"/>
    <w:rsid w:val="00F369D9"/>
    <w:rsid w:val="00FC693F"/>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1026"/>
    <o:shapelayout v:ext="edit">
      <o:idmap v:ext="edit" data="1"/>
    </o:shapelayout>
  </w:shapeDefaults>
  <w:decimalSymbol w:val="."/>
  <w:listSeparator w:val=","/>
  <w14:docId w14:val="22B5D908"/>
  <w14:defaultImageDpi w14:val="300"/>
  <w15:docId w15:val="{AFAB448B-A191-DB46-889A-C1A710B4FEA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sz w:val="22"/>
        <w:szCs w:val="22"/>
        <w:lang w:val="en-US"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641096"/>
  </w:style>
  <w:style w:type="paragraph" w:styleId="Heading1">
    <w:name w:val="heading 1"/>
    <w:basedOn w:val="Normal"/>
    <w:next w:val="Normal"/>
    <w:link w:val="Heading1Char"/>
    <w:uiPriority w:val="9"/>
    <w:qFormat/>
    <w:rsid w:val="00641096"/>
    <w:pPr>
      <w:keepNext/>
      <w:keepLines/>
      <w:spacing w:before="480" w:after="0"/>
      <w:outlineLvl w:val="0"/>
    </w:pPr>
    <w:rPr>
      <w:rFonts w:asciiTheme="majorHAnsi" w:eastAsiaTheme="majorEastAsia" w:hAnsiTheme="majorHAnsi" w:cstheme="majorBidi"/>
      <w:b/>
      <w:bCs/>
      <w:color w:val="0F4761" w:themeColor="accent1" w:themeShade="BF"/>
      <w:sz w:val="28"/>
      <w:szCs w:val="28"/>
    </w:rPr>
  </w:style>
  <w:style w:type="paragraph" w:styleId="Heading2">
    <w:name w:val="heading 2"/>
    <w:basedOn w:val="Normal"/>
    <w:next w:val="Normal"/>
    <w:link w:val="Heading2Char"/>
    <w:uiPriority w:val="9"/>
    <w:unhideWhenUsed/>
    <w:qFormat/>
    <w:rsid w:val="00641096"/>
    <w:pPr>
      <w:keepNext/>
      <w:keepLines/>
      <w:spacing w:before="200" w:after="0"/>
      <w:outlineLvl w:val="1"/>
    </w:pPr>
    <w:rPr>
      <w:rFonts w:asciiTheme="majorHAnsi" w:eastAsiaTheme="majorEastAsia" w:hAnsiTheme="majorHAnsi" w:cstheme="majorBidi"/>
      <w:b/>
      <w:bCs/>
      <w:color w:val="156082" w:themeColor="accent1"/>
      <w:sz w:val="26"/>
      <w:szCs w:val="26"/>
    </w:rPr>
  </w:style>
  <w:style w:type="paragraph" w:styleId="Heading3">
    <w:name w:val="heading 3"/>
    <w:basedOn w:val="Normal"/>
    <w:next w:val="Normal"/>
    <w:link w:val="Heading3Char"/>
    <w:uiPriority w:val="9"/>
    <w:unhideWhenUsed/>
    <w:qFormat/>
    <w:rsid w:val="00641096"/>
    <w:pPr>
      <w:keepNext/>
      <w:keepLines/>
      <w:spacing w:before="200" w:after="0"/>
      <w:outlineLvl w:val="2"/>
    </w:pPr>
    <w:rPr>
      <w:rFonts w:asciiTheme="majorHAnsi" w:eastAsiaTheme="majorEastAsia" w:hAnsiTheme="majorHAnsi" w:cstheme="majorBidi"/>
      <w:b/>
      <w:bCs/>
      <w:color w:val="156082" w:themeColor="accent1"/>
    </w:rPr>
  </w:style>
  <w:style w:type="paragraph" w:styleId="Heading4">
    <w:name w:val="heading 4"/>
    <w:basedOn w:val="Normal"/>
    <w:next w:val="Normal"/>
    <w:link w:val="Heading4Char"/>
    <w:uiPriority w:val="9"/>
    <w:semiHidden/>
    <w:unhideWhenUsed/>
    <w:qFormat/>
    <w:rsid w:val="00641096"/>
    <w:pPr>
      <w:keepNext/>
      <w:keepLines/>
      <w:spacing w:before="200" w:after="0"/>
      <w:outlineLvl w:val="3"/>
    </w:pPr>
    <w:rPr>
      <w:rFonts w:asciiTheme="majorHAnsi" w:eastAsiaTheme="majorEastAsia" w:hAnsiTheme="majorHAnsi" w:cstheme="majorBidi"/>
      <w:b/>
      <w:bCs/>
      <w:i/>
      <w:iCs/>
      <w:color w:val="156082" w:themeColor="accent1"/>
    </w:rPr>
  </w:style>
  <w:style w:type="paragraph" w:styleId="Heading5">
    <w:name w:val="heading 5"/>
    <w:basedOn w:val="Normal"/>
    <w:next w:val="Normal"/>
    <w:link w:val="Heading5Char"/>
    <w:uiPriority w:val="9"/>
    <w:semiHidden/>
    <w:unhideWhenUsed/>
    <w:qFormat/>
    <w:rsid w:val="00641096"/>
    <w:pPr>
      <w:keepNext/>
      <w:keepLines/>
      <w:spacing w:before="200" w:after="0"/>
      <w:outlineLvl w:val="4"/>
    </w:pPr>
    <w:rPr>
      <w:rFonts w:asciiTheme="majorHAnsi" w:eastAsiaTheme="majorEastAsia" w:hAnsiTheme="majorHAnsi" w:cstheme="majorBidi"/>
      <w:color w:val="0A2F40" w:themeColor="accent1" w:themeShade="7F"/>
    </w:rPr>
  </w:style>
  <w:style w:type="paragraph" w:styleId="Heading6">
    <w:name w:val="heading 6"/>
    <w:basedOn w:val="Normal"/>
    <w:next w:val="Normal"/>
    <w:link w:val="Heading6Char"/>
    <w:uiPriority w:val="9"/>
    <w:semiHidden/>
    <w:unhideWhenUsed/>
    <w:qFormat/>
    <w:rsid w:val="00641096"/>
    <w:pPr>
      <w:keepNext/>
      <w:keepLines/>
      <w:spacing w:before="200" w:after="0"/>
      <w:outlineLvl w:val="5"/>
    </w:pPr>
    <w:rPr>
      <w:rFonts w:asciiTheme="majorHAnsi" w:eastAsiaTheme="majorEastAsia" w:hAnsiTheme="majorHAnsi" w:cstheme="majorBidi"/>
      <w:i/>
      <w:iCs/>
      <w:color w:val="0A2F40" w:themeColor="accent1" w:themeShade="7F"/>
    </w:rPr>
  </w:style>
  <w:style w:type="paragraph" w:styleId="Heading7">
    <w:name w:val="heading 7"/>
    <w:basedOn w:val="Normal"/>
    <w:next w:val="Normal"/>
    <w:link w:val="Heading7Char"/>
    <w:uiPriority w:val="9"/>
    <w:semiHidden/>
    <w:unhideWhenUsed/>
    <w:qFormat/>
    <w:rsid w:val="00641096"/>
    <w:pPr>
      <w:keepNext/>
      <w:keepLines/>
      <w:spacing w:before="200" w:after="0"/>
      <w:outlineLvl w:val="6"/>
    </w:pPr>
    <w:rPr>
      <w:rFonts w:asciiTheme="majorHAnsi" w:eastAsiaTheme="majorEastAsia" w:hAnsiTheme="majorHAnsi" w:cstheme="majorBidi"/>
      <w:i/>
      <w:iCs/>
      <w:color w:val="404040" w:themeColor="text1" w:themeTint="BF"/>
    </w:rPr>
  </w:style>
  <w:style w:type="paragraph" w:styleId="Heading8">
    <w:name w:val="heading 8"/>
    <w:basedOn w:val="Normal"/>
    <w:next w:val="Normal"/>
    <w:link w:val="Heading8Char"/>
    <w:uiPriority w:val="9"/>
    <w:semiHidden/>
    <w:unhideWhenUsed/>
    <w:qFormat/>
    <w:rsid w:val="00641096"/>
    <w:pPr>
      <w:keepNext/>
      <w:keepLines/>
      <w:spacing w:before="200" w:after="0"/>
      <w:outlineLvl w:val="7"/>
    </w:pPr>
    <w:rPr>
      <w:rFonts w:asciiTheme="majorHAnsi" w:eastAsiaTheme="majorEastAsia" w:hAnsiTheme="majorHAnsi" w:cstheme="majorBidi"/>
      <w:color w:val="156082" w:themeColor="accent1"/>
      <w:sz w:val="20"/>
      <w:szCs w:val="20"/>
    </w:rPr>
  </w:style>
  <w:style w:type="paragraph" w:styleId="Heading9">
    <w:name w:val="heading 9"/>
    <w:basedOn w:val="Normal"/>
    <w:next w:val="Normal"/>
    <w:link w:val="Heading9Char"/>
    <w:uiPriority w:val="9"/>
    <w:semiHidden/>
    <w:unhideWhenUsed/>
    <w:qFormat/>
    <w:rsid w:val="00641096"/>
    <w:pPr>
      <w:keepNext/>
      <w:keepLines/>
      <w:spacing w:before="200" w:after="0"/>
      <w:outlineLvl w:val="8"/>
    </w:pPr>
    <w:rPr>
      <w:rFonts w:asciiTheme="majorHAnsi" w:eastAsiaTheme="majorEastAsia" w:hAnsiTheme="majorHAnsi" w:cstheme="majorBidi"/>
      <w:i/>
      <w:iCs/>
      <w:color w:val="404040" w:themeColor="text1" w:themeTint="BF"/>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E618BF"/>
    <w:pPr>
      <w:tabs>
        <w:tab w:val="center" w:pos="4680"/>
        <w:tab w:val="right" w:pos="9360"/>
      </w:tabs>
      <w:spacing w:after="0" w:line="240" w:lineRule="auto"/>
    </w:pPr>
  </w:style>
  <w:style w:type="character" w:customStyle="1" w:styleId="HeaderChar">
    <w:name w:val="Header Char"/>
    <w:basedOn w:val="DefaultParagraphFont"/>
    <w:link w:val="Header"/>
    <w:uiPriority w:val="99"/>
    <w:rsid w:val="00E618BF"/>
  </w:style>
  <w:style w:type="paragraph" w:styleId="Footer">
    <w:name w:val="footer"/>
    <w:basedOn w:val="Normal"/>
    <w:link w:val="FooterChar"/>
    <w:uiPriority w:val="99"/>
    <w:unhideWhenUsed/>
    <w:rsid w:val="00E618BF"/>
    <w:pPr>
      <w:tabs>
        <w:tab w:val="center" w:pos="4680"/>
        <w:tab w:val="right" w:pos="9360"/>
      </w:tabs>
      <w:spacing w:after="0" w:line="240" w:lineRule="auto"/>
    </w:pPr>
  </w:style>
  <w:style w:type="character" w:customStyle="1" w:styleId="FooterChar">
    <w:name w:val="Footer Char"/>
    <w:basedOn w:val="DefaultParagraphFont"/>
    <w:link w:val="Footer"/>
    <w:uiPriority w:val="99"/>
    <w:rsid w:val="00E618BF"/>
  </w:style>
  <w:style w:type="paragraph" w:styleId="NoSpacing">
    <w:name w:val="No Spacing"/>
    <w:link w:val="NoSpacingChar"/>
    <w:uiPriority w:val="1"/>
    <w:qFormat/>
    <w:rsid w:val="00641096"/>
    <w:pPr>
      <w:spacing w:after="0" w:line="240" w:lineRule="auto"/>
    </w:pPr>
  </w:style>
  <w:style w:type="character" w:customStyle="1" w:styleId="Heading1Char">
    <w:name w:val="Heading 1 Char"/>
    <w:basedOn w:val="DefaultParagraphFont"/>
    <w:link w:val="Heading1"/>
    <w:uiPriority w:val="9"/>
    <w:rsid w:val="00641096"/>
    <w:rPr>
      <w:rFonts w:asciiTheme="majorHAnsi" w:eastAsiaTheme="majorEastAsia" w:hAnsiTheme="majorHAnsi" w:cstheme="majorBidi"/>
      <w:b/>
      <w:bCs/>
      <w:color w:val="0F4761" w:themeColor="accent1" w:themeShade="BF"/>
      <w:sz w:val="28"/>
      <w:szCs w:val="28"/>
    </w:rPr>
  </w:style>
  <w:style w:type="character" w:customStyle="1" w:styleId="Heading2Char">
    <w:name w:val="Heading 2 Char"/>
    <w:basedOn w:val="DefaultParagraphFont"/>
    <w:link w:val="Heading2"/>
    <w:uiPriority w:val="9"/>
    <w:rsid w:val="00641096"/>
    <w:rPr>
      <w:rFonts w:asciiTheme="majorHAnsi" w:eastAsiaTheme="majorEastAsia" w:hAnsiTheme="majorHAnsi" w:cstheme="majorBidi"/>
      <w:b/>
      <w:bCs/>
      <w:color w:val="156082" w:themeColor="accent1"/>
      <w:sz w:val="26"/>
      <w:szCs w:val="26"/>
    </w:rPr>
  </w:style>
  <w:style w:type="character" w:customStyle="1" w:styleId="Heading3Char">
    <w:name w:val="Heading 3 Char"/>
    <w:basedOn w:val="DefaultParagraphFont"/>
    <w:link w:val="Heading3"/>
    <w:uiPriority w:val="9"/>
    <w:rsid w:val="00641096"/>
    <w:rPr>
      <w:rFonts w:asciiTheme="majorHAnsi" w:eastAsiaTheme="majorEastAsia" w:hAnsiTheme="majorHAnsi" w:cstheme="majorBidi"/>
      <w:b/>
      <w:bCs/>
      <w:color w:val="156082" w:themeColor="accent1"/>
    </w:rPr>
  </w:style>
  <w:style w:type="paragraph" w:styleId="Title">
    <w:name w:val="Title"/>
    <w:basedOn w:val="Normal"/>
    <w:next w:val="Normal"/>
    <w:link w:val="TitleChar"/>
    <w:uiPriority w:val="10"/>
    <w:qFormat/>
    <w:rsid w:val="00641096"/>
    <w:pPr>
      <w:pBdr>
        <w:bottom w:val="single" w:sz="8" w:space="4" w:color="156082" w:themeColor="accent1"/>
      </w:pBdr>
      <w:spacing w:after="300" w:line="240" w:lineRule="auto"/>
      <w:contextualSpacing/>
    </w:pPr>
    <w:rPr>
      <w:rFonts w:asciiTheme="majorHAnsi" w:eastAsiaTheme="majorEastAsia" w:hAnsiTheme="majorHAnsi" w:cstheme="majorBidi"/>
      <w:color w:val="0A1D30" w:themeColor="text2" w:themeShade="BF"/>
      <w:spacing w:val="5"/>
      <w:kern w:val="28"/>
      <w:sz w:val="52"/>
      <w:szCs w:val="52"/>
    </w:rPr>
  </w:style>
  <w:style w:type="character" w:customStyle="1" w:styleId="TitleChar">
    <w:name w:val="Title Char"/>
    <w:basedOn w:val="DefaultParagraphFont"/>
    <w:link w:val="Title"/>
    <w:uiPriority w:val="10"/>
    <w:rsid w:val="00641096"/>
    <w:rPr>
      <w:rFonts w:asciiTheme="majorHAnsi" w:eastAsiaTheme="majorEastAsia" w:hAnsiTheme="majorHAnsi" w:cstheme="majorBidi"/>
      <w:color w:val="0A1D30" w:themeColor="text2" w:themeShade="BF"/>
      <w:spacing w:val="5"/>
      <w:kern w:val="28"/>
      <w:sz w:val="52"/>
      <w:szCs w:val="52"/>
    </w:rPr>
  </w:style>
  <w:style w:type="paragraph" w:styleId="Subtitle">
    <w:name w:val="Subtitle"/>
    <w:basedOn w:val="Normal"/>
    <w:next w:val="Normal"/>
    <w:link w:val="SubtitleChar"/>
    <w:uiPriority w:val="11"/>
    <w:qFormat/>
    <w:rsid w:val="00641096"/>
    <w:pPr>
      <w:numPr>
        <w:ilvl w:val="1"/>
      </w:numPr>
    </w:pPr>
    <w:rPr>
      <w:rFonts w:asciiTheme="majorHAnsi" w:eastAsiaTheme="majorEastAsia" w:hAnsiTheme="majorHAnsi" w:cstheme="majorBidi"/>
      <w:i/>
      <w:iCs/>
      <w:color w:val="156082" w:themeColor="accent1"/>
      <w:spacing w:val="15"/>
      <w:sz w:val="24"/>
      <w:szCs w:val="24"/>
    </w:rPr>
  </w:style>
  <w:style w:type="character" w:customStyle="1" w:styleId="SubtitleChar">
    <w:name w:val="Subtitle Char"/>
    <w:basedOn w:val="DefaultParagraphFont"/>
    <w:link w:val="Subtitle"/>
    <w:uiPriority w:val="11"/>
    <w:rsid w:val="00641096"/>
    <w:rPr>
      <w:rFonts w:asciiTheme="majorHAnsi" w:eastAsiaTheme="majorEastAsia" w:hAnsiTheme="majorHAnsi" w:cstheme="majorBidi"/>
      <w:i/>
      <w:iCs/>
      <w:color w:val="156082" w:themeColor="accent1"/>
      <w:spacing w:val="15"/>
      <w:sz w:val="24"/>
      <w:szCs w:val="24"/>
    </w:rPr>
  </w:style>
  <w:style w:type="paragraph" w:styleId="ListParagraph">
    <w:name w:val="List Paragraph"/>
    <w:basedOn w:val="Normal"/>
    <w:uiPriority w:val="34"/>
    <w:qFormat/>
    <w:rsid w:val="00641096"/>
    <w:pPr>
      <w:ind w:left="720"/>
      <w:contextualSpacing/>
    </w:pPr>
  </w:style>
  <w:style w:type="paragraph" w:styleId="BodyText">
    <w:name w:val="Body Text"/>
    <w:basedOn w:val="Normal"/>
    <w:link w:val="BodyTextChar"/>
    <w:uiPriority w:val="99"/>
    <w:unhideWhenUsed/>
    <w:rsid w:val="00AA1D8D"/>
    <w:pPr>
      <w:spacing w:after="120"/>
    </w:pPr>
  </w:style>
  <w:style w:type="character" w:customStyle="1" w:styleId="BodyTextChar">
    <w:name w:val="Body Text Char"/>
    <w:basedOn w:val="DefaultParagraphFont"/>
    <w:link w:val="BodyText"/>
    <w:uiPriority w:val="99"/>
    <w:rsid w:val="00AA1D8D"/>
  </w:style>
  <w:style w:type="paragraph" w:styleId="BodyText2">
    <w:name w:val="Body Text 2"/>
    <w:basedOn w:val="Normal"/>
    <w:link w:val="BodyText2Char"/>
    <w:uiPriority w:val="99"/>
    <w:unhideWhenUsed/>
    <w:rsid w:val="00AA1D8D"/>
    <w:pPr>
      <w:spacing w:after="120" w:line="480" w:lineRule="auto"/>
    </w:pPr>
  </w:style>
  <w:style w:type="character" w:customStyle="1" w:styleId="BodyText2Char">
    <w:name w:val="Body Text 2 Char"/>
    <w:basedOn w:val="DefaultParagraphFont"/>
    <w:link w:val="BodyText2"/>
    <w:uiPriority w:val="99"/>
    <w:rsid w:val="00AA1D8D"/>
  </w:style>
  <w:style w:type="paragraph" w:styleId="BodyText3">
    <w:name w:val="Body Text 3"/>
    <w:basedOn w:val="Normal"/>
    <w:link w:val="BodyText3Char"/>
    <w:uiPriority w:val="99"/>
    <w:unhideWhenUsed/>
    <w:rsid w:val="00AA1D8D"/>
    <w:pPr>
      <w:spacing w:after="120"/>
    </w:pPr>
    <w:rPr>
      <w:sz w:val="16"/>
      <w:szCs w:val="16"/>
    </w:rPr>
  </w:style>
  <w:style w:type="character" w:customStyle="1" w:styleId="BodyText3Char">
    <w:name w:val="Body Text 3 Char"/>
    <w:basedOn w:val="DefaultParagraphFont"/>
    <w:link w:val="BodyText3"/>
    <w:uiPriority w:val="99"/>
    <w:rsid w:val="00AA1D8D"/>
    <w:rPr>
      <w:sz w:val="16"/>
      <w:szCs w:val="16"/>
    </w:rPr>
  </w:style>
  <w:style w:type="paragraph" w:styleId="List">
    <w:name w:val="List"/>
    <w:basedOn w:val="Normal"/>
    <w:uiPriority w:val="99"/>
    <w:unhideWhenUsed/>
    <w:rsid w:val="00AA1D8D"/>
    <w:pPr>
      <w:ind w:left="360" w:hanging="360"/>
      <w:contextualSpacing/>
    </w:pPr>
  </w:style>
  <w:style w:type="paragraph" w:styleId="List2">
    <w:name w:val="List 2"/>
    <w:basedOn w:val="Normal"/>
    <w:uiPriority w:val="99"/>
    <w:unhideWhenUsed/>
    <w:rsid w:val="00326F90"/>
    <w:pPr>
      <w:ind w:left="720" w:hanging="360"/>
      <w:contextualSpacing/>
    </w:pPr>
  </w:style>
  <w:style w:type="paragraph" w:styleId="List3">
    <w:name w:val="List 3"/>
    <w:basedOn w:val="Normal"/>
    <w:uiPriority w:val="99"/>
    <w:unhideWhenUsed/>
    <w:rsid w:val="00326F90"/>
    <w:pPr>
      <w:ind w:left="1080" w:hanging="360"/>
      <w:contextualSpacing/>
    </w:pPr>
  </w:style>
  <w:style w:type="paragraph" w:styleId="ListBullet">
    <w:name w:val="List Bullet"/>
    <w:basedOn w:val="Normal"/>
    <w:uiPriority w:val="99"/>
    <w:unhideWhenUsed/>
    <w:rsid w:val="00326F90"/>
    <w:pPr>
      <w:numPr>
        <w:numId w:val="1"/>
      </w:numPr>
      <w:contextualSpacing/>
    </w:pPr>
  </w:style>
  <w:style w:type="paragraph" w:styleId="ListBullet2">
    <w:name w:val="List Bullet 2"/>
    <w:basedOn w:val="Normal"/>
    <w:uiPriority w:val="99"/>
    <w:unhideWhenUsed/>
    <w:rsid w:val="00326F90"/>
    <w:pPr>
      <w:numPr>
        <w:numId w:val="2"/>
      </w:numPr>
      <w:contextualSpacing/>
    </w:pPr>
  </w:style>
  <w:style w:type="paragraph" w:styleId="ListBullet3">
    <w:name w:val="List Bullet 3"/>
    <w:basedOn w:val="Normal"/>
    <w:uiPriority w:val="99"/>
    <w:unhideWhenUsed/>
    <w:rsid w:val="00326F90"/>
    <w:pPr>
      <w:numPr>
        <w:numId w:val="3"/>
      </w:numPr>
      <w:contextualSpacing/>
    </w:pPr>
  </w:style>
  <w:style w:type="paragraph" w:styleId="ListNumber">
    <w:name w:val="List Number"/>
    <w:basedOn w:val="Normal"/>
    <w:uiPriority w:val="99"/>
    <w:unhideWhenUsed/>
    <w:rsid w:val="00326F90"/>
    <w:pPr>
      <w:numPr>
        <w:numId w:val="5"/>
      </w:numPr>
      <w:contextualSpacing/>
    </w:pPr>
  </w:style>
  <w:style w:type="paragraph" w:styleId="ListNumber2">
    <w:name w:val="List Number 2"/>
    <w:basedOn w:val="Normal"/>
    <w:uiPriority w:val="99"/>
    <w:unhideWhenUsed/>
    <w:rsid w:val="0029639D"/>
    <w:pPr>
      <w:numPr>
        <w:numId w:val="6"/>
      </w:numPr>
      <w:contextualSpacing/>
    </w:pPr>
  </w:style>
  <w:style w:type="paragraph" w:styleId="ListNumber3">
    <w:name w:val="List Number 3"/>
    <w:basedOn w:val="Normal"/>
    <w:uiPriority w:val="99"/>
    <w:unhideWhenUsed/>
    <w:rsid w:val="0029639D"/>
    <w:pPr>
      <w:numPr>
        <w:numId w:val="7"/>
      </w:numPr>
      <w:contextualSpacing/>
    </w:pPr>
  </w:style>
  <w:style w:type="paragraph" w:styleId="ListContinue">
    <w:name w:val="List Continue"/>
    <w:basedOn w:val="Normal"/>
    <w:uiPriority w:val="99"/>
    <w:unhideWhenUsed/>
    <w:rsid w:val="0029639D"/>
    <w:pPr>
      <w:spacing w:after="120"/>
      <w:ind w:left="360"/>
      <w:contextualSpacing/>
    </w:pPr>
  </w:style>
  <w:style w:type="paragraph" w:styleId="ListContinue2">
    <w:name w:val="List Continue 2"/>
    <w:basedOn w:val="Normal"/>
    <w:uiPriority w:val="99"/>
    <w:unhideWhenUsed/>
    <w:rsid w:val="0029639D"/>
    <w:pPr>
      <w:spacing w:after="120"/>
      <w:ind w:left="720"/>
      <w:contextualSpacing/>
    </w:pPr>
  </w:style>
  <w:style w:type="paragraph" w:styleId="ListContinue3">
    <w:name w:val="List Continue 3"/>
    <w:basedOn w:val="Normal"/>
    <w:uiPriority w:val="99"/>
    <w:unhideWhenUsed/>
    <w:rsid w:val="0029639D"/>
    <w:pPr>
      <w:spacing w:after="120"/>
      <w:ind w:left="1080"/>
      <w:contextualSpacing/>
    </w:pPr>
  </w:style>
  <w:style w:type="paragraph" w:styleId="MacroText">
    <w:name w:val="macro"/>
    <w:link w:val="MacroTextChar"/>
    <w:uiPriority w:val="99"/>
    <w:unhideWhenUsed/>
    <w:rsid w:val="0029639D"/>
    <w:pPr>
      <w:tabs>
        <w:tab w:val="left" w:pos="576"/>
        <w:tab w:val="left" w:pos="1152"/>
        <w:tab w:val="left" w:pos="1728"/>
        <w:tab w:val="left" w:pos="2304"/>
        <w:tab w:val="left" w:pos="2880"/>
        <w:tab w:val="left" w:pos="3456"/>
        <w:tab w:val="left" w:pos="4032"/>
      </w:tabs>
    </w:pPr>
    <w:rPr>
      <w:rFonts w:ascii="Courier" w:hAnsi="Courier"/>
      <w:sz w:val="20"/>
      <w:szCs w:val="20"/>
    </w:rPr>
  </w:style>
  <w:style w:type="character" w:customStyle="1" w:styleId="MacroTextChar">
    <w:name w:val="Macro Text Char"/>
    <w:basedOn w:val="DefaultParagraphFont"/>
    <w:link w:val="MacroText"/>
    <w:uiPriority w:val="99"/>
    <w:rsid w:val="0029639D"/>
    <w:rPr>
      <w:rFonts w:ascii="Courier" w:hAnsi="Courier"/>
      <w:sz w:val="20"/>
      <w:szCs w:val="20"/>
    </w:rPr>
  </w:style>
  <w:style w:type="paragraph" w:styleId="Quote">
    <w:name w:val="Quote"/>
    <w:basedOn w:val="Normal"/>
    <w:next w:val="Normal"/>
    <w:link w:val="QuoteChar"/>
    <w:uiPriority w:val="29"/>
    <w:qFormat/>
    <w:rsid w:val="00641096"/>
    <w:rPr>
      <w:i/>
      <w:iCs/>
      <w:color w:val="000000" w:themeColor="text1"/>
    </w:rPr>
  </w:style>
  <w:style w:type="character" w:customStyle="1" w:styleId="QuoteChar">
    <w:name w:val="Quote Char"/>
    <w:basedOn w:val="DefaultParagraphFont"/>
    <w:link w:val="Quote"/>
    <w:uiPriority w:val="29"/>
    <w:rsid w:val="00641096"/>
    <w:rPr>
      <w:i/>
      <w:iCs/>
      <w:color w:val="000000" w:themeColor="text1"/>
    </w:rPr>
  </w:style>
  <w:style w:type="character" w:customStyle="1" w:styleId="Heading4Char">
    <w:name w:val="Heading 4 Char"/>
    <w:basedOn w:val="DefaultParagraphFont"/>
    <w:link w:val="Heading4"/>
    <w:uiPriority w:val="9"/>
    <w:semiHidden/>
    <w:rsid w:val="00641096"/>
    <w:rPr>
      <w:rFonts w:asciiTheme="majorHAnsi" w:eastAsiaTheme="majorEastAsia" w:hAnsiTheme="majorHAnsi" w:cstheme="majorBidi"/>
      <w:b/>
      <w:bCs/>
      <w:i/>
      <w:iCs/>
      <w:color w:val="156082" w:themeColor="accent1"/>
    </w:rPr>
  </w:style>
  <w:style w:type="character" w:customStyle="1" w:styleId="Heading5Char">
    <w:name w:val="Heading 5 Char"/>
    <w:basedOn w:val="DefaultParagraphFont"/>
    <w:link w:val="Heading5"/>
    <w:uiPriority w:val="9"/>
    <w:semiHidden/>
    <w:rsid w:val="00641096"/>
    <w:rPr>
      <w:rFonts w:asciiTheme="majorHAnsi" w:eastAsiaTheme="majorEastAsia" w:hAnsiTheme="majorHAnsi" w:cstheme="majorBidi"/>
      <w:color w:val="0A2F40" w:themeColor="accent1" w:themeShade="7F"/>
    </w:rPr>
  </w:style>
  <w:style w:type="character" w:customStyle="1" w:styleId="Heading6Char">
    <w:name w:val="Heading 6 Char"/>
    <w:basedOn w:val="DefaultParagraphFont"/>
    <w:link w:val="Heading6"/>
    <w:uiPriority w:val="9"/>
    <w:semiHidden/>
    <w:rsid w:val="00641096"/>
    <w:rPr>
      <w:rFonts w:asciiTheme="majorHAnsi" w:eastAsiaTheme="majorEastAsia" w:hAnsiTheme="majorHAnsi" w:cstheme="majorBidi"/>
      <w:i/>
      <w:iCs/>
      <w:color w:val="0A2F40" w:themeColor="accent1" w:themeShade="7F"/>
    </w:rPr>
  </w:style>
  <w:style w:type="character" w:customStyle="1" w:styleId="Heading7Char">
    <w:name w:val="Heading 7 Char"/>
    <w:basedOn w:val="DefaultParagraphFont"/>
    <w:link w:val="Heading7"/>
    <w:uiPriority w:val="9"/>
    <w:semiHidden/>
    <w:rsid w:val="00641096"/>
    <w:rPr>
      <w:rFonts w:asciiTheme="majorHAnsi" w:eastAsiaTheme="majorEastAsia" w:hAnsiTheme="majorHAnsi" w:cstheme="majorBidi"/>
      <w:i/>
      <w:iCs/>
      <w:color w:val="404040" w:themeColor="text1" w:themeTint="BF"/>
    </w:rPr>
  </w:style>
  <w:style w:type="character" w:customStyle="1" w:styleId="Heading8Char">
    <w:name w:val="Heading 8 Char"/>
    <w:basedOn w:val="DefaultParagraphFont"/>
    <w:link w:val="Heading8"/>
    <w:uiPriority w:val="9"/>
    <w:semiHidden/>
    <w:rsid w:val="00641096"/>
    <w:rPr>
      <w:rFonts w:asciiTheme="majorHAnsi" w:eastAsiaTheme="majorEastAsia" w:hAnsiTheme="majorHAnsi" w:cstheme="majorBidi"/>
      <w:color w:val="156082" w:themeColor="accent1"/>
      <w:sz w:val="20"/>
      <w:szCs w:val="20"/>
    </w:rPr>
  </w:style>
  <w:style w:type="character" w:customStyle="1" w:styleId="Heading9Char">
    <w:name w:val="Heading 9 Char"/>
    <w:basedOn w:val="DefaultParagraphFont"/>
    <w:link w:val="Heading9"/>
    <w:uiPriority w:val="9"/>
    <w:semiHidden/>
    <w:rsid w:val="00641096"/>
    <w:rPr>
      <w:rFonts w:asciiTheme="majorHAnsi" w:eastAsiaTheme="majorEastAsia" w:hAnsiTheme="majorHAnsi" w:cstheme="majorBidi"/>
      <w:i/>
      <w:iCs/>
      <w:color w:val="404040" w:themeColor="text1" w:themeTint="BF"/>
      <w:sz w:val="20"/>
      <w:szCs w:val="20"/>
    </w:rPr>
  </w:style>
  <w:style w:type="paragraph" w:styleId="Caption">
    <w:name w:val="caption"/>
    <w:basedOn w:val="Normal"/>
    <w:next w:val="Normal"/>
    <w:uiPriority w:val="35"/>
    <w:semiHidden/>
    <w:unhideWhenUsed/>
    <w:qFormat/>
    <w:rsid w:val="00641096"/>
    <w:pPr>
      <w:spacing w:line="240" w:lineRule="auto"/>
    </w:pPr>
    <w:rPr>
      <w:b/>
      <w:bCs/>
      <w:color w:val="156082" w:themeColor="accent1"/>
      <w:sz w:val="18"/>
      <w:szCs w:val="18"/>
    </w:rPr>
  </w:style>
  <w:style w:type="character" w:styleId="Strong">
    <w:name w:val="Strong"/>
    <w:basedOn w:val="DefaultParagraphFont"/>
    <w:uiPriority w:val="22"/>
    <w:qFormat/>
    <w:rsid w:val="00641096"/>
    <w:rPr>
      <w:b/>
      <w:bCs/>
    </w:rPr>
  </w:style>
  <w:style w:type="character" w:styleId="Emphasis">
    <w:name w:val="Emphasis"/>
    <w:basedOn w:val="DefaultParagraphFont"/>
    <w:uiPriority w:val="20"/>
    <w:qFormat/>
    <w:rsid w:val="00641096"/>
    <w:rPr>
      <w:i/>
      <w:iCs/>
    </w:rPr>
  </w:style>
  <w:style w:type="paragraph" w:styleId="IntenseQuote">
    <w:name w:val="Intense Quote"/>
    <w:basedOn w:val="Normal"/>
    <w:next w:val="Normal"/>
    <w:link w:val="IntenseQuoteChar"/>
    <w:uiPriority w:val="30"/>
    <w:qFormat/>
    <w:rsid w:val="00641096"/>
    <w:pPr>
      <w:pBdr>
        <w:bottom w:val="single" w:sz="4" w:space="4" w:color="156082" w:themeColor="accent1"/>
      </w:pBdr>
      <w:spacing w:before="200" w:after="280"/>
      <w:ind w:left="936" w:right="936"/>
    </w:pPr>
    <w:rPr>
      <w:b/>
      <w:bCs/>
      <w:i/>
      <w:iCs/>
      <w:color w:val="156082" w:themeColor="accent1"/>
    </w:rPr>
  </w:style>
  <w:style w:type="character" w:customStyle="1" w:styleId="IntenseQuoteChar">
    <w:name w:val="Intense Quote Char"/>
    <w:basedOn w:val="DefaultParagraphFont"/>
    <w:link w:val="IntenseQuote"/>
    <w:uiPriority w:val="30"/>
    <w:rsid w:val="00641096"/>
    <w:rPr>
      <w:b/>
      <w:bCs/>
      <w:i/>
      <w:iCs/>
      <w:color w:val="156082" w:themeColor="accent1"/>
    </w:rPr>
  </w:style>
  <w:style w:type="character" w:styleId="SubtleEmphasis">
    <w:name w:val="Subtle Emphasis"/>
    <w:basedOn w:val="DefaultParagraphFont"/>
    <w:uiPriority w:val="19"/>
    <w:qFormat/>
    <w:rsid w:val="00641096"/>
    <w:rPr>
      <w:i/>
      <w:iCs/>
      <w:color w:val="808080" w:themeColor="text1" w:themeTint="7F"/>
    </w:rPr>
  </w:style>
  <w:style w:type="character" w:styleId="IntenseEmphasis">
    <w:name w:val="Intense Emphasis"/>
    <w:basedOn w:val="DefaultParagraphFont"/>
    <w:uiPriority w:val="21"/>
    <w:qFormat/>
    <w:rsid w:val="00641096"/>
    <w:rPr>
      <w:b/>
      <w:bCs/>
      <w:i/>
      <w:iCs/>
      <w:color w:val="156082" w:themeColor="accent1"/>
    </w:rPr>
  </w:style>
  <w:style w:type="character" w:styleId="SubtleReference">
    <w:name w:val="Subtle Reference"/>
    <w:basedOn w:val="DefaultParagraphFont"/>
    <w:uiPriority w:val="31"/>
    <w:qFormat/>
    <w:rsid w:val="00641096"/>
    <w:rPr>
      <w:smallCaps/>
      <w:color w:val="E97132" w:themeColor="accent2"/>
      <w:u w:val="single"/>
    </w:rPr>
  </w:style>
  <w:style w:type="character" w:styleId="IntenseReference">
    <w:name w:val="Intense Reference"/>
    <w:basedOn w:val="DefaultParagraphFont"/>
    <w:uiPriority w:val="32"/>
    <w:qFormat/>
    <w:rsid w:val="00641096"/>
    <w:rPr>
      <w:b/>
      <w:bCs/>
      <w:smallCaps/>
      <w:color w:val="E97132" w:themeColor="accent2"/>
      <w:spacing w:val="5"/>
      <w:u w:val="single"/>
    </w:rPr>
  </w:style>
  <w:style w:type="character" w:styleId="BookTitle">
    <w:name w:val="Book Title"/>
    <w:basedOn w:val="DefaultParagraphFont"/>
    <w:uiPriority w:val="33"/>
    <w:qFormat/>
    <w:rsid w:val="00641096"/>
    <w:rPr>
      <w:b/>
      <w:bCs/>
      <w:smallCaps/>
      <w:spacing w:val="5"/>
    </w:rPr>
  </w:style>
  <w:style w:type="paragraph" w:styleId="TOCHeading">
    <w:name w:val="TOC Heading"/>
    <w:basedOn w:val="Heading1"/>
    <w:next w:val="Normal"/>
    <w:uiPriority w:val="39"/>
    <w:semiHidden/>
    <w:unhideWhenUsed/>
    <w:qFormat/>
    <w:rsid w:val="00641096"/>
    <w:pPr>
      <w:outlineLvl w:val="9"/>
    </w:pPr>
  </w:style>
  <w:style w:type="table" w:styleId="TableGrid">
    <w:name w:val="Table Grid"/>
    <w:basedOn w:val="TableNormal"/>
    <w:uiPriority w:val="59"/>
    <w:rsid w:val="00FC693F"/>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LightShading">
    <w:name w:val="Light Shading"/>
    <w:basedOn w:val="TableNormal"/>
    <w:uiPriority w:val="60"/>
    <w:rsid w:val="00FC693F"/>
    <w:pPr>
      <w:spacing w:after="0" w:line="240" w:lineRule="auto"/>
    </w:pPr>
    <w:rPr>
      <w:color w:val="000000" w:themeColor="text1" w:themeShade="BF"/>
    </w:rPr>
    <w:tblPr>
      <w:tblStyleRowBandSize w:val="1"/>
      <w:tblStyleColBandSize w:val="1"/>
      <w:tblBorders>
        <w:top w:val="single" w:sz="8" w:space="0" w:color="000000" w:themeColor="text1"/>
        <w:bottom w:val="single" w:sz="8" w:space="0" w:color="000000" w:themeColor="text1"/>
      </w:tblBorders>
    </w:tblPr>
    <w:tblStylePr w:type="fir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la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left w:val="nil"/>
          <w:right w:val="nil"/>
          <w:insideH w:val="nil"/>
          <w:insideV w:val="nil"/>
        </w:tcBorders>
        <w:shd w:val="clear" w:color="auto" w:fill="C0C0C0" w:themeFill="text1" w:themeFillTint="3F"/>
      </w:tcPr>
    </w:tblStylePr>
  </w:style>
  <w:style w:type="table" w:styleId="LightShading-Accent1">
    <w:name w:val="Light Shading Accent 1"/>
    <w:basedOn w:val="TableNormal"/>
    <w:uiPriority w:val="60"/>
    <w:rsid w:val="00FC693F"/>
    <w:pPr>
      <w:spacing w:after="0" w:line="240" w:lineRule="auto"/>
    </w:pPr>
    <w:rPr>
      <w:color w:val="0F4761" w:themeColor="accent1" w:themeShade="BF"/>
    </w:rPr>
    <w:tblPr>
      <w:tblStyleRowBandSize w:val="1"/>
      <w:tblStyleColBandSize w:val="1"/>
      <w:tblBorders>
        <w:top w:val="single" w:sz="8" w:space="0" w:color="156082" w:themeColor="accent1"/>
        <w:bottom w:val="single" w:sz="8" w:space="0" w:color="156082" w:themeColor="accent1"/>
      </w:tblBorders>
    </w:tblPr>
    <w:tblStylePr w:type="firstRow">
      <w:pPr>
        <w:spacing w:before="0" w:after="0" w:line="240" w:lineRule="auto"/>
      </w:pPr>
      <w:rPr>
        <w:b/>
        <w:bCs/>
      </w:rPr>
      <w:tblPr/>
      <w:tcPr>
        <w:tcBorders>
          <w:top w:val="single" w:sz="8" w:space="0" w:color="156082" w:themeColor="accent1"/>
          <w:left w:val="nil"/>
          <w:bottom w:val="single" w:sz="8" w:space="0" w:color="156082" w:themeColor="accent1"/>
          <w:right w:val="nil"/>
          <w:insideH w:val="nil"/>
          <w:insideV w:val="nil"/>
        </w:tcBorders>
      </w:tcPr>
    </w:tblStylePr>
    <w:tblStylePr w:type="lastRow">
      <w:pPr>
        <w:spacing w:before="0" w:after="0" w:line="240" w:lineRule="auto"/>
      </w:pPr>
      <w:rPr>
        <w:b/>
        <w:bCs/>
      </w:rPr>
      <w:tblPr/>
      <w:tcPr>
        <w:tcBorders>
          <w:top w:val="single" w:sz="8" w:space="0" w:color="156082" w:themeColor="accent1"/>
          <w:left w:val="nil"/>
          <w:bottom w:val="single" w:sz="8" w:space="0" w:color="156082" w:themeColor="accen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B2DEF2" w:themeFill="accent1" w:themeFillTint="3F"/>
      </w:tcPr>
    </w:tblStylePr>
    <w:tblStylePr w:type="band1Horz">
      <w:tblPr/>
      <w:tcPr>
        <w:tcBorders>
          <w:left w:val="nil"/>
          <w:right w:val="nil"/>
          <w:insideH w:val="nil"/>
          <w:insideV w:val="nil"/>
        </w:tcBorders>
        <w:shd w:val="clear" w:color="auto" w:fill="B2DEF2" w:themeFill="accent1" w:themeFillTint="3F"/>
      </w:tcPr>
    </w:tblStylePr>
  </w:style>
  <w:style w:type="table" w:styleId="LightShading-Accent2">
    <w:name w:val="Light Shading Accent 2"/>
    <w:basedOn w:val="TableNormal"/>
    <w:uiPriority w:val="60"/>
    <w:rsid w:val="00FC693F"/>
    <w:pPr>
      <w:spacing w:after="0" w:line="240" w:lineRule="auto"/>
    </w:pPr>
    <w:rPr>
      <w:color w:val="BF4E14" w:themeColor="accent2" w:themeShade="BF"/>
    </w:rPr>
    <w:tblPr>
      <w:tblStyleRowBandSize w:val="1"/>
      <w:tblStyleColBandSize w:val="1"/>
      <w:tblBorders>
        <w:top w:val="single" w:sz="8" w:space="0" w:color="E97132" w:themeColor="accent2"/>
        <w:bottom w:val="single" w:sz="8" w:space="0" w:color="E97132" w:themeColor="accent2"/>
      </w:tblBorders>
    </w:tblPr>
    <w:tblStylePr w:type="firstRow">
      <w:pPr>
        <w:spacing w:before="0" w:after="0" w:line="240" w:lineRule="auto"/>
      </w:pPr>
      <w:rPr>
        <w:b/>
        <w:bCs/>
      </w:rPr>
      <w:tblPr/>
      <w:tcPr>
        <w:tcBorders>
          <w:top w:val="single" w:sz="8" w:space="0" w:color="E97132" w:themeColor="accent2"/>
          <w:left w:val="nil"/>
          <w:bottom w:val="single" w:sz="8" w:space="0" w:color="E97132" w:themeColor="accent2"/>
          <w:right w:val="nil"/>
          <w:insideH w:val="nil"/>
          <w:insideV w:val="nil"/>
        </w:tcBorders>
      </w:tcPr>
    </w:tblStylePr>
    <w:tblStylePr w:type="lastRow">
      <w:pPr>
        <w:spacing w:before="0" w:after="0" w:line="240" w:lineRule="auto"/>
      </w:pPr>
      <w:rPr>
        <w:b/>
        <w:bCs/>
      </w:rPr>
      <w:tblPr/>
      <w:tcPr>
        <w:tcBorders>
          <w:top w:val="single" w:sz="8" w:space="0" w:color="E97132" w:themeColor="accent2"/>
          <w:left w:val="nil"/>
          <w:bottom w:val="single" w:sz="8" w:space="0" w:color="E97132" w:themeColor="accent2"/>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F9DBCC" w:themeFill="accent2" w:themeFillTint="3F"/>
      </w:tcPr>
    </w:tblStylePr>
    <w:tblStylePr w:type="band1Horz">
      <w:tblPr/>
      <w:tcPr>
        <w:tcBorders>
          <w:left w:val="nil"/>
          <w:right w:val="nil"/>
          <w:insideH w:val="nil"/>
          <w:insideV w:val="nil"/>
        </w:tcBorders>
        <w:shd w:val="clear" w:color="auto" w:fill="F9DBCC" w:themeFill="accent2" w:themeFillTint="3F"/>
      </w:tcPr>
    </w:tblStylePr>
  </w:style>
  <w:style w:type="table" w:styleId="LightShading-Accent3">
    <w:name w:val="Light Shading Accent 3"/>
    <w:basedOn w:val="TableNormal"/>
    <w:uiPriority w:val="60"/>
    <w:rsid w:val="00FC693F"/>
    <w:pPr>
      <w:spacing w:after="0" w:line="240" w:lineRule="auto"/>
    </w:pPr>
    <w:rPr>
      <w:color w:val="124F1A" w:themeColor="accent3" w:themeShade="BF"/>
    </w:rPr>
    <w:tblPr>
      <w:tblStyleRowBandSize w:val="1"/>
      <w:tblStyleColBandSize w:val="1"/>
      <w:tblBorders>
        <w:top w:val="single" w:sz="8" w:space="0" w:color="196B24" w:themeColor="accent3"/>
        <w:bottom w:val="single" w:sz="8" w:space="0" w:color="196B24" w:themeColor="accent3"/>
      </w:tblBorders>
    </w:tblPr>
    <w:tblStylePr w:type="firstRow">
      <w:pPr>
        <w:spacing w:before="0" w:after="0" w:line="240" w:lineRule="auto"/>
      </w:pPr>
      <w:rPr>
        <w:b/>
        <w:bCs/>
      </w:rPr>
      <w:tblPr/>
      <w:tcPr>
        <w:tcBorders>
          <w:top w:val="single" w:sz="8" w:space="0" w:color="196B24" w:themeColor="accent3"/>
          <w:left w:val="nil"/>
          <w:bottom w:val="single" w:sz="8" w:space="0" w:color="196B24" w:themeColor="accent3"/>
          <w:right w:val="nil"/>
          <w:insideH w:val="nil"/>
          <w:insideV w:val="nil"/>
        </w:tcBorders>
      </w:tcPr>
    </w:tblStylePr>
    <w:tblStylePr w:type="lastRow">
      <w:pPr>
        <w:spacing w:before="0" w:after="0" w:line="240" w:lineRule="auto"/>
      </w:pPr>
      <w:rPr>
        <w:b/>
        <w:bCs/>
      </w:rPr>
      <w:tblPr/>
      <w:tcPr>
        <w:tcBorders>
          <w:top w:val="single" w:sz="8" w:space="0" w:color="196B24" w:themeColor="accent3"/>
          <w:left w:val="nil"/>
          <w:bottom w:val="single" w:sz="8" w:space="0" w:color="196B24" w:themeColor="accent3"/>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B3EDBA" w:themeFill="accent3" w:themeFillTint="3F"/>
      </w:tcPr>
    </w:tblStylePr>
    <w:tblStylePr w:type="band1Horz">
      <w:tblPr/>
      <w:tcPr>
        <w:tcBorders>
          <w:left w:val="nil"/>
          <w:right w:val="nil"/>
          <w:insideH w:val="nil"/>
          <w:insideV w:val="nil"/>
        </w:tcBorders>
        <w:shd w:val="clear" w:color="auto" w:fill="B3EDBA" w:themeFill="accent3" w:themeFillTint="3F"/>
      </w:tcPr>
    </w:tblStylePr>
  </w:style>
  <w:style w:type="table" w:styleId="LightShading-Accent4">
    <w:name w:val="Light Shading Accent 4"/>
    <w:basedOn w:val="TableNormal"/>
    <w:uiPriority w:val="60"/>
    <w:rsid w:val="00FC693F"/>
    <w:pPr>
      <w:spacing w:after="0" w:line="240" w:lineRule="auto"/>
    </w:pPr>
    <w:rPr>
      <w:color w:val="0B769F" w:themeColor="accent4" w:themeShade="BF"/>
    </w:rPr>
    <w:tblPr>
      <w:tblStyleRowBandSize w:val="1"/>
      <w:tblStyleColBandSize w:val="1"/>
      <w:tblBorders>
        <w:top w:val="single" w:sz="8" w:space="0" w:color="0F9ED5" w:themeColor="accent4"/>
        <w:bottom w:val="single" w:sz="8" w:space="0" w:color="0F9ED5" w:themeColor="accent4"/>
      </w:tblBorders>
    </w:tblPr>
    <w:tblStylePr w:type="firstRow">
      <w:pPr>
        <w:spacing w:before="0" w:after="0" w:line="240" w:lineRule="auto"/>
      </w:pPr>
      <w:rPr>
        <w:b/>
        <w:bCs/>
      </w:rPr>
      <w:tblPr/>
      <w:tcPr>
        <w:tcBorders>
          <w:top w:val="single" w:sz="8" w:space="0" w:color="0F9ED5" w:themeColor="accent4"/>
          <w:left w:val="nil"/>
          <w:bottom w:val="single" w:sz="8" w:space="0" w:color="0F9ED5" w:themeColor="accent4"/>
          <w:right w:val="nil"/>
          <w:insideH w:val="nil"/>
          <w:insideV w:val="nil"/>
        </w:tcBorders>
      </w:tcPr>
    </w:tblStylePr>
    <w:tblStylePr w:type="lastRow">
      <w:pPr>
        <w:spacing w:before="0" w:after="0" w:line="240" w:lineRule="auto"/>
      </w:pPr>
      <w:rPr>
        <w:b/>
        <w:bCs/>
      </w:rPr>
      <w:tblPr/>
      <w:tcPr>
        <w:tcBorders>
          <w:top w:val="single" w:sz="8" w:space="0" w:color="0F9ED5" w:themeColor="accent4"/>
          <w:left w:val="nil"/>
          <w:bottom w:val="single" w:sz="8" w:space="0" w:color="0F9ED5" w:themeColor="accent4"/>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BDE9FA" w:themeFill="accent4" w:themeFillTint="3F"/>
      </w:tcPr>
    </w:tblStylePr>
    <w:tblStylePr w:type="band1Horz">
      <w:tblPr/>
      <w:tcPr>
        <w:tcBorders>
          <w:left w:val="nil"/>
          <w:right w:val="nil"/>
          <w:insideH w:val="nil"/>
          <w:insideV w:val="nil"/>
        </w:tcBorders>
        <w:shd w:val="clear" w:color="auto" w:fill="BDE9FA" w:themeFill="accent4" w:themeFillTint="3F"/>
      </w:tcPr>
    </w:tblStylePr>
  </w:style>
  <w:style w:type="table" w:styleId="LightShading-Accent5">
    <w:name w:val="Light Shading Accent 5"/>
    <w:basedOn w:val="TableNormal"/>
    <w:uiPriority w:val="60"/>
    <w:rsid w:val="00FC693F"/>
    <w:pPr>
      <w:spacing w:after="0" w:line="240" w:lineRule="auto"/>
    </w:pPr>
    <w:rPr>
      <w:color w:val="77206D" w:themeColor="accent5" w:themeShade="BF"/>
    </w:rPr>
    <w:tblPr>
      <w:tblStyleRowBandSize w:val="1"/>
      <w:tblStyleColBandSize w:val="1"/>
      <w:tblBorders>
        <w:top w:val="single" w:sz="8" w:space="0" w:color="A02B93" w:themeColor="accent5"/>
        <w:bottom w:val="single" w:sz="8" w:space="0" w:color="A02B93" w:themeColor="accent5"/>
      </w:tblBorders>
    </w:tblPr>
    <w:tblStylePr w:type="firstRow">
      <w:pPr>
        <w:spacing w:before="0" w:after="0" w:line="240" w:lineRule="auto"/>
      </w:pPr>
      <w:rPr>
        <w:b/>
        <w:bCs/>
      </w:rPr>
      <w:tblPr/>
      <w:tcPr>
        <w:tcBorders>
          <w:top w:val="single" w:sz="8" w:space="0" w:color="A02B93" w:themeColor="accent5"/>
          <w:left w:val="nil"/>
          <w:bottom w:val="single" w:sz="8" w:space="0" w:color="A02B93" w:themeColor="accent5"/>
          <w:right w:val="nil"/>
          <w:insideH w:val="nil"/>
          <w:insideV w:val="nil"/>
        </w:tcBorders>
      </w:tcPr>
    </w:tblStylePr>
    <w:tblStylePr w:type="lastRow">
      <w:pPr>
        <w:spacing w:before="0" w:after="0" w:line="240" w:lineRule="auto"/>
      </w:pPr>
      <w:rPr>
        <w:b/>
        <w:bCs/>
      </w:rPr>
      <w:tblPr/>
      <w:tcPr>
        <w:tcBorders>
          <w:top w:val="single" w:sz="8" w:space="0" w:color="A02B93" w:themeColor="accent5"/>
          <w:left w:val="nil"/>
          <w:bottom w:val="single" w:sz="8" w:space="0" w:color="A02B93" w:themeColor="accent5"/>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FC3E9" w:themeFill="accent5" w:themeFillTint="3F"/>
      </w:tcPr>
    </w:tblStylePr>
    <w:tblStylePr w:type="band1Horz">
      <w:tblPr/>
      <w:tcPr>
        <w:tcBorders>
          <w:left w:val="nil"/>
          <w:right w:val="nil"/>
          <w:insideH w:val="nil"/>
          <w:insideV w:val="nil"/>
        </w:tcBorders>
        <w:shd w:val="clear" w:color="auto" w:fill="EFC3E9" w:themeFill="accent5" w:themeFillTint="3F"/>
      </w:tcPr>
    </w:tblStylePr>
  </w:style>
  <w:style w:type="table" w:styleId="LightShading-Accent6">
    <w:name w:val="Light Shading Accent 6"/>
    <w:basedOn w:val="TableNormal"/>
    <w:uiPriority w:val="60"/>
    <w:rsid w:val="00FC693F"/>
    <w:pPr>
      <w:spacing w:after="0" w:line="240" w:lineRule="auto"/>
    </w:pPr>
    <w:rPr>
      <w:color w:val="3A7C22" w:themeColor="accent6" w:themeShade="BF"/>
    </w:rPr>
    <w:tblPr>
      <w:tblStyleRowBandSize w:val="1"/>
      <w:tblStyleColBandSize w:val="1"/>
      <w:tblBorders>
        <w:top w:val="single" w:sz="8" w:space="0" w:color="4EA72E" w:themeColor="accent6"/>
        <w:bottom w:val="single" w:sz="8" w:space="0" w:color="4EA72E" w:themeColor="accent6"/>
      </w:tblBorders>
    </w:tblPr>
    <w:tblStylePr w:type="firstRow">
      <w:pPr>
        <w:spacing w:before="0" w:after="0" w:line="240" w:lineRule="auto"/>
      </w:pPr>
      <w:rPr>
        <w:b/>
        <w:bCs/>
      </w:rPr>
      <w:tblPr/>
      <w:tcPr>
        <w:tcBorders>
          <w:top w:val="single" w:sz="8" w:space="0" w:color="4EA72E" w:themeColor="accent6"/>
          <w:left w:val="nil"/>
          <w:bottom w:val="single" w:sz="8" w:space="0" w:color="4EA72E" w:themeColor="accent6"/>
          <w:right w:val="nil"/>
          <w:insideH w:val="nil"/>
          <w:insideV w:val="nil"/>
        </w:tcBorders>
      </w:tcPr>
    </w:tblStylePr>
    <w:tblStylePr w:type="lastRow">
      <w:pPr>
        <w:spacing w:before="0" w:after="0" w:line="240" w:lineRule="auto"/>
      </w:pPr>
      <w:rPr>
        <w:b/>
        <w:bCs/>
      </w:rPr>
      <w:tblPr/>
      <w:tcPr>
        <w:tcBorders>
          <w:top w:val="single" w:sz="8" w:space="0" w:color="4EA72E" w:themeColor="accent6"/>
          <w:left w:val="nil"/>
          <w:bottom w:val="single" w:sz="8" w:space="0" w:color="4EA72E" w:themeColor="accent6"/>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0EFC5" w:themeFill="accent6" w:themeFillTint="3F"/>
      </w:tcPr>
    </w:tblStylePr>
    <w:tblStylePr w:type="band1Horz">
      <w:tblPr/>
      <w:tcPr>
        <w:tcBorders>
          <w:left w:val="nil"/>
          <w:right w:val="nil"/>
          <w:insideH w:val="nil"/>
          <w:insideV w:val="nil"/>
        </w:tcBorders>
        <w:shd w:val="clear" w:color="auto" w:fill="D0EFC5" w:themeFill="accent6" w:themeFillTint="3F"/>
      </w:tcPr>
    </w:tblStylePr>
  </w:style>
  <w:style w:type="table" w:styleId="LightList">
    <w:name w:val="Light List"/>
    <w:basedOn w:val="TableNormal"/>
    <w:uiPriority w:val="61"/>
    <w:rsid w:val="00FC693F"/>
    <w:pPr>
      <w:spacing w:after="0" w:line="240" w:lineRule="auto"/>
    </w:pPr>
    <w:tblPr>
      <w:tblStyleRowBandSize w:val="1"/>
      <w:tblStyleColBandSize w:val="1"/>
      <w:tblBorders>
        <w:top w:val="single" w:sz="8" w:space="0" w:color="000000" w:themeColor="text1"/>
        <w:left w:val="single" w:sz="8" w:space="0" w:color="000000" w:themeColor="text1"/>
        <w:bottom w:val="single" w:sz="8" w:space="0" w:color="000000" w:themeColor="text1"/>
        <w:right w:val="single" w:sz="8" w:space="0" w:color="000000" w:themeColor="text1"/>
      </w:tblBorders>
    </w:tblPr>
    <w:tblStylePr w:type="firstRow">
      <w:pPr>
        <w:spacing w:before="0" w:after="0" w:line="240" w:lineRule="auto"/>
      </w:pPr>
      <w:rPr>
        <w:b/>
        <w:bCs/>
        <w:color w:val="FFFFFF" w:themeColor="background1"/>
      </w:rPr>
      <w:tblPr/>
      <w:tcPr>
        <w:shd w:val="clear" w:color="auto" w:fill="000000" w:themeFill="text1"/>
      </w:tcPr>
    </w:tblStylePr>
    <w:tblStylePr w:type="lastRow">
      <w:pPr>
        <w:spacing w:before="0" w:after="0" w:line="240" w:lineRule="auto"/>
      </w:pPr>
      <w:rPr>
        <w:b/>
        <w:bCs/>
      </w:rPr>
      <w:tblPr/>
      <w:tcPr>
        <w:tcBorders>
          <w:top w:val="double" w:sz="6" w:space="0" w:color="000000" w:themeColor="text1"/>
          <w:left w:val="single" w:sz="8" w:space="0" w:color="000000" w:themeColor="text1"/>
          <w:bottom w:val="single" w:sz="8" w:space="0" w:color="000000" w:themeColor="text1"/>
          <w:right w:val="single" w:sz="8" w:space="0" w:color="000000" w:themeColor="text1"/>
        </w:tcBorders>
      </w:tcPr>
    </w:tblStylePr>
    <w:tblStylePr w:type="firstCol">
      <w:rPr>
        <w:b/>
        <w:bCs/>
      </w:rPr>
    </w:tblStylePr>
    <w:tblStylePr w:type="lastCol">
      <w:rPr>
        <w:b/>
        <w:bCs/>
      </w:rPr>
    </w:tblStylePr>
    <w:tblStylePr w:type="band1Vert">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tblStylePr w:type="band1Horz">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style>
  <w:style w:type="table" w:styleId="LightList-Accent1">
    <w:name w:val="Light List Accent 1"/>
    <w:basedOn w:val="TableNormal"/>
    <w:uiPriority w:val="61"/>
    <w:rsid w:val="00FC693F"/>
    <w:pPr>
      <w:spacing w:after="0" w:line="240" w:lineRule="auto"/>
    </w:pPr>
    <w:tblPr>
      <w:tblStyleRowBandSize w:val="1"/>
      <w:tblStyleColBandSize w:val="1"/>
      <w:tblBorders>
        <w:top w:val="single" w:sz="8" w:space="0" w:color="156082" w:themeColor="accent1"/>
        <w:left w:val="single" w:sz="8" w:space="0" w:color="156082" w:themeColor="accent1"/>
        <w:bottom w:val="single" w:sz="8" w:space="0" w:color="156082" w:themeColor="accent1"/>
        <w:right w:val="single" w:sz="8" w:space="0" w:color="156082" w:themeColor="accent1"/>
      </w:tblBorders>
    </w:tblPr>
    <w:tblStylePr w:type="firstRow">
      <w:pPr>
        <w:spacing w:before="0" w:after="0" w:line="240" w:lineRule="auto"/>
      </w:pPr>
      <w:rPr>
        <w:b/>
        <w:bCs/>
        <w:color w:val="FFFFFF" w:themeColor="background1"/>
      </w:rPr>
      <w:tblPr/>
      <w:tcPr>
        <w:shd w:val="clear" w:color="auto" w:fill="156082" w:themeFill="accent1"/>
      </w:tcPr>
    </w:tblStylePr>
    <w:tblStylePr w:type="lastRow">
      <w:pPr>
        <w:spacing w:before="0" w:after="0" w:line="240" w:lineRule="auto"/>
      </w:pPr>
      <w:rPr>
        <w:b/>
        <w:bCs/>
      </w:rPr>
      <w:tblPr/>
      <w:tcPr>
        <w:tcBorders>
          <w:top w:val="double" w:sz="6" w:space="0" w:color="156082" w:themeColor="accent1"/>
          <w:left w:val="single" w:sz="8" w:space="0" w:color="156082" w:themeColor="accent1"/>
          <w:bottom w:val="single" w:sz="8" w:space="0" w:color="156082" w:themeColor="accent1"/>
          <w:right w:val="single" w:sz="8" w:space="0" w:color="156082" w:themeColor="accent1"/>
        </w:tcBorders>
      </w:tcPr>
    </w:tblStylePr>
    <w:tblStylePr w:type="firstCol">
      <w:rPr>
        <w:b/>
        <w:bCs/>
      </w:rPr>
    </w:tblStylePr>
    <w:tblStylePr w:type="lastCol">
      <w:rPr>
        <w:b/>
        <w:bCs/>
      </w:rPr>
    </w:tblStylePr>
    <w:tblStylePr w:type="band1Vert">
      <w:tblPr/>
      <w:tcPr>
        <w:tcBorders>
          <w:top w:val="single" w:sz="8" w:space="0" w:color="156082" w:themeColor="accent1"/>
          <w:left w:val="single" w:sz="8" w:space="0" w:color="156082" w:themeColor="accent1"/>
          <w:bottom w:val="single" w:sz="8" w:space="0" w:color="156082" w:themeColor="accent1"/>
          <w:right w:val="single" w:sz="8" w:space="0" w:color="156082" w:themeColor="accent1"/>
        </w:tcBorders>
      </w:tcPr>
    </w:tblStylePr>
    <w:tblStylePr w:type="band1Horz">
      <w:tblPr/>
      <w:tcPr>
        <w:tcBorders>
          <w:top w:val="single" w:sz="8" w:space="0" w:color="156082" w:themeColor="accent1"/>
          <w:left w:val="single" w:sz="8" w:space="0" w:color="156082" w:themeColor="accent1"/>
          <w:bottom w:val="single" w:sz="8" w:space="0" w:color="156082" w:themeColor="accent1"/>
          <w:right w:val="single" w:sz="8" w:space="0" w:color="156082" w:themeColor="accent1"/>
        </w:tcBorders>
      </w:tcPr>
    </w:tblStylePr>
  </w:style>
  <w:style w:type="table" w:styleId="LightList-Accent2">
    <w:name w:val="Light List Accent 2"/>
    <w:basedOn w:val="TableNormal"/>
    <w:uiPriority w:val="61"/>
    <w:rsid w:val="00CB0664"/>
    <w:pPr>
      <w:spacing w:after="0" w:line="240" w:lineRule="auto"/>
    </w:pPr>
    <w:tblPr>
      <w:tblStyleRowBandSize w:val="1"/>
      <w:tblStyleColBandSize w:val="1"/>
      <w:tblBorders>
        <w:top w:val="single" w:sz="8" w:space="0" w:color="E97132" w:themeColor="accent2"/>
        <w:left w:val="single" w:sz="8" w:space="0" w:color="E97132" w:themeColor="accent2"/>
        <w:bottom w:val="single" w:sz="8" w:space="0" w:color="E97132" w:themeColor="accent2"/>
        <w:right w:val="single" w:sz="8" w:space="0" w:color="E97132" w:themeColor="accent2"/>
      </w:tblBorders>
    </w:tblPr>
    <w:tblStylePr w:type="firstRow">
      <w:pPr>
        <w:spacing w:before="0" w:after="0" w:line="240" w:lineRule="auto"/>
      </w:pPr>
      <w:rPr>
        <w:b/>
        <w:bCs/>
        <w:color w:val="FFFFFF" w:themeColor="background1"/>
      </w:rPr>
      <w:tblPr/>
      <w:tcPr>
        <w:shd w:val="clear" w:color="auto" w:fill="E97132" w:themeFill="accent2"/>
      </w:tcPr>
    </w:tblStylePr>
    <w:tblStylePr w:type="lastRow">
      <w:pPr>
        <w:spacing w:before="0" w:after="0" w:line="240" w:lineRule="auto"/>
      </w:pPr>
      <w:rPr>
        <w:b/>
        <w:bCs/>
      </w:rPr>
      <w:tblPr/>
      <w:tcPr>
        <w:tcBorders>
          <w:top w:val="double" w:sz="6" w:space="0" w:color="E97132" w:themeColor="accent2"/>
          <w:left w:val="single" w:sz="8" w:space="0" w:color="E97132" w:themeColor="accent2"/>
          <w:bottom w:val="single" w:sz="8" w:space="0" w:color="E97132" w:themeColor="accent2"/>
          <w:right w:val="single" w:sz="8" w:space="0" w:color="E97132" w:themeColor="accent2"/>
        </w:tcBorders>
      </w:tcPr>
    </w:tblStylePr>
    <w:tblStylePr w:type="firstCol">
      <w:rPr>
        <w:b/>
        <w:bCs/>
      </w:rPr>
    </w:tblStylePr>
    <w:tblStylePr w:type="lastCol">
      <w:rPr>
        <w:b/>
        <w:bCs/>
      </w:rPr>
    </w:tblStylePr>
    <w:tblStylePr w:type="band1Vert">
      <w:tblPr/>
      <w:tcPr>
        <w:tcBorders>
          <w:top w:val="single" w:sz="8" w:space="0" w:color="E97132" w:themeColor="accent2"/>
          <w:left w:val="single" w:sz="8" w:space="0" w:color="E97132" w:themeColor="accent2"/>
          <w:bottom w:val="single" w:sz="8" w:space="0" w:color="E97132" w:themeColor="accent2"/>
          <w:right w:val="single" w:sz="8" w:space="0" w:color="E97132" w:themeColor="accent2"/>
        </w:tcBorders>
      </w:tcPr>
    </w:tblStylePr>
    <w:tblStylePr w:type="band1Horz">
      <w:tblPr/>
      <w:tcPr>
        <w:tcBorders>
          <w:top w:val="single" w:sz="8" w:space="0" w:color="E97132" w:themeColor="accent2"/>
          <w:left w:val="single" w:sz="8" w:space="0" w:color="E97132" w:themeColor="accent2"/>
          <w:bottom w:val="single" w:sz="8" w:space="0" w:color="E97132" w:themeColor="accent2"/>
          <w:right w:val="single" w:sz="8" w:space="0" w:color="E97132" w:themeColor="accent2"/>
        </w:tcBorders>
      </w:tcPr>
    </w:tblStylePr>
  </w:style>
  <w:style w:type="table" w:styleId="LightList-Accent3">
    <w:name w:val="Light List Accent 3"/>
    <w:basedOn w:val="TableNormal"/>
    <w:uiPriority w:val="61"/>
    <w:rsid w:val="00CB0664"/>
    <w:pPr>
      <w:spacing w:after="0" w:line="240" w:lineRule="auto"/>
    </w:pPr>
    <w:tblPr>
      <w:tblStyleRowBandSize w:val="1"/>
      <w:tblStyleColBandSize w:val="1"/>
      <w:tblBorders>
        <w:top w:val="single" w:sz="8" w:space="0" w:color="196B24" w:themeColor="accent3"/>
        <w:left w:val="single" w:sz="8" w:space="0" w:color="196B24" w:themeColor="accent3"/>
        <w:bottom w:val="single" w:sz="8" w:space="0" w:color="196B24" w:themeColor="accent3"/>
        <w:right w:val="single" w:sz="8" w:space="0" w:color="196B24" w:themeColor="accent3"/>
      </w:tblBorders>
    </w:tblPr>
    <w:tblStylePr w:type="firstRow">
      <w:pPr>
        <w:spacing w:before="0" w:after="0" w:line="240" w:lineRule="auto"/>
      </w:pPr>
      <w:rPr>
        <w:b/>
        <w:bCs/>
        <w:color w:val="FFFFFF" w:themeColor="background1"/>
      </w:rPr>
      <w:tblPr/>
      <w:tcPr>
        <w:shd w:val="clear" w:color="auto" w:fill="196B24" w:themeFill="accent3"/>
      </w:tcPr>
    </w:tblStylePr>
    <w:tblStylePr w:type="lastRow">
      <w:pPr>
        <w:spacing w:before="0" w:after="0" w:line="240" w:lineRule="auto"/>
      </w:pPr>
      <w:rPr>
        <w:b/>
        <w:bCs/>
      </w:rPr>
      <w:tblPr/>
      <w:tcPr>
        <w:tcBorders>
          <w:top w:val="double" w:sz="6" w:space="0" w:color="196B24" w:themeColor="accent3"/>
          <w:left w:val="single" w:sz="8" w:space="0" w:color="196B24" w:themeColor="accent3"/>
          <w:bottom w:val="single" w:sz="8" w:space="0" w:color="196B24" w:themeColor="accent3"/>
          <w:right w:val="single" w:sz="8" w:space="0" w:color="196B24" w:themeColor="accent3"/>
        </w:tcBorders>
      </w:tcPr>
    </w:tblStylePr>
    <w:tblStylePr w:type="firstCol">
      <w:rPr>
        <w:b/>
        <w:bCs/>
      </w:rPr>
    </w:tblStylePr>
    <w:tblStylePr w:type="lastCol">
      <w:rPr>
        <w:b/>
        <w:bCs/>
      </w:rPr>
    </w:tblStylePr>
    <w:tblStylePr w:type="band1Vert">
      <w:tblPr/>
      <w:tcPr>
        <w:tcBorders>
          <w:top w:val="single" w:sz="8" w:space="0" w:color="196B24" w:themeColor="accent3"/>
          <w:left w:val="single" w:sz="8" w:space="0" w:color="196B24" w:themeColor="accent3"/>
          <w:bottom w:val="single" w:sz="8" w:space="0" w:color="196B24" w:themeColor="accent3"/>
          <w:right w:val="single" w:sz="8" w:space="0" w:color="196B24" w:themeColor="accent3"/>
        </w:tcBorders>
      </w:tcPr>
    </w:tblStylePr>
    <w:tblStylePr w:type="band1Horz">
      <w:tblPr/>
      <w:tcPr>
        <w:tcBorders>
          <w:top w:val="single" w:sz="8" w:space="0" w:color="196B24" w:themeColor="accent3"/>
          <w:left w:val="single" w:sz="8" w:space="0" w:color="196B24" w:themeColor="accent3"/>
          <w:bottom w:val="single" w:sz="8" w:space="0" w:color="196B24" w:themeColor="accent3"/>
          <w:right w:val="single" w:sz="8" w:space="0" w:color="196B24" w:themeColor="accent3"/>
        </w:tcBorders>
      </w:tcPr>
    </w:tblStylePr>
  </w:style>
  <w:style w:type="table" w:styleId="LightList-Accent4">
    <w:name w:val="Light List Accent 4"/>
    <w:basedOn w:val="TableNormal"/>
    <w:uiPriority w:val="61"/>
    <w:rsid w:val="00CB0664"/>
    <w:pPr>
      <w:spacing w:after="0" w:line="240" w:lineRule="auto"/>
    </w:pPr>
    <w:tblPr>
      <w:tblStyleRowBandSize w:val="1"/>
      <w:tblStyleColBandSize w:val="1"/>
      <w:tblBorders>
        <w:top w:val="single" w:sz="8" w:space="0" w:color="0F9ED5" w:themeColor="accent4"/>
        <w:left w:val="single" w:sz="8" w:space="0" w:color="0F9ED5" w:themeColor="accent4"/>
        <w:bottom w:val="single" w:sz="8" w:space="0" w:color="0F9ED5" w:themeColor="accent4"/>
        <w:right w:val="single" w:sz="8" w:space="0" w:color="0F9ED5" w:themeColor="accent4"/>
      </w:tblBorders>
    </w:tblPr>
    <w:tblStylePr w:type="firstRow">
      <w:pPr>
        <w:spacing w:before="0" w:after="0" w:line="240" w:lineRule="auto"/>
      </w:pPr>
      <w:rPr>
        <w:b/>
        <w:bCs/>
        <w:color w:val="FFFFFF" w:themeColor="background1"/>
      </w:rPr>
      <w:tblPr/>
      <w:tcPr>
        <w:shd w:val="clear" w:color="auto" w:fill="0F9ED5" w:themeFill="accent4"/>
      </w:tcPr>
    </w:tblStylePr>
    <w:tblStylePr w:type="lastRow">
      <w:pPr>
        <w:spacing w:before="0" w:after="0" w:line="240" w:lineRule="auto"/>
      </w:pPr>
      <w:rPr>
        <w:b/>
        <w:bCs/>
      </w:rPr>
      <w:tblPr/>
      <w:tcPr>
        <w:tcBorders>
          <w:top w:val="double" w:sz="6" w:space="0" w:color="0F9ED5" w:themeColor="accent4"/>
          <w:left w:val="single" w:sz="8" w:space="0" w:color="0F9ED5" w:themeColor="accent4"/>
          <w:bottom w:val="single" w:sz="8" w:space="0" w:color="0F9ED5" w:themeColor="accent4"/>
          <w:right w:val="single" w:sz="8" w:space="0" w:color="0F9ED5" w:themeColor="accent4"/>
        </w:tcBorders>
      </w:tcPr>
    </w:tblStylePr>
    <w:tblStylePr w:type="firstCol">
      <w:rPr>
        <w:b/>
        <w:bCs/>
      </w:rPr>
    </w:tblStylePr>
    <w:tblStylePr w:type="lastCol">
      <w:rPr>
        <w:b/>
        <w:bCs/>
      </w:rPr>
    </w:tblStylePr>
    <w:tblStylePr w:type="band1Vert">
      <w:tblPr/>
      <w:tcPr>
        <w:tcBorders>
          <w:top w:val="single" w:sz="8" w:space="0" w:color="0F9ED5" w:themeColor="accent4"/>
          <w:left w:val="single" w:sz="8" w:space="0" w:color="0F9ED5" w:themeColor="accent4"/>
          <w:bottom w:val="single" w:sz="8" w:space="0" w:color="0F9ED5" w:themeColor="accent4"/>
          <w:right w:val="single" w:sz="8" w:space="0" w:color="0F9ED5" w:themeColor="accent4"/>
        </w:tcBorders>
      </w:tcPr>
    </w:tblStylePr>
    <w:tblStylePr w:type="band1Horz">
      <w:tblPr/>
      <w:tcPr>
        <w:tcBorders>
          <w:top w:val="single" w:sz="8" w:space="0" w:color="0F9ED5" w:themeColor="accent4"/>
          <w:left w:val="single" w:sz="8" w:space="0" w:color="0F9ED5" w:themeColor="accent4"/>
          <w:bottom w:val="single" w:sz="8" w:space="0" w:color="0F9ED5" w:themeColor="accent4"/>
          <w:right w:val="single" w:sz="8" w:space="0" w:color="0F9ED5" w:themeColor="accent4"/>
        </w:tcBorders>
      </w:tcPr>
    </w:tblStylePr>
  </w:style>
  <w:style w:type="table" w:styleId="LightList-Accent5">
    <w:name w:val="Light List Accent 5"/>
    <w:basedOn w:val="TableNormal"/>
    <w:uiPriority w:val="61"/>
    <w:rsid w:val="00CB0664"/>
    <w:pPr>
      <w:spacing w:after="0" w:line="240" w:lineRule="auto"/>
    </w:pPr>
    <w:tblPr>
      <w:tblStyleRowBandSize w:val="1"/>
      <w:tblStyleColBandSize w:val="1"/>
      <w:tblBorders>
        <w:top w:val="single" w:sz="8" w:space="0" w:color="A02B93" w:themeColor="accent5"/>
        <w:left w:val="single" w:sz="8" w:space="0" w:color="A02B93" w:themeColor="accent5"/>
        <w:bottom w:val="single" w:sz="8" w:space="0" w:color="A02B93" w:themeColor="accent5"/>
        <w:right w:val="single" w:sz="8" w:space="0" w:color="A02B93" w:themeColor="accent5"/>
      </w:tblBorders>
    </w:tblPr>
    <w:tblStylePr w:type="firstRow">
      <w:pPr>
        <w:spacing w:before="0" w:after="0" w:line="240" w:lineRule="auto"/>
      </w:pPr>
      <w:rPr>
        <w:b/>
        <w:bCs/>
        <w:color w:val="FFFFFF" w:themeColor="background1"/>
      </w:rPr>
      <w:tblPr/>
      <w:tcPr>
        <w:shd w:val="clear" w:color="auto" w:fill="A02B93" w:themeFill="accent5"/>
      </w:tcPr>
    </w:tblStylePr>
    <w:tblStylePr w:type="lastRow">
      <w:pPr>
        <w:spacing w:before="0" w:after="0" w:line="240" w:lineRule="auto"/>
      </w:pPr>
      <w:rPr>
        <w:b/>
        <w:bCs/>
      </w:rPr>
      <w:tblPr/>
      <w:tcPr>
        <w:tcBorders>
          <w:top w:val="double" w:sz="6" w:space="0" w:color="A02B93" w:themeColor="accent5"/>
          <w:left w:val="single" w:sz="8" w:space="0" w:color="A02B93" w:themeColor="accent5"/>
          <w:bottom w:val="single" w:sz="8" w:space="0" w:color="A02B93" w:themeColor="accent5"/>
          <w:right w:val="single" w:sz="8" w:space="0" w:color="A02B93" w:themeColor="accent5"/>
        </w:tcBorders>
      </w:tcPr>
    </w:tblStylePr>
    <w:tblStylePr w:type="firstCol">
      <w:rPr>
        <w:b/>
        <w:bCs/>
      </w:rPr>
    </w:tblStylePr>
    <w:tblStylePr w:type="lastCol">
      <w:rPr>
        <w:b/>
        <w:bCs/>
      </w:rPr>
    </w:tblStylePr>
    <w:tblStylePr w:type="band1Vert">
      <w:tblPr/>
      <w:tcPr>
        <w:tcBorders>
          <w:top w:val="single" w:sz="8" w:space="0" w:color="A02B93" w:themeColor="accent5"/>
          <w:left w:val="single" w:sz="8" w:space="0" w:color="A02B93" w:themeColor="accent5"/>
          <w:bottom w:val="single" w:sz="8" w:space="0" w:color="A02B93" w:themeColor="accent5"/>
          <w:right w:val="single" w:sz="8" w:space="0" w:color="A02B93" w:themeColor="accent5"/>
        </w:tcBorders>
      </w:tcPr>
    </w:tblStylePr>
    <w:tblStylePr w:type="band1Horz">
      <w:tblPr/>
      <w:tcPr>
        <w:tcBorders>
          <w:top w:val="single" w:sz="8" w:space="0" w:color="A02B93" w:themeColor="accent5"/>
          <w:left w:val="single" w:sz="8" w:space="0" w:color="A02B93" w:themeColor="accent5"/>
          <w:bottom w:val="single" w:sz="8" w:space="0" w:color="A02B93" w:themeColor="accent5"/>
          <w:right w:val="single" w:sz="8" w:space="0" w:color="A02B93" w:themeColor="accent5"/>
        </w:tcBorders>
      </w:tcPr>
    </w:tblStylePr>
  </w:style>
  <w:style w:type="table" w:styleId="LightList-Accent6">
    <w:name w:val="Light List Accent 6"/>
    <w:basedOn w:val="TableNormal"/>
    <w:uiPriority w:val="61"/>
    <w:rsid w:val="00CB0664"/>
    <w:pPr>
      <w:spacing w:after="0" w:line="240" w:lineRule="auto"/>
    </w:pPr>
    <w:tblPr>
      <w:tblStyleRowBandSize w:val="1"/>
      <w:tblStyleColBandSize w:val="1"/>
      <w:tblBorders>
        <w:top w:val="single" w:sz="8" w:space="0" w:color="4EA72E" w:themeColor="accent6"/>
        <w:left w:val="single" w:sz="8" w:space="0" w:color="4EA72E" w:themeColor="accent6"/>
        <w:bottom w:val="single" w:sz="8" w:space="0" w:color="4EA72E" w:themeColor="accent6"/>
        <w:right w:val="single" w:sz="8" w:space="0" w:color="4EA72E" w:themeColor="accent6"/>
      </w:tblBorders>
    </w:tblPr>
    <w:tblStylePr w:type="firstRow">
      <w:pPr>
        <w:spacing w:before="0" w:after="0" w:line="240" w:lineRule="auto"/>
      </w:pPr>
      <w:rPr>
        <w:b/>
        <w:bCs/>
        <w:color w:val="FFFFFF" w:themeColor="background1"/>
      </w:rPr>
      <w:tblPr/>
      <w:tcPr>
        <w:shd w:val="clear" w:color="auto" w:fill="4EA72E" w:themeFill="accent6"/>
      </w:tcPr>
    </w:tblStylePr>
    <w:tblStylePr w:type="lastRow">
      <w:pPr>
        <w:spacing w:before="0" w:after="0" w:line="240" w:lineRule="auto"/>
      </w:pPr>
      <w:rPr>
        <w:b/>
        <w:bCs/>
      </w:rPr>
      <w:tblPr/>
      <w:tcPr>
        <w:tcBorders>
          <w:top w:val="double" w:sz="6" w:space="0" w:color="4EA72E" w:themeColor="accent6"/>
          <w:left w:val="single" w:sz="8" w:space="0" w:color="4EA72E" w:themeColor="accent6"/>
          <w:bottom w:val="single" w:sz="8" w:space="0" w:color="4EA72E" w:themeColor="accent6"/>
          <w:right w:val="single" w:sz="8" w:space="0" w:color="4EA72E" w:themeColor="accent6"/>
        </w:tcBorders>
      </w:tcPr>
    </w:tblStylePr>
    <w:tblStylePr w:type="firstCol">
      <w:rPr>
        <w:b/>
        <w:bCs/>
      </w:rPr>
    </w:tblStylePr>
    <w:tblStylePr w:type="lastCol">
      <w:rPr>
        <w:b/>
        <w:bCs/>
      </w:rPr>
    </w:tblStylePr>
    <w:tblStylePr w:type="band1Vert">
      <w:tblPr/>
      <w:tcPr>
        <w:tcBorders>
          <w:top w:val="single" w:sz="8" w:space="0" w:color="4EA72E" w:themeColor="accent6"/>
          <w:left w:val="single" w:sz="8" w:space="0" w:color="4EA72E" w:themeColor="accent6"/>
          <w:bottom w:val="single" w:sz="8" w:space="0" w:color="4EA72E" w:themeColor="accent6"/>
          <w:right w:val="single" w:sz="8" w:space="0" w:color="4EA72E" w:themeColor="accent6"/>
        </w:tcBorders>
      </w:tcPr>
    </w:tblStylePr>
    <w:tblStylePr w:type="band1Horz">
      <w:tblPr/>
      <w:tcPr>
        <w:tcBorders>
          <w:top w:val="single" w:sz="8" w:space="0" w:color="4EA72E" w:themeColor="accent6"/>
          <w:left w:val="single" w:sz="8" w:space="0" w:color="4EA72E" w:themeColor="accent6"/>
          <w:bottom w:val="single" w:sz="8" w:space="0" w:color="4EA72E" w:themeColor="accent6"/>
          <w:right w:val="single" w:sz="8" w:space="0" w:color="4EA72E" w:themeColor="accent6"/>
        </w:tcBorders>
      </w:tcPr>
    </w:tblStylePr>
  </w:style>
  <w:style w:type="table" w:styleId="LightGrid">
    <w:name w:val="Light Grid"/>
    <w:basedOn w:val="TableNormal"/>
    <w:uiPriority w:val="62"/>
    <w:rsid w:val="00CB0664"/>
    <w:pPr>
      <w:spacing w:after="0" w:line="240" w:lineRule="auto"/>
    </w:pPr>
    <w:tblPr>
      <w:tblStyleRowBandSize w:val="1"/>
      <w:tblStyleColBandSize w:val="1"/>
      <w:tblBorders>
        <w:top w:val="single" w:sz="8" w:space="0" w:color="000000" w:themeColor="text1"/>
        <w:left w:val="single" w:sz="8" w:space="0" w:color="000000" w:themeColor="text1"/>
        <w:bottom w:val="single" w:sz="8" w:space="0" w:color="000000" w:themeColor="text1"/>
        <w:right w:val="single" w:sz="8" w:space="0" w:color="000000" w:themeColor="text1"/>
        <w:insideH w:val="single" w:sz="8" w:space="0" w:color="000000" w:themeColor="text1"/>
        <w:insideV w:val="single" w:sz="8" w:space="0" w:color="000000" w:themeColor="text1"/>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000000" w:themeColor="text1"/>
          <w:left w:val="single" w:sz="8" w:space="0" w:color="000000" w:themeColor="text1"/>
          <w:bottom w:val="single" w:sz="18" w:space="0" w:color="000000" w:themeColor="text1"/>
          <w:right w:val="single" w:sz="8" w:space="0" w:color="000000" w:themeColor="text1"/>
          <w:insideH w:val="nil"/>
          <w:insideV w:val="single" w:sz="8" w:space="0" w:color="000000" w:themeColor="text1"/>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000000" w:themeColor="text1"/>
          <w:left w:val="single" w:sz="8" w:space="0" w:color="000000" w:themeColor="text1"/>
          <w:bottom w:val="single" w:sz="8" w:space="0" w:color="000000" w:themeColor="text1"/>
          <w:right w:val="single" w:sz="8" w:space="0" w:color="000000" w:themeColor="text1"/>
          <w:insideH w:val="nil"/>
          <w:insideV w:val="single" w:sz="8" w:space="0" w:color="000000" w:themeColor="text1"/>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tblStylePr w:type="band1Vert">
      <w:tblPr/>
      <w:tcPr>
        <w:tcBorders>
          <w:top w:val="single" w:sz="8" w:space="0" w:color="000000" w:themeColor="text1"/>
          <w:left w:val="single" w:sz="8" w:space="0" w:color="000000" w:themeColor="text1"/>
          <w:bottom w:val="single" w:sz="8" w:space="0" w:color="000000" w:themeColor="text1"/>
          <w:right w:val="single" w:sz="8" w:space="0" w:color="000000" w:themeColor="text1"/>
        </w:tcBorders>
        <w:shd w:val="clear" w:color="auto" w:fill="C0C0C0" w:themeFill="text1" w:themeFillTint="3F"/>
      </w:tcPr>
    </w:tblStylePr>
    <w:tblStylePr w:type="band1Horz">
      <w:tblPr/>
      <w:tcPr>
        <w:tcBorders>
          <w:top w:val="single" w:sz="8" w:space="0" w:color="000000" w:themeColor="text1"/>
          <w:left w:val="single" w:sz="8" w:space="0" w:color="000000" w:themeColor="text1"/>
          <w:bottom w:val="single" w:sz="8" w:space="0" w:color="000000" w:themeColor="text1"/>
          <w:right w:val="single" w:sz="8" w:space="0" w:color="000000" w:themeColor="text1"/>
          <w:insideV w:val="single" w:sz="8" w:space="0" w:color="000000" w:themeColor="text1"/>
        </w:tcBorders>
        <w:shd w:val="clear" w:color="auto" w:fill="C0C0C0" w:themeFill="text1" w:themeFillTint="3F"/>
      </w:tcPr>
    </w:tblStylePr>
    <w:tblStylePr w:type="band2Horz">
      <w:tblPr/>
      <w:tcPr>
        <w:tcBorders>
          <w:top w:val="single" w:sz="8" w:space="0" w:color="000000" w:themeColor="text1"/>
          <w:left w:val="single" w:sz="8" w:space="0" w:color="000000" w:themeColor="text1"/>
          <w:bottom w:val="single" w:sz="8" w:space="0" w:color="000000" w:themeColor="text1"/>
          <w:right w:val="single" w:sz="8" w:space="0" w:color="000000" w:themeColor="text1"/>
          <w:insideV w:val="single" w:sz="8" w:space="0" w:color="000000" w:themeColor="text1"/>
        </w:tcBorders>
      </w:tcPr>
    </w:tblStylePr>
  </w:style>
  <w:style w:type="table" w:styleId="LightGrid-Accent1">
    <w:name w:val="Light Grid Accent 1"/>
    <w:basedOn w:val="TableNormal"/>
    <w:uiPriority w:val="62"/>
    <w:rsid w:val="00CB0664"/>
    <w:pPr>
      <w:spacing w:after="0" w:line="240" w:lineRule="auto"/>
    </w:pPr>
    <w:tblPr>
      <w:tblStyleRowBandSize w:val="1"/>
      <w:tblStyleColBandSize w:val="1"/>
      <w:tblBorders>
        <w:top w:val="single" w:sz="8" w:space="0" w:color="156082" w:themeColor="accent1"/>
        <w:left w:val="single" w:sz="8" w:space="0" w:color="156082" w:themeColor="accent1"/>
        <w:bottom w:val="single" w:sz="8" w:space="0" w:color="156082" w:themeColor="accent1"/>
        <w:right w:val="single" w:sz="8" w:space="0" w:color="156082" w:themeColor="accent1"/>
        <w:insideH w:val="single" w:sz="8" w:space="0" w:color="156082" w:themeColor="accent1"/>
        <w:insideV w:val="single" w:sz="8" w:space="0" w:color="156082" w:themeColor="accent1"/>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156082" w:themeColor="accent1"/>
          <w:left w:val="single" w:sz="8" w:space="0" w:color="156082" w:themeColor="accent1"/>
          <w:bottom w:val="single" w:sz="18" w:space="0" w:color="156082" w:themeColor="accent1"/>
          <w:right w:val="single" w:sz="8" w:space="0" w:color="156082" w:themeColor="accent1"/>
          <w:insideH w:val="nil"/>
          <w:insideV w:val="single" w:sz="8" w:space="0" w:color="156082" w:themeColor="accent1"/>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156082" w:themeColor="accent1"/>
          <w:left w:val="single" w:sz="8" w:space="0" w:color="156082" w:themeColor="accent1"/>
          <w:bottom w:val="single" w:sz="8" w:space="0" w:color="156082" w:themeColor="accent1"/>
          <w:right w:val="single" w:sz="8" w:space="0" w:color="156082" w:themeColor="accent1"/>
          <w:insideH w:val="nil"/>
          <w:insideV w:val="single" w:sz="8" w:space="0" w:color="156082" w:themeColor="accent1"/>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156082" w:themeColor="accent1"/>
          <w:left w:val="single" w:sz="8" w:space="0" w:color="156082" w:themeColor="accent1"/>
          <w:bottom w:val="single" w:sz="8" w:space="0" w:color="156082" w:themeColor="accent1"/>
          <w:right w:val="single" w:sz="8" w:space="0" w:color="156082" w:themeColor="accent1"/>
        </w:tcBorders>
      </w:tcPr>
    </w:tblStylePr>
    <w:tblStylePr w:type="band1Vert">
      <w:tblPr/>
      <w:tcPr>
        <w:tcBorders>
          <w:top w:val="single" w:sz="8" w:space="0" w:color="156082" w:themeColor="accent1"/>
          <w:left w:val="single" w:sz="8" w:space="0" w:color="156082" w:themeColor="accent1"/>
          <w:bottom w:val="single" w:sz="8" w:space="0" w:color="156082" w:themeColor="accent1"/>
          <w:right w:val="single" w:sz="8" w:space="0" w:color="156082" w:themeColor="accent1"/>
        </w:tcBorders>
        <w:shd w:val="clear" w:color="auto" w:fill="B2DEF2" w:themeFill="accent1" w:themeFillTint="3F"/>
      </w:tcPr>
    </w:tblStylePr>
    <w:tblStylePr w:type="band1Horz">
      <w:tblPr/>
      <w:tcPr>
        <w:tcBorders>
          <w:top w:val="single" w:sz="8" w:space="0" w:color="156082" w:themeColor="accent1"/>
          <w:left w:val="single" w:sz="8" w:space="0" w:color="156082" w:themeColor="accent1"/>
          <w:bottom w:val="single" w:sz="8" w:space="0" w:color="156082" w:themeColor="accent1"/>
          <w:right w:val="single" w:sz="8" w:space="0" w:color="156082" w:themeColor="accent1"/>
          <w:insideV w:val="single" w:sz="8" w:space="0" w:color="156082" w:themeColor="accent1"/>
        </w:tcBorders>
        <w:shd w:val="clear" w:color="auto" w:fill="B2DEF2" w:themeFill="accent1" w:themeFillTint="3F"/>
      </w:tcPr>
    </w:tblStylePr>
    <w:tblStylePr w:type="band2Horz">
      <w:tblPr/>
      <w:tcPr>
        <w:tcBorders>
          <w:top w:val="single" w:sz="8" w:space="0" w:color="156082" w:themeColor="accent1"/>
          <w:left w:val="single" w:sz="8" w:space="0" w:color="156082" w:themeColor="accent1"/>
          <w:bottom w:val="single" w:sz="8" w:space="0" w:color="156082" w:themeColor="accent1"/>
          <w:right w:val="single" w:sz="8" w:space="0" w:color="156082" w:themeColor="accent1"/>
          <w:insideV w:val="single" w:sz="8" w:space="0" w:color="156082" w:themeColor="accent1"/>
        </w:tcBorders>
      </w:tcPr>
    </w:tblStylePr>
  </w:style>
  <w:style w:type="table" w:styleId="LightGrid-Accent2">
    <w:name w:val="Light Grid Accent 2"/>
    <w:basedOn w:val="TableNormal"/>
    <w:uiPriority w:val="62"/>
    <w:rsid w:val="00CB0664"/>
    <w:pPr>
      <w:spacing w:after="0" w:line="240" w:lineRule="auto"/>
    </w:pPr>
    <w:tblPr>
      <w:tblStyleRowBandSize w:val="1"/>
      <w:tblStyleColBandSize w:val="1"/>
      <w:tblBorders>
        <w:top w:val="single" w:sz="8" w:space="0" w:color="E97132" w:themeColor="accent2"/>
        <w:left w:val="single" w:sz="8" w:space="0" w:color="E97132" w:themeColor="accent2"/>
        <w:bottom w:val="single" w:sz="8" w:space="0" w:color="E97132" w:themeColor="accent2"/>
        <w:right w:val="single" w:sz="8" w:space="0" w:color="E97132" w:themeColor="accent2"/>
        <w:insideH w:val="single" w:sz="8" w:space="0" w:color="E97132" w:themeColor="accent2"/>
        <w:insideV w:val="single" w:sz="8" w:space="0" w:color="E97132" w:themeColor="accent2"/>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E97132" w:themeColor="accent2"/>
          <w:left w:val="single" w:sz="8" w:space="0" w:color="E97132" w:themeColor="accent2"/>
          <w:bottom w:val="single" w:sz="18" w:space="0" w:color="E97132" w:themeColor="accent2"/>
          <w:right w:val="single" w:sz="8" w:space="0" w:color="E97132" w:themeColor="accent2"/>
          <w:insideH w:val="nil"/>
          <w:insideV w:val="single" w:sz="8" w:space="0" w:color="E97132" w:themeColor="accent2"/>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E97132" w:themeColor="accent2"/>
          <w:left w:val="single" w:sz="8" w:space="0" w:color="E97132" w:themeColor="accent2"/>
          <w:bottom w:val="single" w:sz="8" w:space="0" w:color="E97132" w:themeColor="accent2"/>
          <w:right w:val="single" w:sz="8" w:space="0" w:color="E97132" w:themeColor="accent2"/>
          <w:insideH w:val="nil"/>
          <w:insideV w:val="single" w:sz="8" w:space="0" w:color="E97132" w:themeColor="accent2"/>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E97132" w:themeColor="accent2"/>
          <w:left w:val="single" w:sz="8" w:space="0" w:color="E97132" w:themeColor="accent2"/>
          <w:bottom w:val="single" w:sz="8" w:space="0" w:color="E97132" w:themeColor="accent2"/>
          <w:right w:val="single" w:sz="8" w:space="0" w:color="E97132" w:themeColor="accent2"/>
        </w:tcBorders>
      </w:tcPr>
    </w:tblStylePr>
    <w:tblStylePr w:type="band1Vert">
      <w:tblPr/>
      <w:tcPr>
        <w:tcBorders>
          <w:top w:val="single" w:sz="8" w:space="0" w:color="E97132" w:themeColor="accent2"/>
          <w:left w:val="single" w:sz="8" w:space="0" w:color="E97132" w:themeColor="accent2"/>
          <w:bottom w:val="single" w:sz="8" w:space="0" w:color="E97132" w:themeColor="accent2"/>
          <w:right w:val="single" w:sz="8" w:space="0" w:color="E97132" w:themeColor="accent2"/>
        </w:tcBorders>
        <w:shd w:val="clear" w:color="auto" w:fill="F9DBCC" w:themeFill="accent2" w:themeFillTint="3F"/>
      </w:tcPr>
    </w:tblStylePr>
    <w:tblStylePr w:type="band1Horz">
      <w:tblPr/>
      <w:tcPr>
        <w:tcBorders>
          <w:top w:val="single" w:sz="8" w:space="0" w:color="E97132" w:themeColor="accent2"/>
          <w:left w:val="single" w:sz="8" w:space="0" w:color="E97132" w:themeColor="accent2"/>
          <w:bottom w:val="single" w:sz="8" w:space="0" w:color="E97132" w:themeColor="accent2"/>
          <w:right w:val="single" w:sz="8" w:space="0" w:color="E97132" w:themeColor="accent2"/>
          <w:insideV w:val="single" w:sz="8" w:space="0" w:color="E97132" w:themeColor="accent2"/>
        </w:tcBorders>
        <w:shd w:val="clear" w:color="auto" w:fill="F9DBCC" w:themeFill="accent2" w:themeFillTint="3F"/>
      </w:tcPr>
    </w:tblStylePr>
    <w:tblStylePr w:type="band2Horz">
      <w:tblPr/>
      <w:tcPr>
        <w:tcBorders>
          <w:top w:val="single" w:sz="8" w:space="0" w:color="E97132" w:themeColor="accent2"/>
          <w:left w:val="single" w:sz="8" w:space="0" w:color="E97132" w:themeColor="accent2"/>
          <w:bottom w:val="single" w:sz="8" w:space="0" w:color="E97132" w:themeColor="accent2"/>
          <w:right w:val="single" w:sz="8" w:space="0" w:color="E97132" w:themeColor="accent2"/>
          <w:insideV w:val="single" w:sz="8" w:space="0" w:color="E97132" w:themeColor="accent2"/>
        </w:tcBorders>
      </w:tcPr>
    </w:tblStylePr>
  </w:style>
  <w:style w:type="table" w:styleId="LightGrid-Accent3">
    <w:name w:val="Light Grid Accent 3"/>
    <w:basedOn w:val="TableNormal"/>
    <w:uiPriority w:val="62"/>
    <w:rsid w:val="00CB0664"/>
    <w:pPr>
      <w:spacing w:after="0" w:line="240" w:lineRule="auto"/>
    </w:pPr>
    <w:tblPr>
      <w:tblStyleRowBandSize w:val="1"/>
      <w:tblStyleColBandSize w:val="1"/>
      <w:tblBorders>
        <w:top w:val="single" w:sz="8" w:space="0" w:color="196B24" w:themeColor="accent3"/>
        <w:left w:val="single" w:sz="8" w:space="0" w:color="196B24" w:themeColor="accent3"/>
        <w:bottom w:val="single" w:sz="8" w:space="0" w:color="196B24" w:themeColor="accent3"/>
        <w:right w:val="single" w:sz="8" w:space="0" w:color="196B24" w:themeColor="accent3"/>
        <w:insideH w:val="single" w:sz="8" w:space="0" w:color="196B24" w:themeColor="accent3"/>
        <w:insideV w:val="single" w:sz="8" w:space="0" w:color="196B24" w:themeColor="accent3"/>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196B24" w:themeColor="accent3"/>
          <w:left w:val="single" w:sz="8" w:space="0" w:color="196B24" w:themeColor="accent3"/>
          <w:bottom w:val="single" w:sz="18" w:space="0" w:color="196B24" w:themeColor="accent3"/>
          <w:right w:val="single" w:sz="8" w:space="0" w:color="196B24" w:themeColor="accent3"/>
          <w:insideH w:val="nil"/>
          <w:insideV w:val="single" w:sz="8" w:space="0" w:color="196B24" w:themeColor="accent3"/>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196B24" w:themeColor="accent3"/>
          <w:left w:val="single" w:sz="8" w:space="0" w:color="196B24" w:themeColor="accent3"/>
          <w:bottom w:val="single" w:sz="8" w:space="0" w:color="196B24" w:themeColor="accent3"/>
          <w:right w:val="single" w:sz="8" w:space="0" w:color="196B24" w:themeColor="accent3"/>
          <w:insideH w:val="nil"/>
          <w:insideV w:val="single" w:sz="8" w:space="0" w:color="196B24" w:themeColor="accent3"/>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196B24" w:themeColor="accent3"/>
          <w:left w:val="single" w:sz="8" w:space="0" w:color="196B24" w:themeColor="accent3"/>
          <w:bottom w:val="single" w:sz="8" w:space="0" w:color="196B24" w:themeColor="accent3"/>
          <w:right w:val="single" w:sz="8" w:space="0" w:color="196B24" w:themeColor="accent3"/>
        </w:tcBorders>
      </w:tcPr>
    </w:tblStylePr>
    <w:tblStylePr w:type="band1Vert">
      <w:tblPr/>
      <w:tcPr>
        <w:tcBorders>
          <w:top w:val="single" w:sz="8" w:space="0" w:color="196B24" w:themeColor="accent3"/>
          <w:left w:val="single" w:sz="8" w:space="0" w:color="196B24" w:themeColor="accent3"/>
          <w:bottom w:val="single" w:sz="8" w:space="0" w:color="196B24" w:themeColor="accent3"/>
          <w:right w:val="single" w:sz="8" w:space="0" w:color="196B24" w:themeColor="accent3"/>
        </w:tcBorders>
        <w:shd w:val="clear" w:color="auto" w:fill="B3EDBA" w:themeFill="accent3" w:themeFillTint="3F"/>
      </w:tcPr>
    </w:tblStylePr>
    <w:tblStylePr w:type="band1Horz">
      <w:tblPr/>
      <w:tcPr>
        <w:tcBorders>
          <w:top w:val="single" w:sz="8" w:space="0" w:color="196B24" w:themeColor="accent3"/>
          <w:left w:val="single" w:sz="8" w:space="0" w:color="196B24" w:themeColor="accent3"/>
          <w:bottom w:val="single" w:sz="8" w:space="0" w:color="196B24" w:themeColor="accent3"/>
          <w:right w:val="single" w:sz="8" w:space="0" w:color="196B24" w:themeColor="accent3"/>
          <w:insideV w:val="single" w:sz="8" w:space="0" w:color="196B24" w:themeColor="accent3"/>
        </w:tcBorders>
        <w:shd w:val="clear" w:color="auto" w:fill="B3EDBA" w:themeFill="accent3" w:themeFillTint="3F"/>
      </w:tcPr>
    </w:tblStylePr>
    <w:tblStylePr w:type="band2Horz">
      <w:tblPr/>
      <w:tcPr>
        <w:tcBorders>
          <w:top w:val="single" w:sz="8" w:space="0" w:color="196B24" w:themeColor="accent3"/>
          <w:left w:val="single" w:sz="8" w:space="0" w:color="196B24" w:themeColor="accent3"/>
          <w:bottom w:val="single" w:sz="8" w:space="0" w:color="196B24" w:themeColor="accent3"/>
          <w:right w:val="single" w:sz="8" w:space="0" w:color="196B24" w:themeColor="accent3"/>
          <w:insideV w:val="single" w:sz="8" w:space="0" w:color="196B24" w:themeColor="accent3"/>
        </w:tcBorders>
      </w:tcPr>
    </w:tblStylePr>
  </w:style>
  <w:style w:type="table" w:styleId="LightGrid-Accent4">
    <w:name w:val="Light Grid Accent 4"/>
    <w:basedOn w:val="TableNormal"/>
    <w:uiPriority w:val="62"/>
    <w:rsid w:val="00CB0664"/>
    <w:pPr>
      <w:spacing w:after="0" w:line="240" w:lineRule="auto"/>
    </w:pPr>
    <w:tblPr>
      <w:tblStyleRowBandSize w:val="1"/>
      <w:tblStyleColBandSize w:val="1"/>
      <w:tblBorders>
        <w:top w:val="single" w:sz="8" w:space="0" w:color="0F9ED5" w:themeColor="accent4"/>
        <w:left w:val="single" w:sz="8" w:space="0" w:color="0F9ED5" w:themeColor="accent4"/>
        <w:bottom w:val="single" w:sz="8" w:space="0" w:color="0F9ED5" w:themeColor="accent4"/>
        <w:right w:val="single" w:sz="8" w:space="0" w:color="0F9ED5" w:themeColor="accent4"/>
        <w:insideH w:val="single" w:sz="8" w:space="0" w:color="0F9ED5" w:themeColor="accent4"/>
        <w:insideV w:val="single" w:sz="8" w:space="0" w:color="0F9ED5" w:themeColor="accent4"/>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0F9ED5" w:themeColor="accent4"/>
          <w:left w:val="single" w:sz="8" w:space="0" w:color="0F9ED5" w:themeColor="accent4"/>
          <w:bottom w:val="single" w:sz="18" w:space="0" w:color="0F9ED5" w:themeColor="accent4"/>
          <w:right w:val="single" w:sz="8" w:space="0" w:color="0F9ED5" w:themeColor="accent4"/>
          <w:insideH w:val="nil"/>
          <w:insideV w:val="single" w:sz="8" w:space="0" w:color="0F9ED5" w:themeColor="accent4"/>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0F9ED5" w:themeColor="accent4"/>
          <w:left w:val="single" w:sz="8" w:space="0" w:color="0F9ED5" w:themeColor="accent4"/>
          <w:bottom w:val="single" w:sz="8" w:space="0" w:color="0F9ED5" w:themeColor="accent4"/>
          <w:right w:val="single" w:sz="8" w:space="0" w:color="0F9ED5" w:themeColor="accent4"/>
          <w:insideH w:val="nil"/>
          <w:insideV w:val="single" w:sz="8" w:space="0" w:color="0F9ED5" w:themeColor="accent4"/>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0F9ED5" w:themeColor="accent4"/>
          <w:left w:val="single" w:sz="8" w:space="0" w:color="0F9ED5" w:themeColor="accent4"/>
          <w:bottom w:val="single" w:sz="8" w:space="0" w:color="0F9ED5" w:themeColor="accent4"/>
          <w:right w:val="single" w:sz="8" w:space="0" w:color="0F9ED5" w:themeColor="accent4"/>
        </w:tcBorders>
      </w:tcPr>
    </w:tblStylePr>
    <w:tblStylePr w:type="band1Vert">
      <w:tblPr/>
      <w:tcPr>
        <w:tcBorders>
          <w:top w:val="single" w:sz="8" w:space="0" w:color="0F9ED5" w:themeColor="accent4"/>
          <w:left w:val="single" w:sz="8" w:space="0" w:color="0F9ED5" w:themeColor="accent4"/>
          <w:bottom w:val="single" w:sz="8" w:space="0" w:color="0F9ED5" w:themeColor="accent4"/>
          <w:right w:val="single" w:sz="8" w:space="0" w:color="0F9ED5" w:themeColor="accent4"/>
        </w:tcBorders>
        <w:shd w:val="clear" w:color="auto" w:fill="BDE9FA" w:themeFill="accent4" w:themeFillTint="3F"/>
      </w:tcPr>
    </w:tblStylePr>
    <w:tblStylePr w:type="band1Horz">
      <w:tblPr/>
      <w:tcPr>
        <w:tcBorders>
          <w:top w:val="single" w:sz="8" w:space="0" w:color="0F9ED5" w:themeColor="accent4"/>
          <w:left w:val="single" w:sz="8" w:space="0" w:color="0F9ED5" w:themeColor="accent4"/>
          <w:bottom w:val="single" w:sz="8" w:space="0" w:color="0F9ED5" w:themeColor="accent4"/>
          <w:right w:val="single" w:sz="8" w:space="0" w:color="0F9ED5" w:themeColor="accent4"/>
          <w:insideV w:val="single" w:sz="8" w:space="0" w:color="0F9ED5" w:themeColor="accent4"/>
        </w:tcBorders>
        <w:shd w:val="clear" w:color="auto" w:fill="BDE9FA" w:themeFill="accent4" w:themeFillTint="3F"/>
      </w:tcPr>
    </w:tblStylePr>
    <w:tblStylePr w:type="band2Horz">
      <w:tblPr/>
      <w:tcPr>
        <w:tcBorders>
          <w:top w:val="single" w:sz="8" w:space="0" w:color="0F9ED5" w:themeColor="accent4"/>
          <w:left w:val="single" w:sz="8" w:space="0" w:color="0F9ED5" w:themeColor="accent4"/>
          <w:bottom w:val="single" w:sz="8" w:space="0" w:color="0F9ED5" w:themeColor="accent4"/>
          <w:right w:val="single" w:sz="8" w:space="0" w:color="0F9ED5" w:themeColor="accent4"/>
          <w:insideV w:val="single" w:sz="8" w:space="0" w:color="0F9ED5" w:themeColor="accent4"/>
        </w:tcBorders>
      </w:tcPr>
    </w:tblStylePr>
  </w:style>
  <w:style w:type="table" w:styleId="LightGrid-Accent5">
    <w:name w:val="Light Grid Accent 5"/>
    <w:basedOn w:val="TableNormal"/>
    <w:uiPriority w:val="62"/>
    <w:rsid w:val="00CB0664"/>
    <w:pPr>
      <w:spacing w:after="0" w:line="240" w:lineRule="auto"/>
    </w:pPr>
    <w:tblPr>
      <w:tblStyleRowBandSize w:val="1"/>
      <w:tblStyleColBandSize w:val="1"/>
      <w:tblBorders>
        <w:top w:val="single" w:sz="8" w:space="0" w:color="A02B93" w:themeColor="accent5"/>
        <w:left w:val="single" w:sz="8" w:space="0" w:color="A02B93" w:themeColor="accent5"/>
        <w:bottom w:val="single" w:sz="8" w:space="0" w:color="A02B93" w:themeColor="accent5"/>
        <w:right w:val="single" w:sz="8" w:space="0" w:color="A02B93" w:themeColor="accent5"/>
        <w:insideH w:val="single" w:sz="8" w:space="0" w:color="A02B93" w:themeColor="accent5"/>
        <w:insideV w:val="single" w:sz="8" w:space="0" w:color="A02B93" w:themeColor="accent5"/>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A02B93" w:themeColor="accent5"/>
          <w:left w:val="single" w:sz="8" w:space="0" w:color="A02B93" w:themeColor="accent5"/>
          <w:bottom w:val="single" w:sz="18" w:space="0" w:color="A02B93" w:themeColor="accent5"/>
          <w:right w:val="single" w:sz="8" w:space="0" w:color="A02B93" w:themeColor="accent5"/>
          <w:insideH w:val="nil"/>
          <w:insideV w:val="single" w:sz="8" w:space="0" w:color="A02B93" w:themeColor="accent5"/>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A02B93" w:themeColor="accent5"/>
          <w:left w:val="single" w:sz="8" w:space="0" w:color="A02B93" w:themeColor="accent5"/>
          <w:bottom w:val="single" w:sz="8" w:space="0" w:color="A02B93" w:themeColor="accent5"/>
          <w:right w:val="single" w:sz="8" w:space="0" w:color="A02B93" w:themeColor="accent5"/>
          <w:insideH w:val="nil"/>
          <w:insideV w:val="single" w:sz="8" w:space="0" w:color="A02B93" w:themeColor="accent5"/>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A02B93" w:themeColor="accent5"/>
          <w:left w:val="single" w:sz="8" w:space="0" w:color="A02B93" w:themeColor="accent5"/>
          <w:bottom w:val="single" w:sz="8" w:space="0" w:color="A02B93" w:themeColor="accent5"/>
          <w:right w:val="single" w:sz="8" w:space="0" w:color="A02B93" w:themeColor="accent5"/>
        </w:tcBorders>
      </w:tcPr>
    </w:tblStylePr>
    <w:tblStylePr w:type="band1Vert">
      <w:tblPr/>
      <w:tcPr>
        <w:tcBorders>
          <w:top w:val="single" w:sz="8" w:space="0" w:color="A02B93" w:themeColor="accent5"/>
          <w:left w:val="single" w:sz="8" w:space="0" w:color="A02B93" w:themeColor="accent5"/>
          <w:bottom w:val="single" w:sz="8" w:space="0" w:color="A02B93" w:themeColor="accent5"/>
          <w:right w:val="single" w:sz="8" w:space="0" w:color="A02B93" w:themeColor="accent5"/>
        </w:tcBorders>
        <w:shd w:val="clear" w:color="auto" w:fill="EFC3E9" w:themeFill="accent5" w:themeFillTint="3F"/>
      </w:tcPr>
    </w:tblStylePr>
    <w:tblStylePr w:type="band1Horz">
      <w:tblPr/>
      <w:tcPr>
        <w:tcBorders>
          <w:top w:val="single" w:sz="8" w:space="0" w:color="A02B93" w:themeColor="accent5"/>
          <w:left w:val="single" w:sz="8" w:space="0" w:color="A02B93" w:themeColor="accent5"/>
          <w:bottom w:val="single" w:sz="8" w:space="0" w:color="A02B93" w:themeColor="accent5"/>
          <w:right w:val="single" w:sz="8" w:space="0" w:color="A02B93" w:themeColor="accent5"/>
          <w:insideV w:val="single" w:sz="8" w:space="0" w:color="A02B93" w:themeColor="accent5"/>
        </w:tcBorders>
        <w:shd w:val="clear" w:color="auto" w:fill="EFC3E9" w:themeFill="accent5" w:themeFillTint="3F"/>
      </w:tcPr>
    </w:tblStylePr>
    <w:tblStylePr w:type="band2Horz">
      <w:tblPr/>
      <w:tcPr>
        <w:tcBorders>
          <w:top w:val="single" w:sz="8" w:space="0" w:color="A02B93" w:themeColor="accent5"/>
          <w:left w:val="single" w:sz="8" w:space="0" w:color="A02B93" w:themeColor="accent5"/>
          <w:bottom w:val="single" w:sz="8" w:space="0" w:color="A02B93" w:themeColor="accent5"/>
          <w:right w:val="single" w:sz="8" w:space="0" w:color="A02B93" w:themeColor="accent5"/>
          <w:insideV w:val="single" w:sz="8" w:space="0" w:color="A02B93" w:themeColor="accent5"/>
        </w:tcBorders>
      </w:tcPr>
    </w:tblStylePr>
  </w:style>
  <w:style w:type="table" w:styleId="LightGrid-Accent6">
    <w:name w:val="Light Grid Accent 6"/>
    <w:basedOn w:val="TableNormal"/>
    <w:uiPriority w:val="62"/>
    <w:rsid w:val="00CB0664"/>
    <w:pPr>
      <w:spacing w:after="0" w:line="240" w:lineRule="auto"/>
    </w:pPr>
    <w:tblPr>
      <w:tblStyleRowBandSize w:val="1"/>
      <w:tblStyleColBandSize w:val="1"/>
      <w:tblBorders>
        <w:top w:val="single" w:sz="8" w:space="0" w:color="4EA72E" w:themeColor="accent6"/>
        <w:left w:val="single" w:sz="8" w:space="0" w:color="4EA72E" w:themeColor="accent6"/>
        <w:bottom w:val="single" w:sz="8" w:space="0" w:color="4EA72E" w:themeColor="accent6"/>
        <w:right w:val="single" w:sz="8" w:space="0" w:color="4EA72E" w:themeColor="accent6"/>
        <w:insideH w:val="single" w:sz="8" w:space="0" w:color="4EA72E" w:themeColor="accent6"/>
        <w:insideV w:val="single" w:sz="8" w:space="0" w:color="4EA72E" w:themeColor="accent6"/>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4EA72E" w:themeColor="accent6"/>
          <w:left w:val="single" w:sz="8" w:space="0" w:color="4EA72E" w:themeColor="accent6"/>
          <w:bottom w:val="single" w:sz="18" w:space="0" w:color="4EA72E" w:themeColor="accent6"/>
          <w:right w:val="single" w:sz="8" w:space="0" w:color="4EA72E" w:themeColor="accent6"/>
          <w:insideH w:val="nil"/>
          <w:insideV w:val="single" w:sz="8" w:space="0" w:color="4EA72E" w:themeColor="accent6"/>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EA72E" w:themeColor="accent6"/>
          <w:left w:val="single" w:sz="8" w:space="0" w:color="4EA72E" w:themeColor="accent6"/>
          <w:bottom w:val="single" w:sz="8" w:space="0" w:color="4EA72E" w:themeColor="accent6"/>
          <w:right w:val="single" w:sz="8" w:space="0" w:color="4EA72E" w:themeColor="accent6"/>
          <w:insideH w:val="nil"/>
          <w:insideV w:val="single" w:sz="8" w:space="0" w:color="4EA72E" w:themeColor="accent6"/>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EA72E" w:themeColor="accent6"/>
          <w:left w:val="single" w:sz="8" w:space="0" w:color="4EA72E" w:themeColor="accent6"/>
          <w:bottom w:val="single" w:sz="8" w:space="0" w:color="4EA72E" w:themeColor="accent6"/>
          <w:right w:val="single" w:sz="8" w:space="0" w:color="4EA72E" w:themeColor="accent6"/>
        </w:tcBorders>
      </w:tcPr>
    </w:tblStylePr>
    <w:tblStylePr w:type="band1Vert">
      <w:tblPr/>
      <w:tcPr>
        <w:tcBorders>
          <w:top w:val="single" w:sz="8" w:space="0" w:color="4EA72E" w:themeColor="accent6"/>
          <w:left w:val="single" w:sz="8" w:space="0" w:color="4EA72E" w:themeColor="accent6"/>
          <w:bottom w:val="single" w:sz="8" w:space="0" w:color="4EA72E" w:themeColor="accent6"/>
          <w:right w:val="single" w:sz="8" w:space="0" w:color="4EA72E" w:themeColor="accent6"/>
        </w:tcBorders>
        <w:shd w:val="clear" w:color="auto" w:fill="D0EFC5" w:themeFill="accent6" w:themeFillTint="3F"/>
      </w:tcPr>
    </w:tblStylePr>
    <w:tblStylePr w:type="band1Horz">
      <w:tblPr/>
      <w:tcPr>
        <w:tcBorders>
          <w:top w:val="single" w:sz="8" w:space="0" w:color="4EA72E" w:themeColor="accent6"/>
          <w:left w:val="single" w:sz="8" w:space="0" w:color="4EA72E" w:themeColor="accent6"/>
          <w:bottom w:val="single" w:sz="8" w:space="0" w:color="4EA72E" w:themeColor="accent6"/>
          <w:right w:val="single" w:sz="8" w:space="0" w:color="4EA72E" w:themeColor="accent6"/>
          <w:insideV w:val="single" w:sz="8" w:space="0" w:color="4EA72E" w:themeColor="accent6"/>
        </w:tcBorders>
        <w:shd w:val="clear" w:color="auto" w:fill="D0EFC5" w:themeFill="accent6" w:themeFillTint="3F"/>
      </w:tcPr>
    </w:tblStylePr>
    <w:tblStylePr w:type="band2Horz">
      <w:tblPr/>
      <w:tcPr>
        <w:tcBorders>
          <w:top w:val="single" w:sz="8" w:space="0" w:color="4EA72E" w:themeColor="accent6"/>
          <w:left w:val="single" w:sz="8" w:space="0" w:color="4EA72E" w:themeColor="accent6"/>
          <w:bottom w:val="single" w:sz="8" w:space="0" w:color="4EA72E" w:themeColor="accent6"/>
          <w:right w:val="single" w:sz="8" w:space="0" w:color="4EA72E" w:themeColor="accent6"/>
          <w:insideV w:val="single" w:sz="8" w:space="0" w:color="4EA72E" w:themeColor="accent6"/>
        </w:tcBorders>
      </w:tcPr>
    </w:tblStylePr>
  </w:style>
  <w:style w:type="table" w:styleId="MediumShading1">
    <w:name w:val="Medium Shading 1"/>
    <w:basedOn w:val="TableNormal"/>
    <w:uiPriority w:val="63"/>
    <w:rsid w:val="00CB0664"/>
    <w:pPr>
      <w:spacing w:after="0" w:line="240" w:lineRule="auto"/>
    </w:pPr>
    <w:tblPr>
      <w:tblStyleRowBandSize w:val="1"/>
      <w:tblStyleColBandSize w:val="1"/>
      <w:tbl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single" w:sz="8" w:space="0" w:color="404040" w:themeColor="text1" w:themeTint="BF"/>
      </w:tblBorders>
    </w:tblPr>
    <w:tblStylePr w:type="firstRow">
      <w:pPr>
        <w:spacing w:before="0" w:after="0" w:line="240" w:lineRule="auto"/>
      </w:pPr>
      <w:rPr>
        <w:b/>
        <w:bCs/>
        <w:color w:val="FFFFFF" w:themeColor="background1"/>
      </w:rPr>
      <w:tblPr/>
      <w:tcPr>
        <w:tc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nil"/>
          <w:insideV w:val="nil"/>
        </w:tcBorders>
        <w:shd w:val="clear" w:color="auto" w:fill="000000" w:themeFill="text1"/>
      </w:tcPr>
    </w:tblStylePr>
    <w:tblStylePr w:type="lastRow">
      <w:pPr>
        <w:spacing w:before="0" w:after="0" w:line="240" w:lineRule="auto"/>
      </w:pPr>
      <w:rPr>
        <w:b/>
        <w:bCs/>
      </w:rPr>
      <w:tblPr/>
      <w:tcPr>
        <w:tcBorders>
          <w:top w:val="double" w:sz="6"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nil"/>
          <w:insideV w:val="nil"/>
        </w:tcBorders>
      </w:tcPr>
    </w:tblStylePr>
    <w:tblStylePr w:type="firstCol">
      <w:rPr>
        <w:b/>
        <w:bCs/>
      </w:rPr>
    </w:tblStylePr>
    <w:tblStylePr w:type="lastCol">
      <w:rPr>
        <w:b/>
        <w:bCs/>
      </w:rPr>
    </w:tblStylePr>
    <w:tblStylePr w:type="band1Vert">
      <w:tblPr/>
      <w:tcPr>
        <w:shd w:val="clear" w:color="auto" w:fill="C0C0C0" w:themeFill="text1" w:themeFillTint="3F"/>
      </w:tcPr>
    </w:tblStylePr>
    <w:tblStylePr w:type="band1Horz">
      <w:tblPr/>
      <w:tcPr>
        <w:tcBorders>
          <w:insideH w:val="nil"/>
          <w:insideV w:val="nil"/>
        </w:tcBorders>
        <w:shd w:val="clear" w:color="auto" w:fill="C0C0C0" w:themeFill="text1" w:themeFillTint="3F"/>
      </w:tcPr>
    </w:tblStylePr>
    <w:tblStylePr w:type="band2Horz">
      <w:tblPr/>
      <w:tcPr>
        <w:tcBorders>
          <w:insideH w:val="nil"/>
          <w:insideV w:val="nil"/>
        </w:tcBorders>
      </w:tcPr>
    </w:tblStylePr>
  </w:style>
  <w:style w:type="table" w:styleId="MediumShading1-Accent1">
    <w:name w:val="Medium Shading 1 Accent 1"/>
    <w:basedOn w:val="TableNormal"/>
    <w:uiPriority w:val="63"/>
    <w:rsid w:val="00CB0664"/>
    <w:pPr>
      <w:spacing w:after="0" w:line="240" w:lineRule="auto"/>
    </w:pPr>
    <w:tblPr>
      <w:tblStyleRowBandSize w:val="1"/>
      <w:tblStyleColBandSize w:val="1"/>
      <w:tblBorders>
        <w:top w:val="single" w:sz="8" w:space="0" w:color="2198CF" w:themeColor="accent1" w:themeTint="BF"/>
        <w:left w:val="single" w:sz="8" w:space="0" w:color="2198CF" w:themeColor="accent1" w:themeTint="BF"/>
        <w:bottom w:val="single" w:sz="8" w:space="0" w:color="2198CF" w:themeColor="accent1" w:themeTint="BF"/>
        <w:right w:val="single" w:sz="8" w:space="0" w:color="2198CF" w:themeColor="accent1" w:themeTint="BF"/>
        <w:insideH w:val="single" w:sz="8" w:space="0" w:color="2198CF" w:themeColor="accent1" w:themeTint="BF"/>
      </w:tblBorders>
    </w:tblPr>
    <w:tblStylePr w:type="firstRow">
      <w:pPr>
        <w:spacing w:before="0" w:after="0" w:line="240" w:lineRule="auto"/>
      </w:pPr>
      <w:rPr>
        <w:b/>
        <w:bCs/>
        <w:color w:val="FFFFFF" w:themeColor="background1"/>
      </w:rPr>
      <w:tblPr/>
      <w:tcPr>
        <w:tcBorders>
          <w:top w:val="single" w:sz="8" w:space="0" w:color="2198CF" w:themeColor="accent1" w:themeTint="BF"/>
          <w:left w:val="single" w:sz="8" w:space="0" w:color="2198CF" w:themeColor="accent1" w:themeTint="BF"/>
          <w:bottom w:val="single" w:sz="8" w:space="0" w:color="2198CF" w:themeColor="accent1" w:themeTint="BF"/>
          <w:right w:val="single" w:sz="8" w:space="0" w:color="2198CF" w:themeColor="accent1" w:themeTint="BF"/>
          <w:insideH w:val="nil"/>
          <w:insideV w:val="nil"/>
        </w:tcBorders>
        <w:shd w:val="clear" w:color="auto" w:fill="156082" w:themeFill="accent1"/>
      </w:tcPr>
    </w:tblStylePr>
    <w:tblStylePr w:type="lastRow">
      <w:pPr>
        <w:spacing w:before="0" w:after="0" w:line="240" w:lineRule="auto"/>
      </w:pPr>
      <w:rPr>
        <w:b/>
        <w:bCs/>
      </w:rPr>
      <w:tblPr/>
      <w:tcPr>
        <w:tcBorders>
          <w:top w:val="double" w:sz="6" w:space="0" w:color="2198CF" w:themeColor="accent1" w:themeTint="BF"/>
          <w:left w:val="single" w:sz="8" w:space="0" w:color="2198CF" w:themeColor="accent1" w:themeTint="BF"/>
          <w:bottom w:val="single" w:sz="8" w:space="0" w:color="2198CF" w:themeColor="accent1" w:themeTint="BF"/>
          <w:right w:val="single" w:sz="8" w:space="0" w:color="2198CF" w:themeColor="accent1" w:themeTint="BF"/>
          <w:insideH w:val="nil"/>
          <w:insideV w:val="nil"/>
        </w:tcBorders>
      </w:tcPr>
    </w:tblStylePr>
    <w:tblStylePr w:type="firstCol">
      <w:rPr>
        <w:b/>
        <w:bCs/>
      </w:rPr>
    </w:tblStylePr>
    <w:tblStylePr w:type="lastCol">
      <w:rPr>
        <w:b/>
        <w:bCs/>
      </w:rPr>
    </w:tblStylePr>
    <w:tblStylePr w:type="band1Vert">
      <w:tblPr/>
      <w:tcPr>
        <w:shd w:val="clear" w:color="auto" w:fill="B2DEF2" w:themeFill="accent1" w:themeFillTint="3F"/>
      </w:tcPr>
    </w:tblStylePr>
    <w:tblStylePr w:type="band1Horz">
      <w:tblPr/>
      <w:tcPr>
        <w:tcBorders>
          <w:insideH w:val="nil"/>
          <w:insideV w:val="nil"/>
        </w:tcBorders>
        <w:shd w:val="clear" w:color="auto" w:fill="B2DEF2" w:themeFill="accent1" w:themeFillTint="3F"/>
      </w:tcPr>
    </w:tblStylePr>
    <w:tblStylePr w:type="band2Horz">
      <w:tblPr/>
      <w:tcPr>
        <w:tcBorders>
          <w:insideH w:val="nil"/>
          <w:insideV w:val="nil"/>
        </w:tcBorders>
      </w:tcPr>
    </w:tblStylePr>
  </w:style>
  <w:style w:type="table" w:styleId="MediumShading1-Accent2">
    <w:name w:val="Medium Shading 1 Accent 2"/>
    <w:basedOn w:val="TableNormal"/>
    <w:uiPriority w:val="63"/>
    <w:rsid w:val="00CB0664"/>
    <w:pPr>
      <w:spacing w:after="0" w:line="240" w:lineRule="auto"/>
    </w:pPr>
    <w:tblPr>
      <w:tblStyleRowBandSize w:val="1"/>
      <w:tblStyleColBandSize w:val="1"/>
      <w:tblBorders>
        <w:top w:val="single" w:sz="8" w:space="0" w:color="EE9465" w:themeColor="accent2" w:themeTint="BF"/>
        <w:left w:val="single" w:sz="8" w:space="0" w:color="EE9465" w:themeColor="accent2" w:themeTint="BF"/>
        <w:bottom w:val="single" w:sz="8" w:space="0" w:color="EE9465" w:themeColor="accent2" w:themeTint="BF"/>
        <w:right w:val="single" w:sz="8" w:space="0" w:color="EE9465" w:themeColor="accent2" w:themeTint="BF"/>
        <w:insideH w:val="single" w:sz="8" w:space="0" w:color="EE9465" w:themeColor="accent2" w:themeTint="BF"/>
      </w:tblBorders>
    </w:tblPr>
    <w:tblStylePr w:type="firstRow">
      <w:pPr>
        <w:spacing w:before="0" w:after="0" w:line="240" w:lineRule="auto"/>
      </w:pPr>
      <w:rPr>
        <w:b/>
        <w:bCs/>
        <w:color w:val="FFFFFF" w:themeColor="background1"/>
      </w:rPr>
      <w:tblPr/>
      <w:tcPr>
        <w:tcBorders>
          <w:top w:val="single" w:sz="8" w:space="0" w:color="EE9465" w:themeColor="accent2" w:themeTint="BF"/>
          <w:left w:val="single" w:sz="8" w:space="0" w:color="EE9465" w:themeColor="accent2" w:themeTint="BF"/>
          <w:bottom w:val="single" w:sz="8" w:space="0" w:color="EE9465" w:themeColor="accent2" w:themeTint="BF"/>
          <w:right w:val="single" w:sz="8" w:space="0" w:color="EE9465" w:themeColor="accent2" w:themeTint="BF"/>
          <w:insideH w:val="nil"/>
          <w:insideV w:val="nil"/>
        </w:tcBorders>
        <w:shd w:val="clear" w:color="auto" w:fill="E97132" w:themeFill="accent2"/>
      </w:tcPr>
    </w:tblStylePr>
    <w:tblStylePr w:type="lastRow">
      <w:pPr>
        <w:spacing w:before="0" w:after="0" w:line="240" w:lineRule="auto"/>
      </w:pPr>
      <w:rPr>
        <w:b/>
        <w:bCs/>
      </w:rPr>
      <w:tblPr/>
      <w:tcPr>
        <w:tcBorders>
          <w:top w:val="double" w:sz="6" w:space="0" w:color="EE9465" w:themeColor="accent2" w:themeTint="BF"/>
          <w:left w:val="single" w:sz="8" w:space="0" w:color="EE9465" w:themeColor="accent2" w:themeTint="BF"/>
          <w:bottom w:val="single" w:sz="8" w:space="0" w:color="EE9465" w:themeColor="accent2" w:themeTint="BF"/>
          <w:right w:val="single" w:sz="8" w:space="0" w:color="EE9465" w:themeColor="accent2" w:themeTint="BF"/>
          <w:insideH w:val="nil"/>
          <w:insideV w:val="nil"/>
        </w:tcBorders>
      </w:tcPr>
    </w:tblStylePr>
    <w:tblStylePr w:type="firstCol">
      <w:rPr>
        <w:b/>
        <w:bCs/>
      </w:rPr>
    </w:tblStylePr>
    <w:tblStylePr w:type="lastCol">
      <w:rPr>
        <w:b/>
        <w:bCs/>
      </w:rPr>
    </w:tblStylePr>
    <w:tblStylePr w:type="band1Vert">
      <w:tblPr/>
      <w:tcPr>
        <w:shd w:val="clear" w:color="auto" w:fill="F9DBCC" w:themeFill="accent2" w:themeFillTint="3F"/>
      </w:tcPr>
    </w:tblStylePr>
    <w:tblStylePr w:type="band1Horz">
      <w:tblPr/>
      <w:tcPr>
        <w:tcBorders>
          <w:insideH w:val="nil"/>
          <w:insideV w:val="nil"/>
        </w:tcBorders>
        <w:shd w:val="clear" w:color="auto" w:fill="F9DBCC" w:themeFill="accent2" w:themeFillTint="3F"/>
      </w:tcPr>
    </w:tblStylePr>
    <w:tblStylePr w:type="band2Horz">
      <w:tblPr/>
      <w:tcPr>
        <w:tcBorders>
          <w:insideH w:val="nil"/>
          <w:insideV w:val="nil"/>
        </w:tcBorders>
      </w:tcPr>
    </w:tblStylePr>
  </w:style>
  <w:style w:type="table" w:styleId="MediumShading1-Accent3">
    <w:name w:val="Medium Shading 1 Accent 3"/>
    <w:basedOn w:val="TableNormal"/>
    <w:uiPriority w:val="63"/>
    <w:rsid w:val="00CB0664"/>
    <w:pPr>
      <w:spacing w:after="0" w:line="240" w:lineRule="auto"/>
    </w:pPr>
    <w:tblPr>
      <w:tblStyleRowBandSize w:val="1"/>
      <w:tblStyleColBandSize w:val="1"/>
      <w:tblBorders>
        <w:top w:val="single" w:sz="8" w:space="0" w:color="2BB73D" w:themeColor="accent3" w:themeTint="BF"/>
        <w:left w:val="single" w:sz="8" w:space="0" w:color="2BB73D" w:themeColor="accent3" w:themeTint="BF"/>
        <w:bottom w:val="single" w:sz="8" w:space="0" w:color="2BB73D" w:themeColor="accent3" w:themeTint="BF"/>
        <w:right w:val="single" w:sz="8" w:space="0" w:color="2BB73D" w:themeColor="accent3" w:themeTint="BF"/>
        <w:insideH w:val="single" w:sz="8" w:space="0" w:color="2BB73D" w:themeColor="accent3" w:themeTint="BF"/>
      </w:tblBorders>
    </w:tblPr>
    <w:tblStylePr w:type="firstRow">
      <w:pPr>
        <w:spacing w:before="0" w:after="0" w:line="240" w:lineRule="auto"/>
      </w:pPr>
      <w:rPr>
        <w:b/>
        <w:bCs/>
        <w:color w:val="FFFFFF" w:themeColor="background1"/>
      </w:rPr>
      <w:tblPr/>
      <w:tcPr>
        <w:tcBorders>
          <w:top w:val="single" w:sz="8" w:space="0" w:color="2BB73D" w:themeColor="accent3" w:themeTint="BF"/>
          <w:left w:val="single" w:sz="8" w:space="0" w:color="2BB73D" w:themeColor="accent3" w:themeTint="BF"/>
          <w:bottom w:val="single" w:sz="8" w:space="0" w:color="2BB73D" w:themeColor="accent3" w:themeTint="BF"/>
          <w:right w:val="single" w:sz="8" w:space="0" w:color="2BB73D" w:themeColor="accent3" w:themeTint="BF"/>
          <w:insideH w:val="nil"/>
          <w:insideV w:val="nil"/>
        </w:tcBorders>
        <w:shd w:val="clear" w:color="auto" w:fill="196B24" w:themeFill="accent3"/>
      </w:tcPr>
    </w:tblStylePr>
    <w:tblStylePr w:type="lastRow">
      <w:pPr>
        <w:spacing w:before="0" w:after="0" w:line="240" w:lineRule="auto"/>
      </w:pPr>
      <w:rPr>
        <w:b/>
        <w:bCs/>
      </w:rPr>
      <w:tblPr/>
      <w:tcPr>
        <w:tcBorders>
          <w:top w:val="double" w:sz="6" w:space="0" w:color="2BB73D" w:themeColor="accent3" w:themeTint="BF"/>
          <w:left w:val="single" w:sz="8" w:space="0" w:color="2BB73D" w:themeColor="accent3" w:themeTint="BF"/>
          <w:bottom w:val="single" w:sz="8" w:space="0" w:color="2BB73D" w:themeColor="accent3" w:themeTint="BF"/>
          <w:right w:val="single" w:sz="8" w:space="0" w:color="2BB73D" w:themeColor="accent3" w:themeTint="BF"/>
          <w:insideH w:val="nil"/>
          <w:insideV w:val="nil"/>
        </w:tcBorders>
      </w:tcPr>
    </w:tblStylePr>
    <w:tblStylePr w:type="firstCol">
      <w:rPr>
        <w:b/>
        <w:bCs/>
      </w:rPr>
    </w:tblStylePr>
    <w:tblStylePr w:type="lastCol">
      <w:rPr>
        <w:b/>
        <w:bCs/>
      </w:rPr>
    </w:tblStylePr>
    <w:tblStylePr w:type="band1Vert">
      <w:tblPr/>
      <w:tcPr>
        <w:shd w:val="clear" w:color="auto" w:fill="B3EDBA" w:themeFill="accent3" w:themeFillTint="3F"/>
      </w:tcPr>
    </w:tblStylePr>
    <w:tblStylePr w:type="band1Horz">
      <w:tblPr/>
      <w:tcPr>
        <w:tcBorders>
          <w:insideH w:val="nil"/>
          <w:insideV w:val="nil"/>
        </w:tcBorders>
        <w:shd w:val="clear" w:color="auto" w:fill="B3EDBA" w:themeFill="accent3" w:themeFillTint="3F"/>
      </w:tcPr>
    </w:tblStylePr>
    <w:tblStylePr w:type="band2Horz">
      <w:tblPr/>
      <w:tcPr>
        <w:tcBorders>
          <w:insideH w:val="nil"/>
          <w:insideV w:val="nil"/>
        </w:tcBorders>
      </w:tcPr>
    </w:tblStylePr>
  </w:style>
  <w:style w:type="table" w:styleId="MediumShading1-Accent4">
    <w:name w:val="Medium Shading 1 Accent 4"/>
    <w:basedOn w:val="TableNormal"/>
    <w:uiPriority w:val="63"/>
    <w:rsid w:val="00CB0664"/>
    <w:pPr>
      <w:spacing w:after="0" w:line="240" w:lineRule="auto"/>
    </w:pPr>
    <w:tblPr>
      <w:tblStyleRowBandSize w:val="1"/>
      <w:tblStyleColBandSize w:val="1"/>
      <w:tblBorders>
        <w:top w:val="single" w:sz="8" w:space="0" w:color="39BEF1" w:themeColor="accent4" w:themeTint="BF"/>
        <w:left w:val="single" w:sz="8" w:space="0" w:color="39BEF1" w:themeColor="accent4" w:themeTint="BF"/>
        <w:bottom w:val="single" w:sz="8" w:space="0" w:color="39BEF1" w:themeColor="accent4" w:themeTint="BF"/>
        <w:right w:val="single" w:sz="8" w:space="0" w:color="39BEF1" w:themeColor="accent4" w:themeTint="BF"/>
        <w:insideH w:val="single" w:sz="8" w:space="0" w:color="39BEF1" w:themeColor="accent4" w:themeTint="BF"/>
      </w:tblBorders>
    </w:tblPr>
    <w:tblStylePr w:type="firstRow">
      <w:pPr>
        <w:spacing w:before="0" w:after="0" w:line="240" w:lineRule="auto"/>
      </w:pPr>
      <w:rPr>
        <w:b/>
        <w:bCs/>
        <w:color w:val="FFFFFF" w:themeColor="background1"/>
      </w:rPr>
      <w:tblPr/>
      <w:tcPr>
        <w:tcBorders>
          <w:top w:val="single" w:sz="8" w:space="0" w:color="39BEF1" w:themeColor="accent4" w:themeTint="BF"/>
          <w:left w:val="single" w:sz="8" w:space="0" w:color="39BEF1" w:themeColor="accent4" w:themeTint="BF"/>
          <w:bottom w:val="single" w:sz="8" w:space="0" w:color="39BEF1" w:themeColor="accent4" w:themeTint="BF"/>
          <w:right w:val="single" w:sz="8" w:space="0" w:color="39BEF1" w:themeColor="accent4" w:themeTint="BF"/>
          <w:insideH w:val="nil"/>
          <w:insideV w:val="nil"/>
        </w:tcBorders>
        <w:shd w:val="clear" w:color="auto" w:fill="0F9ED5" w:themeFill="accent4"/>
      </w:tcPr>
    </w:tblStylePr>
    <w:tblStylePr w:type="lastRow">
      <w:pPr>
        <w:spacing w:before="0" w:after="0" w:line="240" w:lineRule="auto"/>
      </w:pPr>
      <w:rPr>
        <w:b/>
        <w:bCs/>
      </w:rPr>
      <w:tblPr/>
      <w:tcPr>
        <w:tcBorders>
          <w:top w:val="double" w:sz="6" w:space="0" w:color="39BEF1" w:themeColor="accent4" w:themeTint="BF"/>
          <w:left w:val="single" w:sz="8" w:space="0" w:color="39BEF1" w:themeColor="accent4" w:themeTint="BF"/>
          <w:bottom w:val="single" w:sz="8" w:space="0" w:color="39BEF1" w:themeColor="accent4" w:themeTint="BF"/>
          <w:right w:val="single" w:sz="8" w:space="0" w:color="39BEF1" w:themeColor="accent4" w:themeTint="BF"/>
          <w:insideH w:val="nil"/>
          <w:insideV w:val="nil"/>
        </w:tcBorders>
      </w:tcPr>
    </w:tblStylePr>
    <w:tblStylePr w:type="firstCol">
      <w:rPr>
        <w:b/>
        <w:bCs/>
      </w:rPr>
    </w:tblStylePr>
    <w:tblStylePr w:type="lastCol">
      <w:rPr>
        <w:b/>
        <w:bCs/>
      </w:rPr>
    </w:tblStylePr>
    <w:tblStylePr w:type="band1Vert">
      <w:tblPr/>
      <w:tcPr>
        <w:shd w:val="clear" w:color="auto" w:fill="BDE9FA" w:themeFill="accent4" w:themeFillTint="3F"/>
      </w:tcPr>
    </w:tblStylePr>
    <w:tblStylePr w:type="band1Horz">
      <w:tblPr/>
      <w:tcPr>
        <w:tcBorders>
          <w:insideH w:val="nil"/>
          <w:insideV w:val="nil"/>
        </w:tcBorders>
        <w:shd w:val="clear" w:color="auto" w:fill="BDE9FA" w:themeFill="accent4" w:themeFillTint="3F"/>
      </w:tcPr>
    </w:tblStylePr>
    <w:tblStylePr w:type="band2Horz">
      <w:tblPr/>
      <w:tcPr>
        <w:tcBorders>
          <w:insideH w:val="nil"/>
          <w:insideV w:val="nil"/>
        </w:tcBorders>
      </w:tcPr>
    </w:tblStylePr>
  </w:style>
  <w:style w:type="table" w:styleId="MediumShading1-Accent5">
    <w:name w:val="Medium Shading 1 Accent 5"/>
    <w:basedOn w:val="TableNormal"/>
    <w:uiPriority w:val="63"/>
    <w:rsid w:val="00CB0664"/>
    <w:pPr>
      <w:spacing w:after="0" w:line="240" w:lineRule="auto"/>
    </w:pPr>
    <w:tblPr>
      <w:tblStyleRowBandSize w:val="1"/>
      <w:tblStyleColBandSize w:val="1"/>
      <w:tblBorders>
        <w:top w:val="single" w:sz="8" w:space="0" w:color="CE49BF" w:themeColor="accent5" w:themeTint="BF"/>
        <w:left w:val="single" w:sz="8" w:space="0" w:color="CE49BF" w:themeColor="accent5" w:themeTint="BF"/>
        <w:bottom w:val="single" w:sz="8" w:space="0" w:color="CE49BF" w:themeColor="accent5" w:themeTint="BF"/>
        <w:right w:val="single" w:sz="8" w:space="0" w:color="CE49BF" w:themeColor="accent5" w:themeTint="BF"/>
        <w:insideH w:val="single" w:sz="8" w:space="0" w:color="CE49BF" w:themeColor="accent5" w:themeTint="BF"/>
      </w:tblBorders>
    </w:tblPr>
    <w:tblStylePr w:type="firstRow">
      <w:pPr>
        <w:spacing w:before="0" w:after="0" w:line="240" w:lineRule="auto"/>
      </w:pPr>
      <w:rPr>
        <w:b/>
        <w:bCs/>
        <w:color w:val="FFFFFF" w:themeColor="background1"/>
      </w:rPr>
      <w:tblPr/>
      <w:tcPr>
        <w:tcBorders>
          <w:top w:val="single" w:sz="8" w:space="0" w:color="CE49BF" w:themeColor="accent5" w:themeTint="BF"/>
          <w:left w:val="single" w:sz="8" w:space="0" w:color="CE49BF" w:themeColor="accent5" w:themeTint="BF"/>
          <w:bottom w:val="single" w:sz="8" w:space="0" w:color="CE49BF" w:themeColor="accent5" w:themeTint="BF"/>
          <w:right w:val="single" w:sz="8" w:space="0" w:color="CE49BF" w:themeColor="accent5" w:themeTint="BF"/>
          <w:insideH w:val="nil"/>
          <w:insideV w:val="nil"/>
        </w:tcBorders>
        <w:shd w:val="clear" w:color="auto" w:fill="A02B93" w:themeFill="accent5"/>
      </w:tcPr>
    </w:tblStylePr>
    <w:tblStylePr w:type="lastRow">
      <w:pPr>
        <w:spacing w:before="0" w:after="0" w:line="240" w:lineRule="auto"/>
      </w:pPr>
      <w:rPr>
        <w:b/>
        <w:bCs/>
      </w:rPr>
      <w:tblPr/>
      <w:tcPr>
        <w:tcBorders>
          <w:top w:val="double" w:sz="6" w:space="0" w:color="CE49BF" w:themeColor="accent5" w:themeTint="BF"/>
          <w:left w:val="single" w:sz="8" w:space="0" w:color="CE49BF" w:themeColor="accent5" w:themeTint="BF"/>
          <w:bottom w:val="single" w:sz="8" w:space="0" w:color="CE49BF" w:themeColor="accent5" w:themeTint="BF"/>
          <w:right w:val="single" w:sz="8" w:space="0" w:color="CE49BF" w:themeColor="accent5" w:themeTint="BF"/>
          <w:insideH w:val="nil"/>
          <w:insideV w:val="nil"/>
        </w:tcBorders>
      </w:tcPr>
    </w:tblStylePr>
    <w:tblStylePr w:type="firstCol">
      <w:rPr>
        <w:b/>
        <w:bCs/>
      </w:rPr>
    </w:tblStylePr>
    <w:tblStylePr w:type="lastCol">
      <w:rPr>
        <w:b/>
        <w:bCs/>
      </w:rPr>
    </w:tblStylePr>
    <w:tblStylePr w:type="band1Vert">
      <w:tblPr/>
      <w:tcPr>
        <w:shd w:val="clear" w:color="auto" w:fill="EFC3E9" w:themeFill="accent5" w:themeFillTint="3F"/>
      </w:tcPr>
    </w:tblStylePr>
    <w:tblStylePr w:type="band1Horz">
      <w:tblPr/>
      <w:tcPr>
        <w:tcBorders>
          <w:insideH w:val="nil"/>
          <w:insideV w:val="nil"/>
        </w:tcBorders>
        <w:shd w:val="clear" w:color="auto" w:fill="EFC3E9" w:themeFill="accent5" w:themeFillTint="3F"/>
      </w:tcPr>
    </w:tblStylePr>
    <w:tblStylePr w:type="band2Horz">
      <w:tblPr/>
      <w:tcPr>
        <w:tcBorders>
          <w:insideH w:val="nil"/>
          <w:insideV w:val="nil"/>
        </w:tcBorders>
      </w:tcPr>
    </w:tblStylePr>
  </w:style>
  <w:style w:type="table" w:styleId="MediumShading1-Accent6">
    <w:name w:val="Medium Shading 1 Accent 6"/>
    <w:basedOn w:val="TableNormal"/>
    <w:uiPriority w:val="63"/>
    <w:rsid w:val="00CB0664"/>
    <w:pPr>
      <w:spacing w:after="0" w:line="240" w:lineRule="auto"/>
    </w:pPr>
    <w:tblPr>
      <w:tblStyleRowBandSize w:val="1"/>
      <w:tblStyleColBandSize w:val="1"/>
      <w:tblBorders>
        <w:top w:val="single" w:sz="8" w:space="0" w:color="71CF50" w:themeColor="accent6" w:themeTint="BF"/>
        <w:left w:val="single" w:sz="8" w:space="0" w:color="71CF50" w:themeColor="accent6" w:themeTint="BF"/>
        <w:bottom w:val="single" w:sz="8" w:space="0" w:color="71CF50" w:themeColor="accent6" w:themeTint="BF"/>
        <w:right w:val="single" w:sz="8" w:space="0" w:color="71CF50" w:themeColor="accent6" w:themeTint="BF"/>
        <w:insideH w:val="single" w:sz="8" w:space="0" w:color="71CF50" w:themeColor="accent6" w:themeTint="BF"/>
      </w:tblBorders>
    </w:tblPr>
    <w:tblStylePr w:type="firstRow">
      <w:pPr>
        <w:spacing w:before="0" w:after="0" w:line="240" w:lineRule="auto"/>
      </w:pPr>
      <w:rPr>
        <w:b/>
        <w:bCs/>
        <w:color w:val="FFFFFF" w:themeColor="background1"/>
      </w:rPr>
      <w:tblPr/>
      <w:tcPr>
        <w:tcBorders>
          <w:top w:val="single" w:sz="8" w:space="0" w:color="71CF50" w:themeColor="accent6" w:themeTint="BF"/>
          <w:left w:val="single" w:sz="8" w:space="0" w:color="71CF50" w:themeColor="accent6" w:themeTint="BF"/>
          <w:bottom w:val="single" w:sz="8" w:space="0" w:color="71CF50" w:themeColor="accent6" w:themeTint="BF"/>
          <w:right w:val="single" w:sz="8" w:space="0" w:color="71CF50" w:themeColor="accent6" w:themeTint="BF"/>
          <w:insideH w:val="nil"/>
          <w:insideV w:val="nil"/>
        </w:tcBorders>
        <w:shd w:val="clear" w:color="auto" w:fill="4EA72E" w:themeFill="accent6"/>
      </w:tcPr>
    </w:tblStylePr>
    <w:tblStylePr w:type="lastRow">
      <w:pPr>
        <w:spacing w:before="0" w:after="0" w:line="240" w:lineRule="auto"/>
      </w:pPr>
      <w:rPr>
        <w:b/>
        <w:bCs/>
      </w:rPr>
      <w:tblPr/>
      <w:tcPr>
        <w:tcBorders>
          <w:top w:val="double" w:sz="6" w:space="0" w:color="71CF50" w:themeColor="accent6" w:themeTint="BF"/>
          <w:left w:val="single" w:sz="8" w:space="0" w:color="71CF50" w:themeColor="accent6" w:themeTint="BF"/>
          <w:bottom w:val="single" w:sz="8" w:space="0" w:color="71CF50" w:themeColor="accent6" w:themeTint="BF"/>
          <w:right w:val="single" w:sz="8" w:space="0" w:color="71CF50" w:themeColor="accent6" w:themeTint="BF"/>
          <w:insideH w:val="nil"/>
          <w:insideV w:val="nil"/>
        </w:tcBorders>
      </w:tcPr>
    </w:tblStylePr>
    <w:tblStylePr w:type="firstCol">
      <w:rPr>
        <w:b/>
        <w:bCs/>
      </w:rPr>
    </w:tblStylePr>
    <w:tblStylePr w:type="lastCol">
      <w:rPr>
        <w:b/>
        <w:bCs/>
      </w:rPr>
    </w:tblStylePr>
    <w:tblStylePr w:type="band1Vert">
      <w:tblPr/>
      <w:tcPr>
        <w:shd w:val="clear" w:color="auto" w:fill="D0EFC5" w:themeFill="accent6" w:themeFillTint="3F"/>
      </w:tcPr>
    </w:tblStylePr>
    <w:tblStylePr w:type="band1Horz">
      <w:tblPr/>
      <w:tcPr>
        <w:tcBorders>
          <w:insideH w:val="nil"/>
          <w:insideV w:val="nil"/>
        </w:tcBorders>
        <w:shd w:val="clear" w:color="auto" w:fill="D0EFC5" w:themeFill="accent6" w:themeFillTint="3F"/>
      </w:tcPr>
    </w:tblStylePr>
    <w:tblStylePr w:type="band2Horz">
      <w:tblPr/>
      <w:tcPr>
        <w:tcBorders>
          <w:insideH w:val="nil"/>
          <w:insideV w:val="nil"/>
        </w:tcBorders>
      </w:tcPr>
    </w:tblStylePr>
  </w:style>
  <w:style w:type="table" w:styleId="MediumShading2">
    <w:name w:val="Medium Shading 2"/>
    <w:basedOn w:val="TableNormal"/>
    <w:uiPriority w:val="64"/>
    <w:rsid w:val="00CB0664"/>
    <w:pPr>
      <w:spacing w:after="0" w:line="240" w:lineRule="auto"/>
    </w:p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000000" w:themeFill="text1"/>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000000" w:themeFill="text1"/>
      </w:tcPr>
    </w:tblStylePr>
    <w:tblStylePr w:type="lastCol">
      <w:rPr>
        <w:b/>
        <w:bCs/>
        <w:color w:val="FFFFFF" w:themeColor="background1"/>
      </w:rPr>
      <w:tblPr/>
      <w:tcPr>
        <w:tcBorders>
          <w:left w:val="nil"/>
          <w:right w:val="nil"/>
          <w:insideH w:val="nil"/>
          <w:insideV w:val="nil"/>
        </w:tcBorders>
        <w:shd w:val="clear" w:color="auto" w:fill="000000" w:themeFill="text1"/>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1">
    <w:name w:val="Medium Shading 2 Accent 1"/>
    <w:basedOn w:val="TableNormal"/>
    <w:uiPriority w:val="64"/>
    <w:rsid w:val="00CB0664"/>
    <w:pPr>
      <w:spacing w:after="0" w:line="240" w:lineRule="auto"/>
    </w:p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156082" w:themeFill="accent1"/>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156082" w:themeFill="accent1"/>
      </w:tcPr>
    </w:tblStylePr>
    <w:tblStylePr w:type="lastCol">
      <w:rPr>
        <w:b/>
        <w:bCs/>
        <w:color w:val="FFFFFF" w:themeColor="background1"/>
      </w:rPr>
      <w:tblPr/>
      <w:tcPr>
        <w:tcBorders>
          <w:left w:val="nil"/>
          <w:right w:val="nil"/>
          <w:insideH w:val="nil"/>
          <w:insideV w:val="nil"/>
        </w:tcBorders>
        <w:shd w:val="clear" w:color="auto" w:fill="156082" w:themeFill="accent1"/>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2">
    <w:name w:val="Medium Shading 2 Accent 2"/>
    <w:basedOn w:val="TableNormal"/>
    <w:uiPriority w:val="64"/>
    <w:rsid w:val="00CB0664"/>
    <w:pPr>
      <w:spacing w:after="0" w:line="240" w:lineRule="auto"/>
    </w:p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E97132" w:themeFill="accent2"/>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E97132" w:themeFill="accent2"/>
      </w:tcPr>
    </w:tblStylePr>
    <w:tblStylePr w:type="lastCol">
      <w:rPr>
        <w:b/>
        <w:bCs/>
        <w:color w:val="FFFFFF" w:themeColor="background1"/>
      </w:rPr>
      <w:tblPr/>
      <w:tcPr>
        <w:tcBorders>
          <w:left w:val="nil"/>
          <w:right w:val="nil"/>
          <w:insideH w:val="nil"/>
          <w:insideV w:val="nil"/>
        </w:tcBorders>
        <w:shd w:val="clear" w:color="auto" w:fill="E97132" w:themeFill="accent2"/>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3">
    <w:name w:val="Medium Shading 2 Accent 3"/>
    <w:basedOn w:val="TableNormal"/>
    <w:uiPriority w:val="64"/>
    <w:rsid w:val="00CB0664"/>
    <w:pPr>
      <w:spacing w:after="0" w:line="240" w:lineRule="auto"/>
    </w:p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196B24" w:themeFill="accent3"/>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196B24" w:themeFill="accent3"/>
      </w:tcPr>
    </w:tblStylePr>
    <w:tblStylePr w:type="lastCol">
      <w:rPr>
        <w:b/>
        <w:bCs/>
        <w:color w:val="FFFFFF" w:themeColor="background1"/>
      </w:rPr>
      <w:tblPr/>
      <w:tcPr>
        <w:tcBorders>
          <w:left w:val="nil"/>
          <w:right w:val="nil"/>
          <w:insideH w:val="nil"/>
          <w:insideV w:val="nil"/>
        </w:tcBorders>
        <w:shd w:val="clear" w:color="auto" w:fill="196B24" w:themeFill="accent3"/>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4">
    <w:name w:val="Medium Shading 2 Accent 4"/>
    <w:basedOn w:val="TableNormal"/>
    <w:uiPriority w:val="64"/>
    <w:rsid w:val="00CB0664"/>
    <w:pPr>
      <w:spacing w:after="0" w:line="240" w:lineRule="auto"/>
    </w:p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0F9ED5" w:themeFill="accent4"/>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0F9ED5" w:themeFill="accent4"/>
      </w:tcPr>
    </w:tblStylePr>
    <w:tblStylePr w:type="lastCol">
      <w:rPr>
        <w:b/>
        <w:bCs/>
        <w:color w:val="FFFFFF" w:themeColor="background1"/>
      </w:rPr>
      <w:tblPr/>
      <w:tcPr>
        <w:tcBorders>
          <w:left w:val="nil"/>
          <w:right w:val="nil"/>
          <w:insideH w:val="nil"/>
          <w:insideV w:val="nil"/>
        </w:tcBorders>
        <w:shd w:val="clear" w:color="auto" w:fill="0F9ED5" w:themeFill="accent4"/>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5">
    <w:name w:val="Medium Shading 2 Accent 5"/>
    <w:basedOn w:val="TableNormal"/>
    <w:uiPriority w:val="64"/>
    <w:rsid w:val="00CB0664"/>
    <w:pPr>
      <w:spacing w:after="0" w:line="240" w:lineRule="auto"/>
    </w:p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A02B93" w:themeFill="accent5"/>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A02B93" w:themeFill="accent5"/>
      </w:tcPr>
    </w:tblStylePr>
    <w:tblStylePr w:type="lastCol">
      <w:rPr>
        <w:b/>
        <w:bCs/>
        <w:color w:val="FFFFFF" w:themeColor="background1"/>
      </w:rPr>
      <w:tblPr/>
      <w:tcPr>
        <w:tcBorders>
          <w:left w:val="nil"/>
          <w:right w:val="nil"/>
          <w:insideH w:val="nil"/>
          <w:insideV w:val="nil"/>
        </w:tcBorders>
        <w:shd w:val="clear" w:color="auto" w:fill="A02B93" w:themeFill="accent5"/>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6">
    <w:name w:val="Medium Shading 2 Accent 6"/>
    <w:basedOn w:val="TableNormal"/>
    <w:uiPriority w:val="64"/>
    <w:rsid w:val="00CB0664"/>
    <w:pPr>
      <w:spacing w:after="0" w:line="240" w:lineRule="auto"/>
    </w:p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4EA72E" w:themeFill="accent6"/>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4EA72E" w:themeFill="accent6"/>
      </w:tcPr>
    </w:tblStylePr>
    <w:tblStylePr w:type="lastCol">
      <w:rPr>
        <w:b/>
        <w:bCs/>
        <w:color w:val="FFFFFF" w:themeColor="background1"/>
      </w:rPr>
      <w:tblPr/>
      <w:tcPr>
        <w:tcBorders>
          <w:left w:val="nil"/>
          <w:right w:val="nil"/>
          <w:insideH w:val="nil"/>
          <w:insideV w:val="nil"/>
        </w:tcBorders>
        <w:shd w:val="clear" w:color="auto" w:fill="4EA72E" w:themeFill="accent6"/>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List1">
    <w:name w:val="Medium List 1"/>
    <w:basedOn w:val="TableNormal"/>
    <w:uiPriority w:val="65"/>
    <w:rsid w:val="00CB0664"/>
    <w:pPr>
      <w:spacing w:after="0" w:line="240" w:lineRule="auto"/>
    </w:pPr>
    <w:rPr>
      <w:color w:val="000000" w:themeColor="text1"/>
    </w:rPr>
    <w:tblPr>
      <w:tblStyleRowBandSize w:val="1"/>
      <w:tblStyleColBandSize w:val="1"/>
      <w:tblBorders>
        <w:top w:val="single" w:sz="8" w:space="0" w:color="000000" w:themeColor="text1"/>
        <w:bottom w:val="single" w:sz="8" w:space="0" w:color="000000" w:themeColor="text1"/>
      </w:tblBorders>
    </w:tblPr>
    <w:tblStylePr w:type="firstRow">
      <w:rPr>
        <w:rFonts w:asciiTheme="majorHAnsi" w:eastAsiaTheme="majorEastAsia" w:hAnsiTheme="majorHAnsi" w:cstheme="majorBidi"/>
      </w:rPr>
      <w:tblPr/>
      <w:tcPr>
        <w:tcBorders>
          <w:top w:val="nil"/>
          <w:bottom w:val="single" w:sz="8" w:space="0" w:color="000000" w:themeColor="text1"/>
        </w:tcBorders>
      </w:tcPr>
    </w:tblStylePr>
    <w:tblStylePr w:type="lastRow">
      <w:rPr>
        <w:b/>
        <w:bCs/>
        <w:color w:val="0E2841" w:themeColor="text2"/>
      </w:rPr>
      <w:tblPr/>
      <w:tcPr>
        <w:tcBorders>
          <w:top w:val="single" w:sz="8" w:space="0" w:color="000000" w:themeColor="text1"/>
          <w:bottom w:val="single" w:sz="8" w:space="0" w:color="000000" w:themeColor="text1"/>
        </w:tcBorders>
      </w:tcPr>
    </w:tblStylePr>
    <w:tblStylePr w:type="firstCol">
      <w:rPr>
        <w:b/>
        <w:bCs/>
      </w:rPr>
    </w:tblStylePr>
    <w:tblStylePr w:type="lastCol">
      <w:rPr>
        <w:b/>
        <w:bCs/>
      </w:rPr>
      <w:tblPr/>
      <w:tcPr>
        <w:tcBorders>
          <w:top w:val="single" w:sz="8" w:space="0" w:color="000000" w:themeColor="text1"/>
          <w:bottom w:val="single" w:sz="8" w:space="0" w:color="000000" w:themeColor="text1"/>
        </w:tcBorders>
      </w:tcPr>
    </w:tblStylePr>
    <w:tblStylePr w:type="band1Vert">
      <w:tblPr/>
      <w:tcPr>
        <w:shd w:val="clear" w:color="auto" w:fill="C0C0C0" w:themeFill="text1" w:themeFillTint="3F"/>
      </w:tcPr>
    </w:tblStylePr>
    <w:tblStylePr w:type="band1Horz">
      <w:tblPr/>
      <w:tcPr>
        <w:shd w:val="clear" w:color="auto" w:fill="C0C0C0" w:themeFill="text1" w:themeFillTint="3F"/>
      </w:tcPr>
    </w:tblStylePr>
  </w:style>
  <w:style w:type="table" w:styleId="MediumList1-Accent1">
    <w:name w:val="Medium List 1 Accent 1"/>
    <w:basedOn w:val="TableNormal"/>
    <w:uiPriority w:val="65"/>
    <w:rsid w:val="00CB0664"/>
    <w:pPr>
      <w:spacing w:after="0" w:line="240" w:lineRule="auto"/>
    </w:pPr>
    <w:rPr>
      <w:color w:val="000000" w:themeColor="text1"/>
    </w:rPr>
    <w:tblPr>
      <w:tblStyleRowBandSize w:val="1"/>
      <w:tblStyleColBandSize w:val="1"/>
      <w:tblBorders>
        <w:top w:val="single" w:sz="8" w:space="0" w:color="156082" w:themeColor="accent1"/>
        <w:bottom w:val="single" w:sz="8" w:space="0" w:color="156082" w:themeColor="accent1"/>
      </w:tblBorders>
    </w:tblPr>
    <w:tblStylePr w:type="firstRow">
      <w:rPr>
        <w:rFonts w:asciiTheme="majorHAnsi" w:eastAsiaTheme="majorEastAsia" w:hAnsiTheme="majorHAnsi" w:cstheme="majorBidi"/>
      </w:rPr>
      <w:tblPr/>
      <w:tcPr>
        <w:tcBorders>
          <w:top w:val="nil"/>
          <w:bottom w:val="single" w:sz="8" w:space="0" w:color="156082" w:themeColor="accent1"/>
        </w:tcBorders>
      </w:tcPr>
    </w:tblStylePr>
    <w:tblStylePr w:type="lastRow">
      <w:rPr>
        <w:b/>
        <w:bCs/>
        <w:color w:val="0E2841" w:themeColor="text2"/>
      </w:rPr>
      <w:tblPr/>
      <w:tcPr>
        <w:tcBorders>
          <w:top w:val="single" w:sz="8" w:space="0" w:color="156082" w:themeColor="accent1"/>
          <w:bottom w:val="single" w:sz="8" w:space="0" w:color="156082" w:themeColor="accent1"/>
        </w:tcBorders>
      </w:tcPr>
    </w:tblStylePr>
    <w:tblStylePr w:type="firstCol">
      <w:rPr>
        <w:b/>
        <w:bCs/>
      </w:rPr>
    </w:tblStylePr>
    <w:tblStylePr w:type="lastCol">
      <w:rPr>
        <w:b/>
        <w:bCs/>
      </w:rPr>
      <w:tblPr/>
      <w:tcPr>
        <w:tcBorders>
          <w:top w:val="single" w:sz="8" w:space="0" w:color="156082" w:themeColor="accent1"/>
          <w:bottom w:val="single" w:sz="8" w:space="0" w:color="156082" w:themeColor="accent1"/>
        </w:tcBorders>
      </w:tcPr>
    </w:tblStylePr>
    <w:tblStylePr w:type="band1Vert">
      <w:tblPr/>
      <w:tcPr>
        <w:shd w:val="clear" w:color="auto" w:fill="B2DEF2" w:themeFill="accent1" w:themeFillTint="3F"/>
      </w:tcPr>
    </w:tblStylePr>
    <w:tblStylePr w:type="band1Horz">
      <w:tblPr/>
      <w:tcPr>
        <w:shd w:val="clear" w:color="auto" w:fill="B2DEF2" w:themeFill="accent1" w:themeFillTint="3F"/>
      </w:tcPr>
    </w:tblStylePr>
  </w:style>
  <w:style w:type="table" w:styleId="MediumList1-Accent2">
    <w:name w:val="Medium List 1 Accent 2"/>
    <w:basedOn w:val="TableNormal"/>
    <w:uiPriority w:val="65"/>
    <w:rsid w:val="00CB0664"/>
    <w:pPr>
      <w:spacing w:after="0" w:line="240" w:lineRule="auto"/>
    </w:pPr>
    <w:rPr>
      <w:color w:val="000000" w:themeColor="text1"/>
    </w:rPr>
    <w:tblPr>
      <w:tblStyleRowBandSize w:val="1"/>
      <w:tblStyleColBandSize w:val="1"/>
      <w:tblBorders>
        <w:top w:val="single" w:sz="8" w:space="0" w:color="E97132" w:themeColor="accent2"/>
        <w:bottom w:val="single" w:sz="8" w:space="0" w:color="E97132" w:themeColor="accent2"/>
      </w:tblBorders>
    </w:tblPr>
    <w:tblStylePr w:type="firstRow">
      <w:rPr>
        <w:rFonts w:asciiTheme="majorHAnsi" w:eastAsiaTheme="majorEastAsia" w:hAnsiTheme="majorHAnsi" w:cstheme="majorBidi"/>
      </w:rPr>
      <w:tblPr/>
      <w:tcPr>
        <w:tcBorders>
          <w:top w:val="nil"/>
          <w:bottom w:val="single" w:sz="8" w:space="0" w:color="E97132" w:themeColor="accent2"/>
        </w:tcBorders>
      </w:tcPr>
    </w:tblStylePr>
    <w:tblStylePr w:type="lastRow">
      <w:rPr>
        <w:b/>
        <w:bCs/>
        <w:color w:val="0E2841" w:themeColor="text2"/>
      </w:rPr>
      <w:tblPr/>
      <w:tcPr>
        <w:tcBorders>
          <w:top w:val="single" w:sz="8" w:space="0" w:color="E97132" w:themeColor="accent2"/>
          <w:bottom w:val="single" w:sz="8" w:space="0" w:color="E97132" w:themeColor="accent2"/>
        </w:tcBorders>
      </w:tcPr>
    </w:tblStylePr>
    <w:tblStylePr w:type="firstCol">
      <w:rPr>
        <w:b/>
        <w:bCs/>
      </w:rPr>
    </w:tblStylePr>
    <w:tblStylePr w:type="lastCol">
      <w:rPr>
        <w:b/>
        <w:bCs/>
      </w:rPr>
      <w:tblPr/>
      <w:tcPr>
        <w:tcBorders>
          <w:top w:val="single" w:sz="8" w:space="0" w:color="E97132" w:themeColor="accent2"/>
          <w:bottom w:val="single" w:sz="8" w:space="0" w:color="E97132" w:themeColor="accent2"/>
        </w:tcBorders>
      </w:tcPr>
    </w:tblStylePr>
    <w:tblStylePr w:type="band1Vert">
      <w:tblPr/>
      <w:tcPr>
        <w:shd w:val="clear" w:color="auto" w:fill="F9DBCC" w:themeFill="accent2" w:themeFillTint="3F"/>
      </w:tcPr>
    </w:tblStylePr>
    <w:tblStylePr w:type="band1Horz">
      <w:tblPr/>
      <w:tcPr>
        <w:shd w:val="clear" w:color="auto" w:fill="F9DBCC" w:themeFill="accent2" w:themeFillTint="3F"/>
      </w:tcPr>
    </w:tblStylePr>
  </w:style>
  <w:style w:type="table" w:styleId="MediumList1-Accent3">
    <w:name w:val="Medium List 1 Accent 3"/>
    <w:basedOn w:val="TableNormal"/>
    <w:uiPriority w:val="65"/>
    <w:rsid w:val="00CB0664"/>
    <w:pPr>
      <w:spacing w:after="0" w:line="240" w:lineRule="auto"/>
    </w:pPr>
    <w:rPr>
      <w:color w:val="000000" w:themeColor="text1"/>
    </w:rPr>
    <w:tblPr>
      <w:tblStyleRowBandSize w:val="1"/>
      <w:tblStyleColBandSize w:val="1"/>
      <w:tblBorders>
        <w:top w:val="single" w:sz="8" w:space="0" w:color="196B24" w:themeColor="accent3"/>
        <w:bottom w:val="single" w:sz="8" w:space="0" w:color="196B24" w:themeColor="accent3"/>
      </w:tblBorders>
    </w:tblPr>
    <w:tblStylePr w:type="firstRow">
      <w:rPr>
        <w:rFonts w:asciiTheme="majorHAnsi" w:eastAsiaTheme="majorEastAsia" w:hAnsiTheme="majorHAnsi" w:cstheme="majorBidi"/>
      </w:rPr>
      <w:tblPr/>
      <w:tcPr>
        <w:tcBorders>
          <w:top w:val="nil"/>
          <w:bottom w:val="single" w:sz="8" w:space="0" w:color="196B24" w:themeColor="accent3"/>
        </w:tcBorders>
      </w:tcPr>
    </w:tblStylePr>
    <w:tblStylePr w:type="lastRow">
      <w:rPr>
        <w:b/>
        <w:bCs/>
        <w:color w:val="0E2841" w:themeColor="text2"/>
      </w:rPr>
      <w:tblPr/>
      <w:tcPr>
        <w:tcBorders>
          <w:top w:val="single" w:sz="8" w:space="0" w:color="196B24" w:themeColor="accent3"/>
          <w:bottom w:val="single" w:sz="8" w:space="0" w:color="196B24" w:themeColor="accent3"/>
        </w:tcBorders>
      </w:tcPr>
    </w:tblStylePr>
    <w:tblStylePr w:type="firstCol">
      <w:rPr>
        <w:b/>
        <w:bCs/>
      </w:rPr>
    </w:tblStylePr>
    <w:tblStylePr w:type="lastCol">
      <w:rPr>
        <w:b/>
        <w:bCs/>
      </w:rPr>
      <w:tblPr/>
      <w:tcPr>
        <w:tcBorders>
          <w:top w:val="single" w:sz="8" w:space="0" w:color="196B24" w:themeColor="accent3"/>
          <w:bottom w:val="single" w:sz="8" w:space="0" w:color="196B24" w:themeColor="accent3"/>
        </w:tcBorders>
      </w:tcPr>
    </w:tblStylePr>
    <w:tblStylePr w:type="band1Vert">
      <w:tblPr/>
      <w:tcPr>
        <w:shd w:val="clear" w:color="auto" w:fill="B3EDBA" w:themeFill="accent3" w:themeFillTint="3F"/>
      </w:tcPr>
    </w:tblStylePr>
    <w:tblStylePr w:type="band1Horz">
      <w:tblPr/>
      <w:tcPr>
        <w:shd w:val="clear" w:color="auto" w:fill="B3EDBA" w:themeFill="accent3" w:themeFillTint="3F"/>
      </w:tcPr>
    </w:tblStylePr>
  </w:style>
  <w:style w:type="table" w:styleId="MediumList1-Accent4">
    <w:name w:val="Medium List 1 Accent 4"/>
    <w:basedOn w:val="TableNormal"/>
    <w:uiPriority w:val="65"/>
    <w:rsid w:val="00CB0664"/>
    <w:pPr>
      <w:spacing w:after="0" w:line="240" w:lineRule="auto"/>
    </w:pPr>
    <w:rPr>
      <w:color w:val="000000" w:themeColor="text1"/>
    </w:rPr>
    <w:tblPr>
      <w:tblStyleRowBandSize w:val="1"/>
      <w:tblStyleColBandSize w:val="1"/>
      <w:tblBorders>
        <w:top w:val="single" w:sz="8" w:space="0" w:color="0F9ED5" w:themeColor="accent4"/>
        <w:bottom w:val="single" w:sz="8" w:space="0" w:color="0F9ED5" w:themeColor="accent4"/>
      </w:tblBorders>
    </w:tblPr>
    <w:tblStylePr w:type="firstRow">
      <w:rPr>
        <w:rFonts w:asciiTheme="majorHAnsi" w:eastAsiaTheme="majorEastAsia" w:hAnsiTheme="majorHAnsi" w:cstheme="majorBidi"/>
      </w:rPr>
      <w:tblPr/>
      <w:tcPr>
        <w:tcBorders>
          <w:top w:val="nil"/>
          <w:bottom w:val="single" w:sz="8" w:space="0" w:color="0F9ED5" w:themeColor="accent4"/>
        </w:tcBorders>
      </w:tcPr>
    </w:tblStylePr>
    <w:tblStylePr w:type="lastRow">
      <w:rPr>
        <w:b/>
        <w:bCs/>
        <w:color w:val="0E2841" w:themeColor="text2"/>
      </w:rPr>
      <w:tblPr/>
      <w:tcPr>
        <w:tcBorders>
          <w:top w:val="single" w:sz="8" w:space="0" w:color="0F9ED5" w:themeColor="accent4"/>
          <w:bottom w:val="single" w:sz="8" w:space="0" w:color="0F9ED5" w:themeColor="accent4"/>
        </w:tcBorders>
      </w:tcPr>
    </w:tblStylePr>
    <w:tblStylePr w:type="firstCol">
      <w:rPr>
        <w:b/>
        <w:bCs/>
      </w:rPr>
    </w:tblStylePr>
    <w:tblStylePr w:type="lastCol">
      <w:rPr>
        <w:b/>
        <w:bCs/>
      </w:rPr>
      <w:tblPr/>
      <w:tcPr>
        <w:tcBorders>
          <w:top w:val="single" w:sz="8" w:space="0" w:color="0F9ED5" w:themeColor="accent4"/>
          <w:bottom w:val="single" w:sz="8" w:space="0" w:color="0F9ED5" w:themeColor="accent4"/>
        </w:tcBorders>
      </w:tcPr>
    </w:tblStylePr>
    <w:tblStylePr w:type="band1Vert">
      <w:tblPr/>
      <w:tcPr>
        <w:shd w:val="clear" w:color="auto" w:fill="BDE9FA" w:themeFill="accent4" w:themeFillTint="3F"/>
      </w:tcPr>
    </w:tblStylePr>
    <w:tblStylePr w:type="band1Horz">
      <w:tblPr/>
      <w:tcPr>
        <w:shd w:val="clear" w:color="auto" w:fill="BDE9FA" w:themeFill="accent4" w:themeFillTint="3F"/>
      </w:tcPr>
    </w:tblStylePr>
  </w:style>
  <w:style w:type="table" w:styleId="MediumList1-Accent5">
    <w:name w:val="Medium List 1 Accent 5"/>
    <w:basedOn w:val="TableNormal"/>
    <w:uiPriority w:val="65"/>
    <w:rsid w:val="00CB0664"/>
    <w:pPr>
      <w:spacing w:after="0" w:line="240" w:lineRule="auto"/>
    </w:pPr>
    <w:rPr>
      <w:color w:val="000000" w:themeColor="text1"/>
    </w:rPr>
    <w:tblPr>
      <w:tblStyleRowBandSize w:val="1"/>
      <w:tblStyleColBandSize w:val="1"/>
      <w:tblBorders>
        <w:top w:val="single" w:sz="8" w:space="0" w:color="A02B93" w:themeColor="accent5"/>
        <w:bottom w:val="single" w:sz="8" w:space="0" w:color="A02B93" w:themeColor="accent5"/>
      </w:tblBorders>
    </w:tblPr>
    <w:tblStylePr w:type="firstRow">
      <w:rPr>
        <w:rFonts w:asciiTheme="majorHAnsi" w:eastAsiaTheme="majorEastAsia" w:hAnsiTheme="majorHAnsi" w:cstheme="majorBidi"/>
      </w:rPr>
      <w:tblPr/>
      <w:tcPr>
        <w:tcBorders>
          <w:top w:val="nil"/>
          <w:bottom w:val="single" w:sz="8" w:space="0" w:color="A02B93" w:themeColor="accent5"/>
        </w:tcBorders>
      </w:tcPr>
    </w:tblStylePr>
    <w:tblStylePr w:type="lastRow">
      <w:rPr>
        <w:b/>
        <w:bCs/>
        <w:color w:val="0E2841" w:themeColor="text2"/>
      </w:rPr>
      <w:tblPr/>
      <w:tcPr>
        <w:tcBorders>
          <w:top w:val="single" w:sz="8" w:space="0" w:color="A02B93" w:themeColor="accent5"/>
          <w:bottom w:val="single" w:sz="8" w:space="0" w:color="A02B93" w:themeColor="accent5"/>
        </w:tcBorders>
      </w:tcPr>
    </w:tblStylePr>
    <w:tblStylePr w:type="firstCol">
      <w:rPr>
        <w:b/>
        <w:bCs/>
      </w:rPr>
    </w:tblStylePr>
    <w:tblStylePr w:type="lastCol">
      <w:rPr>
        <w:b/>
        <w:bCs/>
      </w:rPr>
      <w:tblPr/>
      <w:tcPr>
        <w:tcBorders>
          <w:top w:val="single" w:sz="8" w:space="0" w:color="A02B93" w:themeColor="accent5"/>
          <w:bottom w:val="single" w:sz="8" w:space="0" w:color="A02B93" w:themeColor="accent5"/>
        </w:tcBorders>
      </w:tcPr>
    </w:tblStylePr>
    <w:tblStylePr w:type="band1Vert">
      <w:tblPr/>
      <w:tcPr>
        <w:shd w:val="clear" w:color="auto" w:fill="EFC3E9" w:themeFill="accent5" w:themeFillTint="3F"/>
      </w:tcPr>
    </w:tblStylePr>
    <w:tblStylePr w:type="band1Horz">
      <w:tblPr/>
      <w:tcPr>
        <w:shd w:val="clear" w:color="auto" w:fill="EFC3E9" w:themeFill="accent5" w:themeFillTint="3F"/>
      </w:tcPr>
    </w:tblStylePr>
  </w:style>
  <w:style w:type="table" w:styleId="MediumList1-Accent6">
    <w:name w:val="Medium List 1 Accent 6"/>
    <w:basedOn w:val="TableNormal"/>
    <w:uiPriority w:val="65"/>
    <w:rsid w:val="00CB0664"/>
    <w:pPr>
      <w:spacing w:after="0" w:line="240" w:lineRule="auto"/>
    </w:pPr>
    <w:rPr>
      <w:color w:val="000000" w:themeColor="text1"/>
    </w:rPr>
    <w:tblPr>
      <w:tblStyleRowBandSize w:val="1"/>
      <w:tblStyleColBandSize w:val="1"/>
      <w:tblBorders>
        <w:top w:val="single" w:sz="8" w:space="0" w:color="4EA72E" w:themeColor="accent6"/>
        <w:bottom w:val="single" w:sz="8" w:space="0" w:color="4EA72E" w:themeColor="accent6"/>
      </w:tblBorders>
    </w:tblPr>
    <w:tblStylePr w:type="firstRow">
      <w:rPr>
        <w:rFonts w:asciiTheme="majorHAnsi" w:eastAsiaTheme="majorEastAsia" w:hAnsiTheme="majorHAnsi" w:cstheme="majorBidi"/>
      </w:rPr>
      <w:tblPr/>
      <w:tcPr>
        <w:tcBorders>
          <w:top w:val="nil"/>
          <w:bottom w:val="single" w:sz="8" w:space="0" w:color="4EA72E" w:themeColor="accent6"/>
        </w:tcBorders>
      </w:tcPr>
    </w:tblStylePr>
    <w:tblStylePr w:type="lastRow">
      <w:rPr>
        <w:b/>
        <w:bCs/>
        <w:color w:val="0E2841" w:themeColor="text2"/>
      </w:rPr>
      <w:tblPr/>
      <w:tcPr>
        <w:tcBorders>
          <w:top w:val="single" w:sz="8" w:space="0" w:color="4EA72E" w:themeColor="accent6"/>
          <w:bottom w:val="single" w:sz="8" w:space="0" w:color="4EA72E" w:themeColor="accent6"/>
        </w:tcBorders>
      </w:tcPr>
    </w:tblStylePr>
    <w:tblStylePr w:type="firstCol">
      <w:rPr>
        <w:b/>
        <w:bCs/>
      </w:rPr>
    </w:tblStylePr>
    <w:tblStylePr w:type="lastCol">
      <w:rPr>
        <w:b/>
        <w:bCs/>
      </w:rPr>
      <w:tblPr/>
      <w:tcPr>
        <w:tcBorders>
          <w:top w:val="single" w:sz="8" w:space="0" w:color="4EA72E" w:themeColor="accent6"/>
          <w:bottom w:val="single" w:sz="8" w:space="0" w:color="4EA72E" w:themeColor="accent6"/>
        </w:tcBorders>
      </w:tcPr>
    </w:tblStylePr>
    <w:tblStylePr w:type="band1Vert">
      <w:tblPr/>
      <w:tcPr>
        <w:shd w:val="clear" w:color="auto" w:fill="D0EFC5" w:themeFill="accent6" w:themeFillTint="3F"/>
      </w:tcPr>
    </w:tblStylePr>
    <w:tblStylePr w:type="band1Horz">
      <w:tblPr/>
      <w:tcPr>
        <w:shd w:val="clear" w:color="auto" w:fill="D0EFC5" w:themeFill="accent6" w:themeFillTint="3F"/>
      </w:tcPr>
    </w:tblStylePr>
  </w:style>
  <w:style w:type="table" w:styleId="MediumList2">
    <w:name w:val="Medium List 2"/>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000000" w:themeColor="text1"/>
        <w:left w:val="single" w:sz="8" w:space="0" w:color="000000" w:themeColor="text1"/>
        <w:bottom w:val="single" w:sz="8" w:space="0" w:color="000000" w:themeColor="text1"/>
        <w:right w:val="single" w:sz="8" w:space="0" w:color="000000" w:themeColor="text1"/>
      </w:tblBorders>
    </w:tblPr>
    <w:tblStylePr w:type="firstRow">
      <w:rPr>
        <w:sz w:val="24"/>
        <w:szCs w:val="24"/>
      </w:rPr>
      <w:tblPr/>
      <w:tcPr>
        <w:tcBorders>
          <w:top w:val="nil"/>
          <w:left w:val="nil"/>
          <w:bottom w:val="single" w:sz="24" w:space="0" w:color="000000" w:themeColor="text1"/>
          <w:right w:val="nil"/>
          <w:insideH w:val="nil"/>
          <w:insideV w:val="nil"/>
        </w:tcBorders>
        <w:shd w:val="clear" w:color="auto" w:fill="FFFFFF" w:themeFill="background1"/>
      </w:tcPr>
    </w:tblStylePr>
    <w:tblStylePr w:type="lastRow">
      <w:tblPr/>
      <w:tcPr>
        <w:tcBorders>
          <w:top w:val="single" w:sz="8" w:space="0" w:color="000000" w:themeColor="text1"/>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000000" w:themeColor="text1"/>
          <w:insideH w:val="nil"/>
          <w:insideV w:val="nil"/>
        </w:tcBorders>
        <w:shd w:val="clear" w:color="auto" w:fill="FFFFFF" w:themeFill="background1"/>
      </w:tcPr>
    </w:tblStylePr>
    <w:tblStylePr w:type="lastCol">
      <w:tblPr/>
      <w:tcPr>
        <w:tcBorders>
          <w:top w:val="nil"/>
          <w:left w:val="single" w:sz="8" w:space="0" w:color="000000" w:themeColor="text1"/>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top w:val="nil"/>
          <w:bottom w:val="nil"/>
          <w:insideH w:val="nil"/>
          <w:insideV w:val="nil"/>
        </w:tcBorders>
        <w:shd w:val="clear" w:color="auto" w:fill="C0C0C0" w:themeFill="text1"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1">
    <w:name w:val="Medium List 2 Accent 1"/>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156082" w:themeColor="accent1"/>
        <w:left w:val="single" w:sz="8" w:space="0" w:color="156082" w:themeColor="accent1"/>
        <w:bottom w:val="single" w:sz="8" w:space="0" w:color="156082" w:themeColor="accent1"/>
        <w:right w:val="single" w:sz="8" w:space="0" w:color="156082" w:themeColor="accent1"/>
      </w:tblBorders>
    </w:tblPr>
    <w:tblStylePr w:type="firstRow">
      <w:rPr>
        <w:sz w:val="24"/>
        <w:szCs w:val="24"/>
      </w:rPr>
      <w:tblPr/>
      <w:tcPr>
        <w:tcBorders>
          <w:top w:val="nil"/>
          <w:left w:val="nil"/>
          <w:bottom w:val="single" w:sz="24" w:space="0" w:color="156082" w:themeColor="accent1"/>
          <w:right w:val="nil"/>
          <w:insideH w:val="nil"/>
          <w:insideV w:val="nil"/>
        </w:tcBorders>
        <w:shd w:val="clear" w:color="auto" w:fill="FFFFFF" w:themeFill="background1"/>
      </w:tcPr>
    </w:tblStylePr>
    <w:tblStylePr w:type="lastRow">
      <w:tblPr/>
      <w:tcPr>
        <w:tcBorders>
          <w:top w:val="single" w:sz="8" w:space="0" w:color="156082" w:themeColor="accent1"/>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156082" w:themeColor="accent1"/>
          <w:insideH w:val="nil"/>
          <w:insideV w:val="nil"/>
        </w:tcBorders>
        <w:shd w:val="clear" w:color="auto" w:fill="FFFFFF" w:themeFill="background1"/>
      </w:tcPr>
    </w:tblStylePr>
    <w:tblStylePr w:type="lastCol">
      <w:tblPr/>
      <w:tcPr>
        <w:tcBorders>
          <w:top w:val="nil"/>
          <w:left w:val="single" w:sz="8" w:space="0" w:color="156082" w:themeColor="accent1"/>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B2DEF2" w:themeFill="accent1" w:themeFillTint="3F"/>
      </w:tcPr>
    </w:tblStylePr>
    <w:tblStylePr w:type="band1Horz">
      <w:tblPr/>
      <w:tcPr>
        <w:tcBorders>
          <w:top w:val="nil"/>
          <w:bottom w:val="nil"/>
          <w:insideH w:val="nil"/>
          <w:insideV w:val="nil"/>
        </w:tcBorders>
        <w:shd w:val="clear" w:color="auto" w:fill="B2DEF2" w:themeFill="accent1"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2">
    <w:name w:val="Medium List 2 Accent 2"/>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E97132" w:themeColor="accent2"/>
        <w:left w:val="single" w:sz="8" w:space="0" w:color="E97132" w:themeColor="accent2"/>
        <w:bottom w:val="single" w:sz="8" w:space="0" w:color="E97132" w:themeColor="accent2"/>
        <w:right w:val="single" w:sz="8" w:space="0" w:color="E97132" w:themeColor="accent2"/>
      </w:tblBorders>
    </w:tblPr>
    <w:tblStylePr w:type="firstRow">
      <w:rPr>
        <w:sz w:val="24"/>
        <w:szCs w:val="24"/>
      </w:rPr>
      <w:tblPr/>
      <w:tcPr>
        <w:tcBorders>
          <w:top w:val="nil"/>
          <w:left w:val="nil"/>
          <w:bottom w:val="single" w:sz="24" w:space="0" w:color="E97132" w:themeColor="accent2"/>
          <w:right w:val="nil"/>
          <w:insideH w:val="nil"/>
          <w:insideV w:val="nil"/>
        </w:tcBorders>
        <w:shd w:val="clear" w:color="auto" w:fill="FFFFFF" w:themeFill="background1"/>
      </w:tcPr>
    </w:tblStylePr>
    <w:tblStylePr w:type="lastRow">
      <w:tblPr/>
      <w:tcPr>
        <w:tcBorders>
          <w:top w:val="single" w:sz="8" w:space="0" w:color="E97132" w:themeColor="accent2"/>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E97132" w:themeColor="accent2"/>
          <w:insideH w:val="nil"/>
          <w:insideV w:val="nil"/>
        </w:tcBorders>
        <w:shd w:val="clear" w:color="auto" w:fill="FFFFFF" w:themeFill="background1"/>
      </w:tcPr>
    </w:tblStylePr>
    <w:tblStylePr w:type="lastCol">
      <w:tblPr/>
      <w:tcPr>
        <w:tcBorders>
          <w:top w:val="nil"/>
          <w:left w:val="single" w:sz="8" w:space="0" w:color="E97132" w:themeColor="accent2"/>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F9DBCC" w:themeFill="accent2" w:themeFillTint="3F"/>
      </w:tcPr>
    </w:tblStylePr>
    <w:tblStylePr w:type="band1Horz">
      <w:tblPr/>
      <w:tcPr>
        <w:tcBorders>
          <w:top w:val="nil"/>
          <w:bottom w:val="nil"/>
          <w:insideH w:val="nil"/>
          <w:insideV w:val="nil"/>
        </w:tcBorders>
        <w:shd w:val="clear" w:color="auto" w:fill="F9DBCC" w:themeFill="accent2"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3">
    <w:name w:val="Medium List 2 Accent 3"/>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196B24" w:themeColor="accent3"/>
        <w:left w:val="single" w:sz="8" w:space="0" w:color="196B24" w:themeColor="accent3"/>
        <w:bottom w:val="single" w:sz="8" w:space="0" w:color="196B24" w:themeColor="accent3"/>
        <w:right w:val="single" w:sz="8" w:space="0" w:color="196B24" w:themeColor="accent3"/>
      </w:tblBorders>
    </w:tblPr>
    <w:tblStylePr w:type="firstRow">
      <w:rPr>
        <w:sz w:val="24"/>
        <w:szCs w:val="24"/>
      </w:rPr>
      <w:tblPr/>
      <w:tcPr>
        <w:tcBorders>
          <w:top w:val="nil"/>
          <w:left w:val="nil"/>
          <w:bottom w:val="single" w:sz="24" w:space="0" w:color="196B24" w:themeColor="accent3"/>
          <w:right w:val="nil"/>
          <w:insideH w:val="nil"/>
          <w:insideV w:val="nil"/>
        </w:tcBorders>
        <w:shd w:val="clear" w:color="auto" w:fill="FFFFFF" w:themeFill="background1"/>
      </w:tcPr>
    </w:tblStylePr>
    <w:tblStylePr w:type="lastRow">
      <w:tblPr/>
      <w:tcPr>
        <w:tcBorders>
          <w:top w:val="single" w:sz="8" w:space="0" w:color="196B24" w:themeColor="accent3"/>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196B24" w:themeColor="accent3"/>
          <w:insideH w:val="nil"/>
          <w:insideV w:val="nil"/>
        </w:tcBorders>
        <w:shd w:val="clear" w:color="auto" w:fill="FFFFFF" w:themeFill="background1"/>
      </w:tcPr>
    </w:tblStylePr>
    <w:tblStylePr w:type="lastCol">
      <w:tblPr/>
      <w:tcPr>
        <w:tcBorders>
          <w:top w:val="nil"/>
          <w:left w:val="single" w:sz="8" w:space="0" w:color="196B24" w:themeColor="accent3"/>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B3EDBA" w:themeFill="accent3" w:themeFillTint="3F"/>
      </w:tcPr>
    </w:tblStylePr>
    <w:tblStylePr w:type="band1Horz">
      <w:tblPr/>
      <w:tcPr>
        <w:tcBorders>
          <w:top w:val="nil"/>
          <w:bottom w:val="nil"/>
          <w:insideH w:val="nil"/>
          <w:insideV w:val="nil"/>
        </w:tcBorders>
        <w:shd w:val="clear" w:color="auto" w:fill="B3EDBA" w:themeFill="accent3"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4">
    <w:name w:val="Medium List 2 Accent 4"/>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0F9ED5" w:themeColor="accent4"/>
        <w:left w:val="single" w:sz="8" w:space="0" w:color="0F9ED5" w:themeColor="accent4"/>
        <w:bottom w:val="single" w:sz="8" w:space="0" w:color="0F9ED5" w:themeColor="accent4"/>
        <w:right w:val="single" w:sz="8" w:space="0" w:color="0F9ED5" w:themeColor="accent4"/>
      </w:tblBorders>
    </w:tblPr>
    <w:tblStylePr w:type="firstRow">
      <w:rPr>
        <w:sz w:val="24"/>
        <w:szCs w:val="24"/>
      </w:rPr>
      <w:tblPr/>
      <w:tcPr>
        <w:tcBorders>
          <w:top w:val="nil"/>
          <w:left w:val="nil"/>
          <w:bottom w:val="single" w:sz="24" w:space="0" w:color="0F9ED5" w:themeColor="accent4"/>
          <w:right w:val="nil"/>
          <w:insideH w:val="nil"/>
          <w:insideV w:val="nil"/>
        </w:tcBorders>
        <w:shd w:val="clear" w:color="auto" w:fill="FFFFFF" w:themeFill="background1"/>
      </w:tcPr>
    </w:tblStylePr>
    <w:tblStylePr w:type="lastRow">
      <w:tblPr/>
      <w:tcPr>
        <w:tcBorders>
          <w:top w:val="single" w:sz="8" w:space="0" w:color="0F9ED5" w:themeColor="accent4"/>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0F9ED5" w:themeColor="accent4"/>
          <w:insideH w:val="nil"/>
          <w:insideV w:val="nil"/>
        </w:tcBorders>
        <w:shd w:val="clear" w:color="auto" w:fill="FFFFFF" w:themeFill="background1"/>
      </w:tcPr>
    </w:tblStylePr>
    <w:tblStylePr w:type="lastCol">
      <w:tblPr/>
      <w:tcPr>
        <w:tcBorders>
          <w:top w:val="nil"/>
          <w:left w:val="single" w:sz="8" w:space="0" w:color="0F9ED5" w:themeColor="accent4"/>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BDE9FA" w:themeFill="accent4" w:themeFillTint="3F"/>
      </w:tcPr>
    </w:tblStylePr>
    <w:tblStylePr w:type="band1Horz">
      <w:tblPr/>
      <w:tcPr>
        <w:tcBorders>
          <w:top w:val="nil"/>
          <w:bottom w:val="nil"/>
          <w:insideH w:val="nil"/>
          <w:insideV w:val="nil"/>
        </w:tcBorders>
        <w:shd w:val="clear" w:color="auto" w:fill="BDE9FA" w:themeFill="accent4"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5">
    <w:name w:val="Medium List 2 Accent 5"/>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A02B93" w:themeColor="accent5"/>
        <w:left w:val="single" w:sz="8" w:space="0" w:color="A02B93" w:themeColor="accent5"/>
        <w:bottom w:val="single" w:sz="8" w:space="0" w:color="A02B93" w:themeColor="accent5"/>
        <w:right w:val="single" w:sz="8" w:space="0" w:color="A02B93" w:themeColor="accent5"/>
      </w:tblBorders>
    </w:tblPr>
    <w:tblStylePr w:type="firstRow">
      <w:rPr>
        <w:sz w:val="24"/>
        <w:szCs w:val="24"/>
      </w:rPr>
      <w:tblPr/>
      <w:tcPr>
        <w:tcBorders>
          <w:top w:val="nil"/>
          <w:left w:val="nil"/>
          <w:bottom w:val="single" w:sz="24" w:space="0" w:color="A02B93" w:themeColor="accent5"/>
          <w:right w:val="nil"/>
          <w:insideH w:val="nil"/>
          <w:insideV w:val="nil"/>
        </w:tcBorders>
        <w:shd w:val="clear" w:color="auto" w:fill="FFFFFF" w:themeFill="background1"/>
      </w:tcPr>
    </w:tblStylePr>
    <w:tblStylePr w:type="lastRow">
      <w:tblPr/>
      <w:tcPr>
        <w:tcBorders>
          <w:top w:val="single" w:sz="8" w:space="0" w:color="A02B93" w:themeColor="accent5"/>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A02B93" w:themeColor="accent5"/>
          <w:insideH w:val="nil"/>
          <w:insideV w:val="nil"/>
        </w:tcBorders>
        <w:shd w:val="clear" w:color="auto" w:fill="FFFFFF" w:themeFill="background1"/>
      </w:tcPr>
    </w:tblStylePr>
    <w:tblStylePr w:type="lastCol">
      <w:tblPr/>
      <w:tcPr>
        <w:tcBorders>
          <w:top w:val="nil"/>
          <w:left w:val="single" w:sz="8" w:space="0" w:color="A02B93" w:themeColor="accent5"/>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EFC3E9" w:themeFill="accent5" w:themeFillTint="3F"/>
      </w:tcPr>
    </w:tblStylePr>
    <w:tblStylePr w:type="band1Horz">
      <w:tblPr/>
      <w:tcPr>
        <w:tcBorders>
          <w:top w:val="nil"/>
          <w:bottom w:val="nil"/>
          <w:insideH w:val="nil"/>
          <w:insideV w:val="nil"/>
        </w:tcBorders>
        <w:shd w:val="clear" w:color="auto" w:fill="EFC3E9" w:themeFill="accent5"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6">
    <w:name w:val="Medium List 2 Accent 6"/>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4EA72E" w:themeColor="accent6"/>
        <w:left w:val="single" w:sz="8" w:space="0" w:color="4EA72E" w:themeColor="accent6"/>
        <w:bottom w:val="single" w:sz="8" w:space="0" w:color="4EA72E" w:themeColor="accent6"/>
        <w:right w:val="single" w:sz="8" w:space="0" w:color="4EA72E" w:themeColor="accent6"/>
      </w:tblBorders>
    </w:tblPr>
    <w:tblStylePr w:type="firstRow">
      <w:rPr>
        <w:sz w:val="24"/>
        <w:szCs w:val="24"/>
      </w:rPr>
      <w:tblPr/>
      <w:tcPr>
        <w:tcBorders>
          <w:top w:val="nil"/>
          <w:left w:val="nil"/>
          <w:bottom w:val="single" w:sz="24" w:space="0" w:color="4EA72E" w:themeColor="accent6"/>
          <w:right w:val="nil"/>
          <w:insideH w:val="nil"/>
          <w:insideV w:val="nil"/>
        </w:tcBorders>
        <w:shd w:val="clear" w:color="auto" w:fill="FFFFFF" w:themeFill="background1"/>
      </w:tcPr>
    </w:tblStylePr>
    <w:tblStylePr w:type="lastRow">
      <w:tblPr/>
      <w:tcPr>
        <w:tcBorders>
          <w:top w:val="single" w:sz="8" w:space="0" w:color="4EA72E" w:themeColor="accent6"/>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4EA72E" w:themeColor="accent6"/>
          <w:insideH w:val="nil"/>
          <w:insideV w:val="nil"/>
        </w:tcBorders>
        <w:shd w:val="clear" w:color="auto" w:fill="FFFFFF" w:themeFill="background1"/>
      </w:tcPr>
    </w:tblStylePr>
    <w:tblStylePr w:type="lastCol">
      <w:tblPr/>
      <w:tcPr>
        <w:tcBorders>
          <w:top w:val="nil"/>
          <w:left w:val="single" w:sz="8" w:space="0" w:color="4EA72E" w:themeColor="accent6"/>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0EFC5" w:themeFill="accent6" w:themeFillTint="3F"/>
      </w:tcPr>
    </w:tblStylePr>
    <w:tblStylePr w:type="band1Horz">
      <w:tblPr/>
      <w:tcPr>
        <w:tcBorders>
          <w:top w:val="nil"/>
          <w:bottom w:val="nil"/>
          <w:insideH w:val="nil"/>
          <w:insideV w:val="nil"/>
        </w:tcBorders>
        <w:shd w:val="clear" w:color="auto" w:fill="D0EFC5" w:themeFill="accent6"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Grid1">
    <w:name w:val="Medium Grid 1"/>
    <w:basedOn w:val="TableNormal"/>
    <w:uiPriority w:val="67"/>
    <w:rsid w:val="00CB0664"/>
    <w:pPr>
      <w:spacing w:after="0" w:line="240" w:lineRule="auto"/>
    </w:pPr>
    <w:tblPr>
      <w:tblStyleRowBandSize w:val="1"/>
      <w:tblStyleColBandSize w:val="1"/>
      <w:tbl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single" w:sz="8" w:space="0" w:color="404040" w:themeColor="text1" w:themeTint="BF"/>
        <w:insideV w:val="single" w:sz="8" w:space="0" w:color="404040" w:themeColor="text1" w:themeTint="BF"/>
      </w:tblBorders>
    </w:tblPr>
    <w:tcPr>
      <w:shd w:val="clear" w:color="auto" w:fill="C0C0C0" w:themeFill="text1" w:themeFillTint="3F"/>
    </w:tcPr>
    <w:tblStylePr w:type="firstRow">
      <w:rPr>
        <w:b/>
        <w:bCs/>
      </w:rPr>
    </w:tblStylePr>
    <w:tblStylePr w:type="lastRow">
      <w:rPr>
        <w:b/>
        <w:bCs/>
      </w:rPr>
      <w:tblPr/>
      <w:tcPr>
        <w:tcBorders>
          <w:top w:val="single" w:sz="18" w:space="0" w:color="404040" w:themeColor="text1" w:themeTint="BF"/>
        </w:tcBorders>
      </w:tcPr>
    </w:tblStylePr>
    <w:tblStylePr w:type="firstCol">
      <w:rPr>
        <w:b/>
        <w:bCs/>
      </w:rPr>
    </w:tblStylePr>
    <w:tblStylePr w:type="lastCol">
      <w:rPr>
        <w:b/>
        <w:bCs/>
      </w:rPr>
    </w:tblStylePr>
    <w:tblStylePr w:type="band1Vert">
      <w:tblPr/>
      <w:tcPr>
        <w:shd w:val="clear" w:color="auto" w:fill="808080" w:themeFill="text1" w:themeFillTint="7F"/>
      </w:tcPr>
    </w:tblStylePr>
    <w:tblStylePr w:type="band1Horz">
      <w:tblPr/>
      <w:tcPr>
        <w:shd w:val="clear" w:color="auto" w:fill="808080" w:themeFill="text1" w:themeFillTint="7F"/>
      </w:tcPr>
    </w:tblStylePr>
  </w:style>
  <w:style w:type="table" w:styleId="MediumGrid1-Accent1">
    <w:name w:val="Medium Grid 1 Accent 1"/>
    <w:basedOn w:val="TableNormal"/>
    <w:uiPriority w:val="67"/>
    <w:rsid w:val="00CB0664"/>
    <w:pPr>
      <w:spacing w:after="0" w:line="240" w:lineRule="auto"/>
    </w:pPr>
    <w:tblPr>
      <w:tblStyleRowBandSize w:val="1"/>
      <w:tblStyleColBandSize w:val="1"/>
      <w:tblBorders>
        <w:top w:val="single" w:sz="8" w:space="0" w:color="2198CF" w:themeColor="accent1" w:themeTint="BF"/>
        <w:left w:val="single" w:sz="8" w:space="0" w:color="2198CF" w:themeColor="accent1" w:themeTint="BF"/>
        <w:bottom w:val="single" w:sz="8" w:space="0" w:color="2198CF" w:themeColor="accent1" w:themeTint="BF"/>
        <w:right w:val="single" w:sz="8" w:space="0" w:color="2198CF" w:themeColor="accent1" w:themeTint="BF"/>
        <w:insideH w:val="single" w:sz="8" w:space="0" w:color="2198CF" w:themeColor="accent1" w:themeTint="BF"/>
        <w:insideV w:val="single" w:sz="8" w:space="0" w:color="2198CF" w:themeColor="accent1" w:themeTint="BF"/>
      </w:tblBorders>
    </w:tblPr>
    <w:tcPr>
      <w:shd w:val="clear" w:color="auto" w:fill="B2DEF2" w:themeFill="accent1" w:themeFillTint="3F"/>
    </w:tcPr>
    <w:tblStylePr w:type="firstRow">
      <w:rPr>
        <w:b/>
        <w:bCs/>
      </w:rPr>
    </w:tblStylePr>
    <w:tblStylePr w:type="lastRow">
      <w:rPr>
        <w:b/>
        <w:bCs/>
      </w:rPr>
      <w:tblPr/>
      <w:tcPr>
        <w:tcBorders>
          <w:top w:val="single" w:sz="18" w:space="0" w:color="2198CF" w:themeColor="accent1" w:themeTint="BF"/>
        </w:tcBorders>
      </w:tcPr>
    </w:tblStylePr>
    <w:tblStylePr w:type="firstCol">
      <w:rPr>
        <w:b/>
        <w:bCs/>
      </w:rPr>
    </w:tblStylePr>
    <w:tblStylePr w:type="lastCol">
      <w:rPr>
        <w:b/>
        <w:bCs/>
      </w:rPr>
    </w:tblStylePr>
    <w:tblStylePr w:type="band1Vert">
      <w:tblPr/>
      <w:tcPr>
        <w:shd w:val="clear" w:color="auto" w:fill="64BDE6" w:themeFill="accent1" w:themeFillTint="7F"/>
      </w:tcPr>
    </w:tblStylePr>
    <w:tblStylePr w:type="band1Horz">
      <w:tblPr/>
      <w:tcPr>
        <w:shd w:val="clear" w:color="auto" w:fill="64BDE6" w:themeFill="accent1" w:themeFillTint="7F"/>
      </w:tcPr>
    </w:tblStylePr>
  </w:style>
  <w:style w:type="table" w:styleId="MediumGrid1-Accent2">
    <w:name w:val="Medium Grid 1 Accent 2"/>
    <w:basedOn w:val="TableNormal"/>
    <w:uiPriority w:val="67"/>
    <w:rsid w:val="00CB0664"/>
    <w:pPr>
      <w:spacing w:after="0" w:line="240" w:lineRule="auto"/>
    </w:pPr>
    <w:tblPr>
      <w:tblStyleRowBandSize w:val="1"/>
      <w:tblStyleColBandSize w:val="1"/>
      <w:tblBorders>
        <w:top w:val="single" w:sz="8" w:space="0" w:color="EE9465" w:themeColor="accent2" w:themeTint="BF"/>
        <w:left w:val="single" w:sz="8" w:space="0" w:color="EE9465" w:themeColor="accent2" w:themeTint="BF"/>
        <w:bottom w:val="single" w:sz="8" w:space="0" w:color="EE9465" w:themeColor="accent2" w:themeTint="BF"/>
        <w:right w:val="single" w:sz="8" w:space="0" w:color="EE9465" w:themeColor="accent2" w:themeTint="BF"/>
        <w:insideH w:val="single" w:sz="8" w:space="0" w:color="EE9465" w:themeColor="accent2" w:themeTint="BF"/>
        <w:insideV w:val="single" w:sz="8" w:space="0" w:color="EE9465" w:themeColor="accent2" w:themeTint="BF"/>
      </w:tblBorders>
    </w:tblPr>
    <w:tcPr>
      <w:shd w:val="clear" w:color="auto" w:fill="F9DBCC" w:themeFill="accent2" w:themeFillTint="3F"/>
    </w:tcPr>
    <w:tblStylePr w:type="firstRow">
      <w:rPr>
        <w:b/>
        <w:bCs/>
      </w:rPr>
    </w:tblStylePr>
    <w:tblStylePr w:type="lastRow">
      <w:rPr>
        <w:b/>
        <w:bCs/>
      </w:rPr>
      <w:tblPr/>
      <w:tcPr>
        <w:tcBorders>
          <w:top w:val="single" w:sz="18" w:space="0" w:color="EE9465" w:themeColor="accent2" w:themeTint="BF"/>
        </w:tcBorders>
      </w:tcPr>
    </w:tblStylePr>
    <w:tblStylePr w:type="firstCol">
      <w:rPr>
        <w:b/>
        <w:bCs/>
      </w:rPr>
    </w:tblStylePr>
    <w:tblStylePr w:type="lastCol">
      <w:rPr>
        <w:b/>
        <w:bCs/>
      </w:rPr>
    </w:tblStylePr>
    <w:tblStylePr w:type="band1Vert">
      <w:tblPr/>
      <w:tcPr>
        <w:shd w:val="clear" w:color="auto" w:fill="F4B798" w:themeFill="accent2" w:themeFillTint="7F"/>
      </w:tcPr>
    </w:tblStylePr>
    <w:tblStylePr w:type="band1Horz">
      <w:tblPr/>
      <w:tcPr>
        <w:shd w:val="clear" w:color="auto" w:fill="F4B798" w:themeFill="accent2" w:themeFillTint="7F"/>
      </w:tcPr>
    </w:tblStylePr>
  </w:style>
  <w:style w:type="table" w:styleId="MediumGrid1-Accent3">
    <w:name w:val="Medium Grid 1 Accent 3"/>
    <w:basedOn w:val="TableNormal"/>
    <w:uiPriority w:val="67"/>
    <w:rsid w:val="00CB0664"/>
    <w:pPr>
      <w:spacing w:after="0" w:line="240" w:lineRule="auto"/>
    </w:pPr>
    <w:tblPr>
      <w:tblStyleRowBandSize w:val="1"/>
      <w:tblStyleColBandSize w:val="1"/>
      <w:tblBorders>
        <w:top w:val="single" w:sz="8" w:space="0" w:color="2BB73D" w:themeColor="accent3" w:themeTint="BF"/>
        <w:left w:val="single" w:sz="8" w:space="0" w:color="2BB73D" w:themeColor="accent3" w:themeTint="BF"/>
        <w:bottom w:val="single" w:sz="8" w:space="0" w:color="2BB73D" w:themeColor="accent3" w:themeTint="BF"/>
        <w:right w:val="single" w:sz="8" w:space="0" w:color="2BB73D" w:themeColor="accent3" w:themeTint="BF"/>
        <w:insideH w:val="single" w:sz="8" w:space="0" w:color="2BB73D" w:themeColor="accent3" w:themeTint="BF"/>
        <w:insideV w:val="single" w:sz="8" w:space="0" w:color="2BB73D" w:themeColor="accent3" w:themeTint="BF"/>
      </w:tblBorders>
    </w:tblPr>
    <w:tcPr>
      <w:shd w:val="clear" w:color="auto" w:fill="B3EDBA" w:themeFill="accent3" w:themeFillTint="3F"/>
    </w:tcPr>
    <w:tblStylePr w:type="firstRow">
      <w:rPr>
        <w:b/>
        <w:bCs/>
      </w:rPr>
    </w:tblStylePr>
    <w:tblStylePr w:type="lastRow">
      <w:rPr>
        <w:b/>
        <w:bCs/>
      </w:rPr>
      <w:tblPr/>
      <w:tcPr>
        <w:tcBorders>
          <w:top w:val="single" w:sz="18" w:space="0" w:color="2BB73D" w:themeColor="accent3" w:themeTint="BF"/>
        </w:tcBorders>
      </w:tcPr>
    </w:tblStylePr>
    <w:tblStylePr w:type="firstCol">
      <w:rPr>
        <w:b/>
        <w:bCs/>
      </w:rPr>
    </w:tblStylePr>
    <w:tblStylePr w:type="lastCol">
      <w:rPr>
        <w:b/>
        <w:bCs/>
      </w:rPr>
    </w:tblStylePr>
    <w:tblStylePr w:type="band1Vert">
      <w:tblPr/>
      <w:tcPr>
        <w:shd w:val="clear" w:color="auto" w:fill="66DB75" w:themeFill="accent3" w:themeFillTint="7F"/>
      </w:tcPr>
    </w:tblStylePr>
    <w:tblStylePr w:type="band1Horz">
      <w:tblPr/>
      <w:tcPr>
        <w:shd w:val="clear" w:color="auto" w:fill="66DB75" w:themeFill="accent3" w:themeFillTint="7F"/>
      </w:tcPr>
    </w:tblStylePr>
  </w:style>
  <w:style w:type="table" w:styleId="MediumGrid1-Accent4">
    <w:name w:val="Medium Grid 1 Accent 4"/>
    <w:basedOn w:val="TableNormal"/>
    <w:uiPriority w:val="67"/>
    <w:rsid w:val="00CB0664"/>
    <w:pPr>
      <w:spacing w:after="0" w:line="240" w:lineRule="auto"/>
    </w:pPr>
    <w:tblPr>
      <w:tblStyleRowBandSize w:val="1"/>
      <w:tblStyleColBandSize w:val="1"/>
      <w:tblBorders>
        <w:top w:val="single" w:sz="8" w:space="0" w:color="39BEF1" w:themeColor="accent4" w:themeTint="BF"/>
        <w:left w:val="single" w:sz="8" w:space="0" w:color="39BEF1" w:themeColor="accent4" w:themeTint="BF"/>
        <w:bottom w:val="single" w:sz="8" w:space="0" w:color="39BEF1" w:themeColor="accent4" w:themeTint="BF"/>
        <w:right w:val="single" w:sz="8" w:space="0" w:color="39BEF1" w:themeColor="accent4" w:themeTint="BF"/>
        <w:insideH w:val="single" w:sz="8" w:space="0" w:color="39BEF1" w:themeColor="accent4" w:themeTint="BF"/>
        <w:insideV w:val="single" w:sz="8" w:space="0" w:color="39BEF1" w:themeColor="accent4" w:themeTint="BF"/>
      </w:tblBorders>
    </w:tblPr>
    <w:tcPr>
      <w:shd w:val="clear" w:color="auto" w:fill="BDE9FA" w:themeFill="accent4" w:themeFillTint="3F"/>
    </w:tcPr>
    <w:tblStylePr w:type="firstRow">
      <w:rPr>
        <w:b/>
        <w:bCs/>
      </w:rPr>
    </w:tblStylePr>
    <w:tblStylePr w:type="lastRow">
      <w:rPr>
        <w:b/>
        <w:bCs/>
      </w:rPr>
      <w:tblPr/>
      <w:tcPr>
        <w:tcBorders>
          <w:top w:val="single" w:sz="18" w:space="0" w:color="39BEF1" w:themeColor="accent4" w:themeTint="BF"/>
        </w:tcBorders>
      </w:tcPr>
    </w:tblStylePr>
    <w:tblStylePr w:type="firstCol">
      <w:rPr>
        <w:b/>
        <w:bCs/>
      </w:rPr>
    </w:tblStylePr>
    <w:tblStylePr w:type="lastCol">
      <w:rPr>
        <w:b/>
        <w:bCs/>
      </w:rPr>
    </w:tblStylePr>
    <w:tblStylePr w:type="band1Vert">
      <w:tblPr/>
      <w:tcPr>
        <w:shd w:val="clear" w:color="auto" w:fill="7BD3F5" w:themeFill="accent4" w:themeFillTint="7F"/>
      </w:tcPr>
    </w:tblStylePr>
    <w:tblStylePr w:type="band1Horz">
      <w:tblPr/>
      <w:tcPr>
        <w:shd w:val="clear" w:color="auto" w:fill="7BD3F5" w:themeFill="accent4" w:themeFillTint="7F"/>
      </w:tcPr>
    </w:tblStylePr>
  </w:style>
  <w:style w:type="table" w:styleId="MediumGrid1-Accent5">
    <w:name w:val="Medium Grid 1 Accent 5"/>
    <w:basedOn w:val="TableNormal"/>
    <w:uiPriority w:val="67"/>
    <w:rsid w:val="00CB0664"/>
    <w:pPr>
      <w:spacing w:after="0" w:line="240" w:lineRule="auto"/>
    </w:pPr>
    <w:tblPr>
      <w:tblStyleRowBandSize w:val="1"/>
      <w:tblStyleColBandSize w:val="1"/>
      <w:tblBorders>
        <w:top w:val="single" w:sz="8" w:space="0" w:color="CE49BF" w:themeColor="accent5" w:themeTint="BF"/>
        <w:left w:val="single" w:sz="8" w:space="0" w:color="CE49BF" w:themeColor="accent5" w:themeTint="BF"/>
        <w:bottom w:val="single" w:sz="8" w:space="0" w:color="CE49BF" w:themeColor="accent5" w:themeTint="BF"/>
        <w:right w:val="single" w:sz="8" w:space="0" w:color="CE49BF" w:themeColor="accent5" w:themeTint="BF"/>
        <w:insideH w:val="single" w:sz="8" w:space="0" w:color="CE49BF" w:themeColor="accent5" w:themeTint="BF"/>
        <w:insideV w:val="single" w:sz="8" w:space="0" w:color="CE49BF" w:themeColor="accent5" w:themeTint="BF"/>
      </w:tblBorders>
    </w:tblPr>
    <w:tcPr>
      <w:shd w:val="clear" w:color="auto" w:fill="EFC3E9" w:themeFill="accent5" w:themeFillTint="3F"/>
    </w:tcPr>
    <w:tblStylePr w:type="firstRow">
      <w:rPr>
        <w:b/>
        <w:bCs/>
      </w:rPr>
    </w:tblStylePr>
    <w:tblStylePr w:type="lastRow">
      <w:rPr>
        <w:b/>
        <w:bCs/>
      </w:rPr>
      <w:tblPr/>
      <w:tcPr>
        <w:tcBorders>
          <w:top w:val="single" w:sz="18" w:space="0" w:color="CE49BF" w:themeColor="accent5" w:themeTint="BF"/>
        </w:tcBorders>
      </w:tcPr>
    </w:tblStylePr>
    <w:tblStylePr w:type="firstCol">
      <w:rPr>
        <w:b/>
        <w:bCs/>
      </w:rPr>
    </w:tblStylePr>
    <w:tblStylePr w:type="lastCol">
      <w:rPr>
        <w:b/>
        <w:bCs/>
      </w:rPr>
    </w:tblStylePr>
    <w:tblStylePr w:type="band1Vert">
      <w:tblPr/>
      <w:tcPr>
        <w:shd w:val="clear" w:color="auto" w:fill="DE86D4" w:themeFill="accent5" w:themeFillTint="7F"/>
      </w:tcPr>
    </w:tblStylePr>
    <w:tblStylePr w:type="band1Horz">
      <w:tblPr/>
      <w:tcPr>
        <w:shd w:val="clear" w:color="auto" w:fill="DE86D4" w:themeFill="accent5" w:themeFillTint="7F"/>
      </w:tcPr>
    </w:tblStylePr>
  </w:style>
  <w:style w:type="table" w:styleId="MediumGrid1-Accent6">
    <w:name w:val="Medium Grid 1 Accent 6"/>
    <w:basedOn w:val="TableNormal"/>
    <w:uiPriority w:val="67"/>
    <w:rsid w:val="00CB0664"/>
    <w:pPr>
      <w:spacing w:after="0" w:line="240" w:lineRule="auto"/>
    </w:pPr>
    <w:tblPr>
      <w:tblStyleRowBandSize w:val="1"/>
      <w:tblStyleColBandSize w:val="1"/>
      <w:tblBorders>
        <w:top w:val="single" w:sz="8" w:space="0" w:color="71CF50" w:themeColor="accent6" w:themeTint="BF"/>
        <w:left w:val="single" w:sz="8" w:space="0" w:color="71CF50" w:themeColor="accent6" w:themeTint="BF"/>
        <w:bottom w:val="single" w:sz="8" w:space="0" w:color="71CF50" w:themeColor="accent6" w:themeTint="BF"/>
        <w:right w:val="single" w:sz="8" w:space="0" w:color="71CF50" w:themeColor="accent6" w:themeTint="BF"/>
        <w:insideH w:val="single" w:sz="8" w:space="0" w:color="71CF50" w:themeColor="accent6" w:themeTint="BF"/>
        <w:insideV w:val="single" w:sz="8" w:space="0" w:color="71CF50" w:themeColor="accent6" w:themeTint="BF"/>
      </w:tblBorders>
    </w:tblPr>
    <w:tcPr>
      <w:shd w:val="clear" w:color="auto" w:fill="D0EFC5" w:themeFill="accent6" w:themeFillTint="3F"/>
    </w:tcPr>
    <w:tblStylePr w:type="firstRow">
      <w:rPr>
        <w:b/>
        <w:bCs/>
      </w:rPr>
    </w:tblStylePr>
    <w:tblStylePr w:type="lastRow">
      <w:rPr>
        <w:b/>
        <w:bCs/>
      </w:rPr>
      <w:tblPr/>
      <w:tcPr>
        <w:tcBorders>
          <w:top w:val="single" w:sz="18" w:space="0" w:color="71CF50" w:themeColor="accent6" w:themeTint="BF"/>
        </w:tcBorders>
      </w:tcPr>
    </w:tblStylePr>
    <w:tblStylePr w:type="firstCol">
      <w:rPr>
        <w:b/>
        <w:bCs/>
      </w:rPr>
    </w:tblStylePr>
    <w:tblStylePr w:type="lastCol">
      <w:rPr>
        <w:b/>
        <w:bCs/>
      </w:rPr>
    </w:tblStylePr>
    <w:tblStylePr w:type="band1Vert">
      <w:tblPr/>
      <w:tcPr>
        <w:shd w:val="clear" w:color="auto" w:fill="A0DF8A" w:themeFill="accent6" w:themeFillTint="7F"/>
      </w:tcPr>
    </w:tblStylePr>
    <w:tblStylePr w:type="band1Horz">
      <w:tblPr/>
      <w:tcPr>
        <w:shd w:val="clear" w:color="auto" w:fill="A0DF8A" w:themeFill="accent6" w:themeFillTint="7F"/>
      </w:tcPr>
    </w:tblStylePr>
  </w:style>
  <w:style w:type="table" w:styleId="MediumGrid2">
    <w:name w:val="Medium Grid 2"/>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000000" w:themeColor="text1"/>
        <w:left w:val="single" w:sz="8" w:space="0" w:color="000000" w:themeColor="text1"/>
        <w:bottom w:val="single" w:sz="8" w:space="0" w:color="000000" w:themeColor="text1"/>
        <w:right w:val="single" w:sz="8" w:space="0" w:color="000000" w:themeColor="text1"/>
        <w:insideH w:val="single" w:sz="8" w:space="0" w:color="000000" w:themeColor="text1"/>
        <w:insideV w:val="single" w:sz="8" w:space="0" w:color="000000" w:themeColor="text1"/>
      </w:tblBorders>
    </w:tblPr>
    <w:tcPr>
      <w:shd w:val="clear" w:color="auto" w:fill="C0C0C0" w:themeFill="text1" w:themeFillTint="3F"/>
    </w:tcPr>
    <w:tblStylePr w:type="firstRow">
      <w:rPr>
        <w:b/>
        <w:bCs/>
        <w:color w:val="000000" w:themeColor="text1"/>
      </w:rPr>
      <w:tblPr/>
      <w:tcPr>
        <w:shd w:val="clear" w:color="auto" w:fill="E6E6E6" w:themeFill="text1"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CCCCCC" w:themeFill="text1" w:themeFillTint="33"/>
      </w:tcPr>
    </w:tblStylePr>
    <w:tblStylePr w:type="band1Vert">
      <w:tblPr/>
      <w:tcPr>
        <w:shd w:val="clear" w:color="auto" w:fill="808080" w:themeFill="text1" w:themeFillTint="7F"/>
      </w:tcPr>
    </w:tblStylePr>
    <w:tblStylePr w:type="band1Horz">
      <w:tblPr/>
      <w:tcPr>
        <w:tcBorders>
          <w:insideH w:val="single" w:sz="6" w:space="0" w:color="000000" w:themeColor="text1"/>
          <w:insideV w:val="single" w:sz="6" w:space="0" w:color="000000" w:themeColor="text1"/>
        </w:tcBorders>
        <w:shd w:val="clear" w:color="auto" w:fill="808080" w:themeFill="text1" w:themeFillTint="7F"/>
      </w:tcPr>
    </w:tblStylePr>
    <w:tblStylePr w:type="nwCell">
      <w:tblPr/>
      <w:tcPr>
        <w:shd w:val="clear" w:color="auto" w:fill="FFFFFF" w:themeFill="background1"/>
      </w:tcPr>
    </w:tblStylePr>
  </w:style>
  <w:style w:type="table" w:styleId="MediumGrid2-Accent1">
    <w:name w:val="Medium Grid 2 Accent 1"/>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156082" w:themeColor="accent1"/>
        <w:left w:val="single" w:sz="8" w:space="0" w:color="156082" w:themeColor="accent1"/>
        <w:bottom w:val="single" w:sz="8" w:space="0" w:color="156082" w:themeColor="accent1"/>
        <w:right w:val="single" w:sz="8" w:space="0" w:color="156082" w:themeColor="accent1"/>
        <w:insideH w:val="single" w:sz="8" w:space="0" w:color="156082" w:themeColor="accent1"/>
        <w:insideV w:val="single" w:sz="8" w:space="0" w:color="156082" w:themeColor="accent1"/>
      </w:tblBorders>
    </w:tblPr>
    <w:tcPr>
      <w:shd w:val="clear" w:color="auto" w:fill="B2DEF2" w:themeFill="accent1" w:themeFillTint="3F"/>
    </w:tcPr>
    <w:tblStylePr w:type="firstRow">
      <w:rPr>
        <w:b/>
        <w:bCs/>
        <w:color w:val="000000" w:themeColor="text1"/>
      </w:rPr>
      <w:tblPr/>
      <w:tcPr>
        <w:shd w:val="clear" w:color="auto" w:fill="E0F2FA" w:themeFill="accent1"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C1E4F5" w:themeFill="accent1" w:themeFillTint="33"/>
      </w:tcPr>
    </w:tblStylePr>
    <w:tblStylePr w:type="band1Vert">
      <w:tblPr/>
      <w:tcPr>
        <w:shd w:val="clear" w:color="auto" w:fill="64BDE6" w:themeFill="accent1" w:themeFillTint="7F"/>
      </w:tcPr>
    </w:tblStylePr>
    <w:tblStylePr w:type="band1Horz">
      <w:tblPr/>
      <w:tcPr>
        <w:tcBorders>
          <w:insideH w:val="single" w:sz="6" w:space="0" w:color="156082" w:themeColor="accent1"/>
          <w:insideV w:val="single" w:sz="6" w:space="0" w:color="156082" w:themeColor="accent1"/>
        </w:tcBorders>
        <w:shd w:val="clear" w:color="auto" w:fill="64BDE6" w:themeFill="accent1" w:themeFillTint="7F"/>
      </w:tcPr>
    </w:tblStylePr>
    <w:tblStylePr w:type="nwCell">
      <w:tblPr/>
      <w:tcPr>
        <w:shd w:val="clear" w:color="auto" w:fill="FFFFFF" w:themeFill="background1"/>
      </w:tcPr>
    </w:tblStylePr>
  </w:style>
  <w:style w:type="table" w:styleId="MediumGrid2-Accent2">
    <w:name w:val="Medium Grid 2 Accent 2"/>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E97132" w:themeColor="accent2"/>
        <w:left w:val="single" w:sz="8" w:space="0" w:color="E97132" w:themeColor="accent2"/>
        <w:bottom w:val="single" w:sz="8" w:space="0" w:color="E97132" w:themeColor="accent2"/>
        <w:right w:val="single" w:sz="8" w:space="0" w:color="E97132" w:themeColor="accent2"/>
        <w:insideH w:val="single" w:sz="8" w:space="0" w:color="E97132" w:themeColor="accent2"/>
        <w:insideV w:val="single" w:sz="8" w:space="0" w:color="E97132" w:themeColor="accent2"/>
      </w:tblBorders>
    </w:tblPr>
    <w:tcPr>
      <w:shd w:val="clear" w:color="auto" w:fill="F9DBCC" w:themeFill="accent2" w:themeFillTint="3F"/>
    </w:tcPr>
    <w:tblStylePr w:type="firstRow">
      <w:rPr>
        <w:b/>
        <w:bCs/>
        <w:color w:val="000000" w:themeColor="text1"/>
      </w:rPr>
      <w:tblPr/>
      <w:tcPr>
        <w:shd w:val="clear" w:color="auto" w:fill="FCF0EA" w:themeFill="accent2"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FAE2D5" w:themeFill="accent2" w:themeFillTint="33"/>
      </w:tcPr>
    </w:tblStylePr>
    <w:tblStylePr w:type="band1Vert">
      <w:tblPr/>
      <w:tcPr>
        <w:shd w:val="clear" w:color="auto" w:fill="F4B798" w:themeFill="accent2" w:themeFillTint="7F"/>
      </w:tcPr>
    </w:tblStylePr>
    <w:tblStylePr w:type="band1Horz">
      <w:tblPr/>
      <w:tcPr>
        <w:tcBorders>
          <w:insideH w:val="single" w:sz="6" w:space="0" w:color="E97132" w:themeColor="accent2"/>
          <w:insideV w:val="single" w:sz="6" w:space="0" w:color="E97132" w:themeColor="accent2"/>
        </w:tcBorders>
        <w:shd w:val="clear" w:color="auto" w:fill="F4B798" w:themeFill="accent2" w:themeFillTint="7F"/>
      </w:tcPr>
    </w:tblStylePr>
    <w:tblStylePr w:type="nwCell">
      <w:tblPr/>
      <w:tcPr>
        <w:shd w:val="clear" w:color="auto" w:fill="FFFFFF" w:themeFill="background1"/>
      </w:tcPr>
    </w:tblStylePr>
  </w:style>
  <w:style w:type="table" w:styleId="MediumGrid2-Accent3">
    <w:name w:val="Medium Grid 2 Accent 3"/>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196B24" w:themeColor="accent3"/>
        <w:left w:val="single" w:sz="8" w:space="0" w:color="196B24" w:themeColor="accent3"/>
        <w:bottom w:val="single" w:sz="8" w:space="0" w:color="196B24" w:themeColor="accent3"/>
        <w:right w:val="single" w:sz="8" w:space="0" w:color="196B24" w:themeColor="accent3"/>
        <w:insideH w:val="single" w:sz="8" w:space="0" w:color="196B24" w:themeColor="accent3"/>
        <w:insideV w:val="single" w:sz="8" w:space="0" w:color="196B24" w:themeColor="accent3"/>
      </w:tblBorders>
    </w:tblPr>
    <w:tcPr>
      <w:shd w:val="clear" w:color="auto" w:fill="B3EDBA" w:themeFill="accent3" w:themeFillTint="3F"/>
    </w:tcPr>
    <w:tblStylePr w:type="firstRow">
      <w:rPr>
        <w:b/>
        <w:bCs/>
        <w:color w:val="000000" w:themeColor="text1"/>
      </w:rPr>
      <w:tblPr/>
      <w:tcPr>
        <w:shd w:val="clear" w:color="auto" w:fill="E0F8E3" w:themeFill="accent3"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C1F0C7" w:themeFill="accent3" w:themeFillTint="33"/>
      </w:tcPr>
    </w:tblStylePr>
    <w:tblStylePr w:type="band1Vert">
      <w:tblPr/>
      <w:tcPr>
        <w:shd w:val="clear" w:color="auto" w:fill="66DB75" w:themeFill="accent3" w:themeFillTint="7F"/>
      </w:tcPr>
    </w:tblStylePr>
    <w:tblStylePr w:type="band1Horz">
      <w:tblPr/>
      <w:tcPr>
        <w:tcBorders>
          <w:insideH w:val="single" w:sz="6" w:space="0" w:color="196B24" w:themeColor="accent3"/>
          <w:insideV w:val="single" w:sz="6" w:space="0" w:color="196B24" w:themeColor="accent3"/>
        </w:tcBorders>
        <w:shd w:val="clear" w:color="auto" w:fill="66DB75" w:themeFill="accent3" w:themeFillTint="7F"/>
      </w:tcPr>
    </w:tblStylePr>
    <w:tblStylePr w:type="nwCell">
      <w:tblPr/>
      <w:tcPr>
        <w:shd w:val="clear" w:color="auto" w:fill="FFFFFF" w:themeFill="background1"/>
      </w:tcPr>
    </w:tblStylePr>
  </w:style>
  <w:style w:type="table" w:styleId="MediumGrid2-Accent4">
    <w:name w:val="Medium Grid 2 Accent 4"/>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0F9ED5" w:themeColor="accent4"/>
        <w:left w:val="single" w:sz="8" w:space="0" w:color="0F9ED5" w:themeColor="accent4"/>
        <w:bottom w:val="single" w:sz="8" w:space="0" w:color="0F9ED5" w:themeColor="accent4"/>
        <w:right w:val="single" w:sz="8" w:space="0" w:color="0F9ED5" w:themeColor="accent4"/>
        <w:insideH w:val="single" w:sz="8" w:space="0" w:color="0F9ED5" w:themeColor="accent4"/>
        <w:insideV w:val="single" w:sz="8" w:space="0" w:color="0F9ED5" w:themeColor="accent4"/>
      </w:tblBorders>
    </w:tblPr>
    <w:tcPr>
      <w:shd w:val="clear" w:color="auto" w:fill="BDE9FA" w:themeFill="accent4" w:themeFillTint="3F"/>
    </w:tcPr>
    <w:tblStylePr w:type="firstRow">
      <w:rPr>
        <w:b/>
        <w:bCs/>
        <w:color w:val="000000" w:themeColor="text1"/>
      </w:rPr>
      <w:tblPr/>
      <w:tcPr>
        <w:shd w:val="clear" w:color="auto" w:fill="E5F6FD" w:themeFill="accent4"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CAEDFB" w:themeFill="accent4" w:themeFillTint="33"/>
      </w:tcPr>
    </w:tblStylePr>
    <w:tblStylePr w:type="band1Vert">
      <w:tblPr/>
      <w:tcPr>
        <w:shd w:val="clear" w:color="auto" w:fill="7BD3F5" w:themeFill="accent4" w:themeFillTint="7F"/>
      </w:tcPr>
    </w:tblStylePr>
    <w:tblStylePr w:type="band1Horz">
      <w:tblPr/>
      <w:tcPr>
        <w:tcBorders>
          <w:insideH w:val="single" w:sz="6" w:space="0" w:color="0F9ED5" w:themeColor="accent4"/>
          <w:insideV w:val="single" w:sz="6" w:space="0" w:color="0F9ED5" w:themeColor="accent4"/>
        </w:tcBorders>
        <w:shd w:val="clear" w:color="auto" w:fill="7BD3F5" w:themeFill="accent4" w:themeFillTint="7F"/>
      </w:tcPr>
    </w:tblStylePr>
    <w:tblStylePr w:type="nwCell">
      <w:tblPr/>
      <w:tcPr>
        <w:shd w:val="clear" w:color="auto" w:fill="FFFFFF" w:themeFill="background1"/>
      </w:tcPr>
    </w:tblStylePr>
  </w:style>
  <w:style w:type="table" w:styleId="MediumGrid2-Accent5">
    <w:name w:val="Medium Grid 2 Accent 5"/>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A02B93" w:themeColor="accent5"/>
        <w:left w:val="single" w:sz="8" w:space="0" w:color="A02B93" w:themeColor="accent5"/>
        <w:bottom w:val="single" w:sz="8" w:space="0" w:color="A02B93" w:themeColor="accent5"/>
        <w:right w:val="single" w:sz="8" w:space="0" w:color="A02B93" w:themeColor="accent5"/>
        <w:insideH w:val="single" w:sz="8" w:space="0" w:color="A02B93" w:themeColor="accent5"/>
        <w:insideV w:val="single" w:sz="8" w:space="0" w:color="A02B93" w:themeColor="accent5"/>
      </w:tblBorders>
    </w:tblPr>
    <w:tcPr>
      <w:shd w:val="clear" w:color="auto" w:fill="EFC3E9" w:themeFill="accent5" w:themeFillTint="3F"/>
    </w:tcPr>
    <w:tblStylePr w:type="firstRow">
      <w:rPr>
        <w:b/>
        <w:bCs/>
        <w:color w:val="000000" w:themeColor="text1"/>
      </w:rPr>
      <w:tblPr/>
      <w:tcPr>
        <w:shd w:val="clear" w:color="auto" w:fill="F8E7F6" w:themeFill="accent5"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F2CEED" w:themeFill="accent5" w:themeFillTint="33"/>
      </w:tcPr>
    </w:tblStylePr>
    <w:tblStylePr w:type="band1Vert">
      <w:tblPr/>
      <w:tcPr>
        <w:shd w:val="clear" w:color="auto" w:fill="DE86D4" w:themeFill="accent5" w:themeFillTint="7F"/>
      </w:tcPr>
    </w:tblStylePr>
    <w:tblStylePr w:type="band1Horz">
      <w:tblPr/>
      <w:tcPr>
        <w:tcBorders>
          <w:insideH w:val="single" w:sz="6" w:space="0" w:color="A02B93" w:themeColor="accent5"/>
          <w:insideV w:val="single" w:sz="6" w:space="0" w:color="A02B93" w:themeColor="accent5"/>
        </w:tcBorders>
        <w:shd w:val="clear" w:color="auto" w:fill="DE86D4" w:themeFill="accent5" w:themeFillTint="7F"/>
      </w:tcPr>
    </w:tblStylePr>
    <w:tblStylePr w:type="nwCell">
      <w:tblPr/>
      <w:tcPr>
        <w:shd w:val="clear" w:color="auto" w:fill="FFFFFF" w:themeFill="background1"/>
      </w:tcPr>
    </w:tblStylePr>
  </w:style>
  <w:style w:type="table" w:styleId="MediumGrid2-Accent6">
    <w:name w:val="Medium Grid 2 Accent 6"/>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4EA72E" w:themeColor="accent6"/>
        <w:left w:val="single" w:sz="8" w:space="0" w:color="4EA72E" w:themeColor="accent6"/>
        <w:bottom w:val="single" w:sz="8" w:space="0" w:color="4EA72E" w:themeColor="accent6"/>
        <w:right w:val="single" w:sz="8" w:space="0" w:color="4EA72E" w:themeColor="accent6"/>
        <w:insideH w:val="single" w:sz="8" w:space="0" w:color="4EA72E" w:themeColor="accent6"/>
        <w:insideV w:val="single" w:sz="8" w:space="0" w:color="4EA72E" w:themeColor="accent6"/>
      </w:tblBorders>
    </w:tblPr>
    <w:tcPr>
      <w:shd w:val="clear" w:color="auto" w:fill="D0EFC5" w:themeFill="accent6" w:themeFillTint="3F"/>
    </w:tcPr>
    <w:tblStylePr w:type="firstRow">
      <w:rPr>
        <w:b/>
        <w:bCs/>
        <w:color w:val="000000" w:themeColor="text1"/>
      </w:rPr>
      <w:tblPr/>
      <w:tcPr>
        <w:shd w:val="clear" w:color="auto" w:fill="ECF8E8" w:themeFill="accent6"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D9F2D0" w:themeFill="accent6" w:themeFillTint="33"/>
      </w:tcPr>
    </w:tblStylePr>
    <w:tblStylePr w:type="band1Vert">
      <w:tblPr/>
      <w:tcPr>
        <w:shd w:val="clear" w:color="auto" w:fill="A0DF8A" w:themeFill="accent6" w:themeFillTint="7F"/>
      </w:tcPr>
    </w:tblStylePr>
    <w:tblStylePr w:type="band1Horz">
      <w:tblPr/>
      <w:tcPr>
        <w:tcBorders>
          <w:insideH w:val="single" w:sz="6" w:space="0" w:color="4EA72E" w:themeColor="accent6"/>
          <w:insideV w:val="single" w:sz="6" w:space="0" w:color="4EA72E" w:themeColor="accent6"/>
        </w:tcBorders>
        <w:shd w:val="clear" w:color="auto" w:fill="A0DF8A" w:themeFill="accent6" w:themeFillTint="7F"/>
      </w:tcPr>
    </w:tblStylePr>
    <w:tblStylePr w:type="nwCell">
      <w:tblPr/>
      <w:tcPr>
        <w:shd w:val="clear" w:color="auto" w:fill="FFFFFF" w:themeFill="background1"/>
      </w:tcPr>
    </w:tblStylePr>
  </w:style>
  <w:style w:type="table" w:styleId="MediumGrid3">
    <w:name w:val="Medium Grid 3"/>
    <w:basedOn w:val="TableNormal"/>
    <w:uiPriority w:val="69"/>
    <w:rsid w:val="00CB0664"/>
    <w:pPr>
      <w:spacing w:after="0" w:line="240" w:lineRule="auto"/>
    </w:pPr>
    <w:tblPr>
      <w:tblStyleRowBandSize w:val="1"/>
      <w:tblStyleColBandSize w:val="1"/>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Pr>
    <w:tcPr>
      <w:shd w:val="clear" w:color="auto" w:fill="C0C0C0" w:themeFill="text1"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000000" w:themeFill="text1"/>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000000" w:themeFill="text1"/>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000000" w:themeFill="text1"/>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000000" w:themeFill="text1"/>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808080" w:themeFill="text1"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808080" w:themeFill="text1" w:themeFillTint="7F"/>
      </w:tcPr>
    </w:tblStylePr>
  </w:style>
  <w:style w:type="table" w:styleId="MediumGrid3-Accent1">
    <w:name w:val="Medium Grid 3 Accent 1"/>
    <w:basedOn w:val="TableNormal"/>
    <w:uiPriority w:val="69"/>
    <w:rsid w:val="00CB0664"/>
    <w:pPr>
      <w:spacing w:after="0" w:line="240" w:lineRule="auto"/>
    </w:pPr>
    <w:tblPr>
      <w:tblStyleRowBandSize w:val="1"/>
      <w:tblStyleColBandSize w:val="1"/>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Pr>
    <w:tcPr>
      <w:shd w:val="clear" w:color="auto" w:fill="B2DEF2" w:themeFill="accent1"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156082" w:themeFill="accent1"/>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156082" w:themeFill="accent1"/>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156082" w:themeFill="accent1"/>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156082" w:themeFill="accent1"/>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64BDE6" w:themeFill="accent1"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64BDE6" w:themeFill="accent1" w:themeFillTint="7F"/>
      </w:tcPr>
    </w:tblStylePr>
  </w:style>
  <w:style w:type="table" w:styleId="MediumGrid3-Accent2">
    <w:name w:val="Medium Grid 3 Accent 2"/>
    <w:basedOn w:val="TableNormal"/>
    <w:uiPriority w:val="69"/>
    <w:rsid w:val="00CB0664"/>
    <w:pPr>
      <w:spacing w:after="0" w:line="240" w:lineRule="auto"/>
    </w:pPr>
    <w:tblPr>
      <w:tblStyleRowBandSize w:val="1"/>
      <w:tblStyleColBandSize w:val="1"/>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Pr>
    <w:tcPr>
      <w:shd w:val="clear" w:color="auto" w:fill="F9DBCC" w:themeFill="accent2"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E97132" w:themeFill="accent2"/>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E97132" w:themeFill="accent2"/>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E97132" w:themeFill="accent2"/>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E97132" w:themeFill="accent2"/>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F4B798" w:themeFill="accent2"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F4B798" w:themeFill="accent2" w:themeFillTint="7F"/>
      </w:tcPr>
    </w:tblStylePr>
  </w:style>
  <w:style w:type="table" w:styleId="MediumGrid3-Accent3">
    <w:name w:val="Medium Grid 3 Accent 3"/>
    <w:basedOn w:val="TableNormal"/>
    <w:uiPriority w:val="69"/>
    <w:rsid w:val="00CB0664"/>
    <w:pPr>
      <w:spacing w:after="0" w:line="240" w:lineRule="auto"/>
    </w:pPr>
    <w:tblPr>
      <w:tblStyleRowBandSize w:val="1"/>
      <w:tblStyleColBandSize w:val="1"/>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Pr>
    <w:tcPr>
      <w:shd w:val="clear" w:color="auto" w:fill="B3EDBA" w:themeFill="accent3"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196B24" w:themeFill="accent3"/>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196B24" w:themeFill="accent3"/>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196B24" w:themeFill="accent3"/>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196B24" w:themeFill="accent3"/>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66DB75" w:themeFill="accent3"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66DB75" w:themeFill="accent3" w:themeFillTint="7F"/>
      </w:tcPr>
    </w:tblStylePr>
  </w:style>
  <w:style w:type="table" w:styleId="MediumGrid3-Accent4">
    <w:name w:val="Medium Grid 3 Accent 4"/>
    <w:basedOn w:val="TableNormal"/>
    <w:uiPriority w:val="69"/>
    <w:rsid w:val="00CB0664"/>
    <w:pPr>
      <w:spacing w:after="0" w:line="240" w:lineRule="auto"/>
    </w:pPr>
    <w:tblPr>
      <w:tblStyleRowBandSize w:val="1"/>
      <w:tblStyleColBandSize w:val="1"/>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Pr>
    <w:tcPr>
      <w:shd w:val="clear" w:color="auto" w:fill="BDE9FA" w:themeFill="accent4"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0F9ED5" w:themeFill="accent4"/>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0F9ED5" w:themeFill="accent4"/>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0F9ED5" w:themeFill="accent4"/>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0F9ED5" w:themeFill="accent4"/>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7BD3F5" w:themeFill="accent4"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7BD3F5" w:themeFill="accent4" w:themeFillTint="7F"/>
      </w:tcPr>
    </w:tblStylePr>
  </w:style>
  <w:style w:type="table" w:styleId="MediumGrid3-Accent5">
    <w:name w:val="Medium Grid 3 Accent 5"/>
    <w:basedOn w:val="TableNormal"/>
    <w:uiPriority w:val="69"/>
    <w:rsid w:val="00CB0664"/>
    <w:pPr>
      <w:spacing w:after="0" w:line="240" w:lineRule="auto"/>
    </w:pPr>
    <w:tblPr>
      <w:tblStyleRowBandSize w:val="1"/>
      <w:tblStyleColBandSize w:val="1"/>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Pr>
    <w:tcPr>
      <w:shd w:val="clear" w:color="auto" w:fill="EFC3E9" w:themeFill="accent5"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A02B93" w:themeFill="accent5"/>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A02B93" w:themeFill="accent5"/>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A02B93" w:themeFill="accent5"/>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A02B93" w:themeFill="accent5"/>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DE86D4" w:themeFill="accent5"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DE86D4" w:themeFill="accent5" w:themeFillTint="7F"/>
      </w:tcPr>
    </w:tblStylePr>
  </w:style>
  <w:style w:type="table" w:styleId="MediumGrid3-Accent6">
    <w:name w:val="Medium Grid 3 Accent 6"/>
    <w:basedOn w:val="TableNormal"/>
    <w:uiPriority w:val="69"/>
    <w:rsid w:val="00CB0664"/>
    <w:pPr>
      <w:spacing w:after="0" w:line="240" w:lineRule="auto"/>
    </w:pPr>
    <w:tblPr>
      <w:tblStyleRowBandSize w:val="1"/>
      <w:tblStyleColBandSize w:val="1"/>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Pr>
    <w:tcPr>
      <w:shd w:val="clear" w:color="auto" w:fill="D0EFC5" w:themeFill="accent6"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4EA72E" w:themeFill="accent6"/>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4EA72E" w:themeFill="accent6"/>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4EA72E" w:themeFill="accent6"/>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4EA72E" w:themeFill="accent6"/>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A0DF8A" w:themeFill="accent6"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A0DF8A" w:themeFill="accent6" w:themeFillTint="7F"/>
      </w:tcPr>
    </w:tblStylePr>
  </w:style>
  <w:style w:type="table" w:styleId="DarkList">
    <w:name w:val="Dark List"/>
    <w:basedOn w:val="TableNormal"/>
    <w:uiPriority w:val="70"/>
    <w:rsid w:val="00CB0664"/>
    <w:pPr>
      <w:spacing w:after="0" w:line="240" w:lineRule="auto"/>
    </w:pPr>
    <w:rPr>
      <w:color w:val="FFFFFF" w:themeColor="background1"/>
    </w:rPr>
    <w:tblPr>
      <w:tblStyleRowBandSize w:val="1"/>
      <w:tblStyleColBandSize w:val="1"/>
    </w:tblPr>
    <w:tcPr>
      <w:shd w:val="clear" w:color="auto" w:fill="000000" w:themeFill="text1"/>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000000" w:themeFill="text1" w:themeFillShade="7F"/>
      </w:tcPr>
    </w:tblStylePr>
    <w:tblStylePr w:type="firstCol">
      <w:tblPr/>
      <w:tcPr>
        <w:tcBorders>
          <w:top w:val="nil"/>
          <w:left w:val="nil"/>
          <w:bottom w:val="nil"/>
          <w:right w:val="single" w:sz="18" w:space="0" w:color="FFFFFF" w:themeColor="background1"/>
          <w:insideH w:val="nil"/>
          <w:insideV w:val="nil"/>
        </w:tcBorders>
        <w:shd w:val="clear" w:color="auto" w:fill="000000" w:themeFill="text1" w:themeFillShade="BF"/>
      </w:tcPr>
    </w:tblStylePr>
    <w:tblStylePr w:type="lastCol">
      <w:tblPr/>
      <w:tcPr>
        <w:tcBorders>
          <w:top w:val="nil"/>
          <w:left w:val="single" w:sz="18" w:space="0" w:color="FFFFFF" w:themeColor="background1"/>
          <w:bottom w:val="nil"/>
          <w:right w:val="nil"/>
          <w:insideH w:val="nil"/>
          <w:insideV w:val="nil"/>
        </w:tcBorders>
        <w:shd w:val="clear" w:color="auto" w:fill="000000" w:themeFill="text1" w:themeFillShade="BF"/>
      </w:tcPr>
    </w:tblStylePr>
    <w:tblStylePr w:type="band1Vert">
      <w:tblPr/>
      <w:tcPr>
        <w:tcBorders>
          <w:top w:val="nil"/>
          <w:left w:val="nil"/>
          <w:bottom w:val="nil"/>
          <w:right w:val="nil"/>
          <w:insideH w:val="nil"/>
          <w:insideV w:val="nil"/>
        </w:tcBorders>
        <w:shd w:val="clear" w:color="auto" w:fill="000000" w:themeFill="text1" w:themeFillShade="BF"/>
      </w:tcPr>
    </w:tblStylePr>
    <w:tblStylePr w:type="band1Horz">
      <w:tblPr/>
      <w:tcPr>
        <w:tcBorders>
          <w:top w:val="nil"/>
          <w:left w:val="nil"/>
          <w:bottom w:val="nil"/>
          <w:right w:val="nil"/>
          <w:insideH w:val="nil"/>
          <w:insideV w:val="nil"/>
        </w:tcBorders>
        <w:shd w:val="clear" w:color="auto" w:fill="000000" w:themeFill="text1" w:themeFillShade="BF"/>
      </w:tcPr>
    </w:tblStylePr>
  </w:style>
  <w:style w:type="table" w:styleId="DarkList-Accent1">
    <w:name w:val="Dark List Accent 1"/>
    <w:basedOn w:val="TableNormal"/>
    <w:uiPriority w:val="70"/>
    <w:rsid w:val="00CB0664"/>
    <w:pPr>
      <w:spacing w:after="0" w:line="240" w:lineRule="auto"/>
    </w:pPr>
    <w:rPr>
      <w:color w:val="FFFFFF" w:themeColor="background1"/>
    </w:rPr>
    <w:tblPr>
      <w:tblStyleRowBandSize w:val="1"/>
      <w:tblStyleColBandSize w:val="1"/>
    </w:tblPr>
    <w:tcPr>
      <w:shd w:val="clear" w:color="auto" w:fill="156082" w:themeFill="accent1"/>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0A2F40" w:themeFill="accent1" w:themeFillShade="7F"/>
      </w:tcPr>
    </w:tblStylePr>
    <w:tblStylePr w:type="firstCol">
      <w:tblPr/>
      <w:tcPr>
        <w:tcBorders>
          <w:top w:val="nil"/>
          <w:left w:val="nil"/>
          <w:bottom w:val="nil"/>
          <w:right w:val="single" w:sz="18" w:space="0" w:color="FFFFFF" w:themeColor="background1"/>
          <w:insideH w:val="nil"/>
          <w:insideV w:val="nil"/>
        </w:tcBorders>
        <w:shd w:val="clear" w:color="auto" w:fill="0F4761" w:themeFill="accent1" w:themeFillShade="BF"/>
      </w:tcPr>
    </w:tblStylePr>
    <w:tblStylePr w:type="lastCol">
      <w:tblPr/>
      <w:tcPr>
        <w:tcBorders>
          <w:top w:val="nil"/>
          <w:left w:val="single" w:sz="18" w:space="0" w:color="FFFFFF" w:themeColor="background1"/>
          <w:bottom w:val="nil"/>
          <w:right w:val="nil"/>
          <w:insideH w:val="nil"/>
          <w:insideV w:val="nil"/>
        </w:tcBorders>
        <w:shd w:val="clear" w:color="auto" w:fill="0F4761" w:themeFill="accent1" w:themeFillShade="BF"/>
      </w:tcPr>
    </w:tblStylePr>
    <w:tblStylePr w:type="band1Vert">
      <w:tblPr/>
      <w:tcPr>
        <w:tcBorders>
          <w:top w:val="nil"/>
          <w:left w:val="nil"/>
          <w:bottom w:val="nil"/>
          <w:right w:val="nil"/>
          <w:insideH w:val="nil"/>
          <w:insideV w:val="nil"/>
        </w:tcBorders>
        <w:shd w:val="clear" w:color="auto" w:fill="0F4761" w:themeFill="accent1" w:themeFillShade="BF"/>
      </w:tcPr>
    </w:tblStylePr>
    <w:tblStylePr w:type="band1Horz">
      <w:tblPr/>
      <w:tcPr>
        <w:tcBorders>
          <w:top w:val="nil"/>
          <w:left w:val="nil"/>
          <w:bottom w:val="nil"/>
          <w:right w:val="nil"/>
          <w:insideH w:val="nil"/>
          <w:insideV w:val="nil"/>
        </w:tcBorders>
        <w:shd w:val="clear" w:color="auto" w:fill="0F4761" w:themeFill="accent1" w:themeFillShade="BF"/>
      </w:tcPr>
    </w:tblStylePr>
  </w:style>
  <w:style w:type="table" w:styleId="DarkList-Accent2">
    <w:name w:val="Dark List Accent 2"/>
    <w:basedOn w:val="TableNormal"/>
    <w:uiPriority w:val="70"/>
    <w:rsid w:val="00CB0664"/>
    <w:pPr>
      <w:spacing w:after="0" w:line="240" w:lineRule="auto"/>
    </w:pPr>
    <w:rPr>
      <w:color w:val="FFFFFF" w:themeColor="background1"/>
    </w:rPr>
    <w:tblPr>
      <w:tblStyleRowBandSize w:val="1"/>
      <w:tblStyleColBandSize w:val="1"/>
    </w:tblPr>
    <w:tcPr>
      <w:shd w:val="clear" w:color="auto" w:fill="E97132" w:themeFill="accent2"/>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7F340D" w:themeFill="accent2" w:themeFillShade="7F"/>
      </w:tcPr>
    </w:tblStylePr>
    <w:tblStylePr w:type="firstCol">
      <w:tblPr/>
      <w:tcPr>
        <w:tcBorders>
          <w:top w:val="nil"/>
          <w:left w:val="nil"/>
          <w:bottom w:val="nil"/>
          <w:right w:val="single" w:sz="18" w:space="0" w:color="FFFFFF" w:themeColor="background1"/>
          <w:insideH w:val="nil"/>
          <w:insideV w:val="nil"/>
        </w:tcBorders>
        <w:shd w:val="clear" w:color="auto" w:fill="BF4E14" w:themeFill="accent2" w:themeFillShade="BF"/>
      </w:tcPr>
    </w:tblStylePr>
    <w:tblStylePr w:type="lastCol">
      <w:tblPr/>
      <w:tcPr>
        <w:tcBorders>
          <w:top w:val="nil"/>
          <w:left w:val="single" w:sz="18" w:space="0" w:color="FFFFFF" w:themeColor="background1"/>
          <w:bottom w:val="nil"/>
          <w:right w:val="nil"/>
          <w:insideH w:val="nil"/>
          <w:insideV w:val="nil"/>
        </w:tcBorders>
        <w:shd w:val="clear" w:color="auto" w:fill="BF4E14" w:themeFill="accent2" w:themeFillShade="BF"/>
      </w:tcPr>
    </w:tblStylePr>
    <w:tblStylePr w:type="band1Vert">
      <w:tblPr/>
      <w:tcPr>
        <w:tcBorders>
          <w:top w:val="nil"/>
          <w:left w:val="nil"/>
          <w:bottom w:val="nil"/>
          <w:right w:val="nil"/>
          <w:insideH w:val="nil"/>
          <w:insideV w:val="nil"/>
        </w:tcBorders>
        <w:shd w:val="clear" w:color="auto" w:fill="BF4E14" w:themeFill="accent2" w:themeFillShade="BF"/>
      </w:tcPr>
    </w:tblStylePr>
    <w:tblStylePr w:type="band1Horz">
      <w:tblPr/>
      <w:tcPr>
        <w:tcBorders>
          <w:top w:val="nil"/>
          <w:left w:val="nil"/>
          <w:bottom w:val="nil"/>
          <w:right w:val="nil"/>
          <w:insideH w:val="nil"/>
          <w:insideV w:val="nil"/>
        </w:tcBorders>
        <w:shd w:val="clear" w:color="auto" w:fill="BF4E14" w:themeFill="accent2" w:themeFillShade="BF"/>
      </w:tcPr>
    </w:tblStylePr>
  </w:style>
  <w:style w:type="table" w:styleId="DarkList-Accent3">
    <w:name w:val="Dark List Accent 3"/>
    <w:basedOn w:val="TableNormal"/>
    <w:uiPriority w:val="70"/>
    <w:rsid w:val="00CB0664"/>
    <w:pPr>
      <w:spacing w:after="0" w:line="240" w:lineRule="auto"/>
    </w:pPr>
    <w:rPr>
      <w:color w:val="FFFFFF" w:themeColor="background1"/>
    </w:rPr>
    <w:tblPr>
      <w:tblStyleRowBandSize w:val="1"/>
      <w:tblStyleColBandSize w:val="1"/>
    </w:tblPr>
    <w:tcPr>
      <w:shd w:val="clear" w:color="auto" w:fill="196B24" w:themeFill="accent3"/>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0C3511" w:themeFill="accent3" w:themeFillShade="7F"/>
      </w:tcPr>
    </w:tblStylePr>
    <w:tblStylePr w:type="firstCol">
      <w:tblPr/>
      <w:tcPr>
        <w:tcBorders>
          <w:top w:val="nil"/>
          <w:left w:val="nil"/>
          <w:bottom w:val="nil"/>
          <w:right w:val="single" w:sz="18" w:space="0" w:color="FFFFFF" w:themeColor="background1"/>
          <w:insideH w:val="nil"/>
          <w:insideV w:val="nil"/>
        </w:tcBorders>
        <w:shd w:val="clear" w:color="auto" w:fill="124F1A" w:themeFill="accent3" w:themeFillShade="BF"/>
      </w:tcPr>
    </w:tblStylePr>
    <w:tblStylePr w:type="lastCol">
      <w:tblPr/>
      <w:tcPr>
        <w:tcBorders>
          <w:top w:val="nil"/>
          <w:left w:val="single" w:sz="18" w:space="0" w:color="FFFFFF" w:themeColor="background1"/>
          <w:bottom w:val="nil"/>
          <w:right w:val="nil"/>
          <w:insideH w:val="nil"/>
          <w:insideV w:val="nil"/>
        </w:tcBorders>
        <w:shd w:val="clear" w:color="auto" w:fill="124F1A" w:themeFill="accent3" w:themeFillShade="BF"/>
      </w:tcPr>
    </w:tblStylePr>
    <w:tblStylePr w:type="band1Vert">
      <w:tblPr/>
      <w:tcPr>
        <w:tcBorders>
          <w:top w:val="nil"/>
          <w:left w:val="nil"/>
          <w:bottom w:val="nil"/>
          <w:right w:val="nil"/>
          <w:insideH w:val="nil"/>
          <w:insideV w:val="nil"/>
        </w:tcBorders>
        <w:shd w:val="clear" w:color="auto" w:fill="124F1A" w:themeFill="accent3" w:themeFillShade="BF"/>
      </w:tcPr>
    </w:tblStylePr>
    <w:tblStylePr w:type="band1Horz">
      <w:tblPr/>
      <w:tcPr>
        <w:tcBorders>
          <w:top w:val="nil"/>
          <w:left w:val="nil"/>
          <w:bottom w:val="nil"/>
          <w:right w:val="nil"/>
          <w:insideH w:val="nil"/>
          <w:insideV w:val="nil"/>
        </w:tcBorders>
        <w:shd w:val="clear" w:color="auto" w:fill="124F1A" w:themeFill="accent3" w:themeFillShade="BF"/>
      </w:tcPr>
    </w:tblStylePr>
  </w:style>
  <w:style w:type="table" w:styleId="DarkList-Accent4">
    <w:name w:val="Dark List Accent 4"/>
    <w:basedOn w:val="TableNormal"/>
    <w:uiPriority w:val="70"/>
    <w:rsid w:val="00CB0664"/>
    <w:pPr>
      <w:spacing w:after="0" w:line="240" w:lineRule="auto"/>
    </w:pPr>
    <w:rPr>
      <w:color w:val="FFFFFF" w:themeColor="background1"/>
    </w:rPr>
    <w:tblPr>
      <w:tblStyleRowBandSize w:val="1"/>
      <w:tblStyleColBandSize w:val="1"/>
    </w:tblPr>
    <w:tcPr>
      <w:shd w:val="clear" w:color="auto" w:fill="0F9ED5" w:themeFill="accent4"/>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074E69" w:themeFill="accent4" w:themeFillShade="7F"/>
      </w:tcPr>
    </w:tblStylePr>
    <w:tblStylePr w:type="firstCol">
      <w:tblPr/>
      <w:tcPr>
        <w:tcBorders>
          <w:top w:val="nil"/>
          <w:left w:val="nil"/>
          <w:bottom w:val="nil"/>
          <w:right w:val="single" w:sz="18" w:space="0" w:color="FFFFFF" w:themeColor="background1"/>
          <w:insideH w:val="nil"/>
          <w:insideV w:val="nil"/>
        </w:tcBorders>
        <w:shd w:val="clear" w:color="auto" w:fill="0B769F" w:themeFill="accent4" w:themeFillShade="BF"/>
      </w:tcPr>
    </w:tblStylePr>
    <w:tblStylePr w:type="lastCol">
      <w:tblPr/>
      <w:tcPr>
        <w:tcBorders>
          <w:top w:val="nil"/>
          <w:left w:val="single" w:sz="18" w:space="0" w:color="FFFFFF" w:themeColor="background1"/>
          <w:bottom w:val="nil"/>
          <w:right w:val="nil"/>
          <w:insideH w:val="nil"/>
          <w:insideV w:val="nil"/>
        </w:tcBorders>
        <w:shd w:val="clear" w:color="auto" w:fill="0B769F" w:themeFill="accent4" w:themeFillShade="BF"/>
      </w:tcPr>
    </w:tblStylePr>
    <w:tblStylePr w:type="band1Vert">
      <w:tblPr/>
      <w:tcPr>
        <w:tcBorders>
          <w:top w:val="nil"/>
          <w:left w:val="nil"/>
          <w:bottom w:val="nil"/>
          <w:right w:val="nil"/>
          <w:insideH w:val="nil"/>
          <w:insideV w:val="nil"/>
        </w:tcBorders>
        <w:shd w:val="clear" w:color="auto" w:fill="0B769F" w:themeFill="accent4" w:themeFillShade="BF"/>
      </w:tcPr>
    </w:tblStylePr>
    <w:tblStylePr w:type="band1Horz">
      <w:tblPr/>
      <w:tcPr>
        <w:tcBorders>
          <w:top w:val="nil"/>
          <w:left w:val="nil"/>
          <w:bottom w:val="nil"/>
          <w:right w:val="nil"/>
          <w:insideH w:val="nil"/>
          <w:insideV w:val="nil"/>
        </w:tcBorders>
        <w:shd w:val="clear" w:color="auto" w:fill="0B769F" w:themeFill="accent4" w:themeFillShade="BF"/>
      </w:tcPr>
    </w:tblStylePr>
  </w:style>
  <w:style w:type="table" w:styleId="DarkList-Accent5">
    <w:name w:val="Dark List Accent 5"/>
    <w:basedOn w:val="TableNormal"/>
    <w:uiPriority w:val="70"/>
    <w:rsid w:val="00CB0664"/>
    <w:pPr>
      <w:spacing w:after="0" w:line="240" w:lineRule="auto"/>
    </w:pPr>
    <w:rPr>
      <w:color w:val="FFFFFF" w:themeColor="background1"/>
    </w:rPr>
    <w:tblPr>
      <w:tblStyleRowBandSize w:val="1"/>
      <w:tblStyleColBandSize w:val="1"/>
    </w:tblPr>
    <w:tcPr>
      <w:shd w:val="clear" w:color="auto" w:fill="A02B93" w:themeFill="accent5"/>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4F1548" w:themeFill="accent5" w:themeFillShade="7F"/>
      </w:tcPr>
    </w:tblStylePr>
    <w:tblStylePr w:type="firstCol">
      <w:tblPr/>
      <w:tcPr>
        <w:tcBorders>
          <w:top w:val="nil"/>
          <w:left w:val="nil"/>
          <w:bottom w:val="nil"/>
          <w:right w:val="single" w:sz="18" w:space="0" w:color="FFFFFF" w:themeColor="background1"/>
          <w:insideH w:val="nil"/>
          <w:insideV w:val="nil"/>
        </w:tcBorders>
        <w:shd w:val="clear" w:color="auto" w:fill="77206D" w:themeFill="accent5" w:themeFillShade="BF"/>
      </w:tcPr>
    </w:tblStylePr>
    <w:tblStylePr w:type="lastCol">
      <w:tblPr/>
      <w:tcPr>
        <w:tcBorders>
          <w:top w:val="nil"/>
          <w:left w:val="single" w:sz="18" w:space="0" w:color="FFFFFF" w:themeColor="background1"/>
          <w:bottom w:val="nil"/>
          <w:right w:val="nil"/>
          <w:insideH w:val="nil"/>
          <w:insideV w:val="nil"/>
        </w:tcBorders>
        <w:shd w:val="clear" w:color="auto" w:fill="77206D" w:themeFill="accent5" w:themeFillShade="BF"/>
      </w:tcPr>
    </w:tblStylePr>
    <w:tblStylePr w:type="band1Vert">
      <w:tblPr/>
      <w:tcPr>
        <w:tcBorders>
          <w:top w:val="nil"/>
          <w:left w:val="nil"/>
          <w:bottom w:val="nil"/>
          <w:right w:val="nil"/>
          <w:insideH w:val="nil"/>
          <w:insideV w:val="nil"/>
        </w:tcBorders>
        <w:shd w:val="clear" w:color="auto" w:fill="77206D" w:themeFill="accent5" w:themeFillShade="BF"/>
      </w:tcPr>
    </w:tblStylePr>
    <w:tblStylePr w:type="band1Horz">
      <w:tblPr/>
      <w:tcPr>
        <w:tcBorders>
          <w:top w:val="nil"/>
          <w:left w:val="nil"/>
          <w:bottom w:val="nil"/>
          <w:right w:val="nil"/>
          <w:insideH w:val="nil"/>
          <w:insideV w:val="nil"/>
        </w:tcBorders>
        <w:shd w:val="clear" w:color="auto" w:fill="77206D" w:themeFill="accent5" w:themeFillShade="BF"/>
      </w:tcPr>
    </w:tblStylePr>
  </w:style>
  <w:style w:type="table" w:styleId="DarkList-Accent6">
    <w:name w:val="Dark List Accent 6"/>
    <w:basedOn w:val="TableNormal"/>
    <w:uiPriority w:val="70"/>
    <w:rsid w:val="00CB0664"/>
    <w:pPr>
      <w:spacing w:after="0" w:line="240" w:lineRule="auto"/>
    </w:pPr>
    <w:rPr>
      <w:color w:val="FFFFFF" w:themeColor="background1"/>
    </w:rPr>
    <w:tblPr>
      <w:tblStyleRowBandSize w:val="1"/>
      <w:tblStyleColBandSize w:val="1"/>
    </w:tblPr>
    <w:tcPr>
      <w:shd w:val="clear" w:color="auto" w:fill="4EA72E" w:themeFill="accent6"/>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265317" w:themeFill="accent6" w:themeFillShade="7F"/>
      </w:tcPr>
    </w:tblStylePr>
    <w:tblStylePr w:type="firstCol">
      <w:tblPr/>
      <w:tcPr>
        <w:tcBorders>
          <w:top w:val="nil"/>
          <w:left w:val="nil"/>
          <w:bottom w:val="nil"/>
          <w:right w:val="single" w:sz="18" w:space="0" w:color="FFFFFF" w:themeColor="background1"/>
          <w:insideH w:val="nil"/>
          <w:insideV w:val="nil"/>
        </w:tcBorders>
        <w:shd w:val="clear" w:color="auto" w:fill="3A7C22" w:themeFill="accent6" w:themeFillShade="BF"/>
      </w:tcPr>
    </w:tblStylePr>
    <w:tblStylePr w:type="lastCol">
      <w:tblPr/>
      <w:tcPr>
        <w:tcBorders>
          <w:top w:val="nil"/>
          <w:left w:val="single" w:sz="18" w:space="0" w:color="FFFFFF" w:themeColor="background1"/>
          <w:bottom w:val="nil"/>
          <w:right w:val="nil"/>
          <w:insideH w:val="nil"/>
          <w:insideV w:val="nil"/>
        </w:tcBorders>
        <w:shd w:val="clear" w:color="auto" w:fill="3A7C22" w:themeFill="accent6" w:themeFillShade="BF"/>
      </w:tcPr>
    </w:tblStylePr>
    <w:tblStylePr w:type="band1Vert">
      <w:tblPr/>
      <w:tcPr>
        <w:tcBorders>
          <w:top w:val="nil"/>
          <w:left w:val="nil"/>
          <w:bottom w:val="nil"/>
          <w:right w:val="nil"/>
          <w:insideH w:val="nil"/>
          <w:insideV w:val="nil"/>
        </w:tcBorders>
        <w:shd w:val="clear" w:color="auto" w:fill="3A7C22" w:themeFill="accent6" w:themeFillShade="BF"/>
      </w:tcPr>
    </w:tblStylePr>
    <w:tblStylePr w:type="band1Horz">
      <w:tblPr/>
      <w:tcPr>
        <w:tcBorders>
          <w:top w:val="nil"/>
          <w:left w:val="nil"/>
          <w:bottom w:val="nil"/>
          <w:right w:val="nil"/>
          <w:insideH w:val="nil"/>
          <w:insideV w:val="nil"/>
        </w:tcBorders>
        <w:shd w:val="clear" w:color="auto" w:fill="3A7C22" w:themeFill="accent6" w:themeFillShade="BF"/>
      </w:tcPr>
    </w:tblStylePr>
  </w:style>
  <w:style w:type="table" w:styleId="ColourfulShading">
    <w:name w:val="Colorful Shading"/>
    <w:basedOn w:val="TableNormal"/>
    <w:uiPriority w:val="71"/>
    <w:rsid w:val="00CB0664"/>
    <w:pPr>
      <w:spacing w:after="0" w:line="240" w:lineRule="auto"/>
    </w:pPr>
    <w:rPr>
      <w:color w:val="000000" w:themeColor="text1"/>
    </w:rPr>
    <w:tblPr>
      <w:tblStyleRowBandSize w:val="1"/>
      <w:tblStyleColBandSize w:val="1"/>
      <w:tblBorders>
        <w:top w:val="single" w:sz="24" w:space="0" w:color="E97132" w:themeColor="accent2"/>
        <w:left w:val="single" w:sz="4" w:space="0" w:color="000000" w:themeColor="text1"/>
        <w:bottom w:val="single" w:sz="4" w:space="0" w:color="000000" w:themeColor="text1"/>
        <w:right w:val="single" w:sz="4" w:space="0" w:color="000000" w:themeColor="text1"/>
        <w:insideH w:val="single" w:sz="4" w:space="0" w:color="FFFFFF" w:themeColor="background1"/>
        <w:insideV w:val="single" w:sz="4" w:space="0" w:color="FFFFFF" w:themeColor="background1"/>
      </w:tblBorders>
    </w:tblPr>
    <w:tcPr>
      <w:shd w:val="clear" w:color="auto" w:fill="E6E6E6" w:themeFill="text1" w:themeFillTint="19"/>
    </w:tcPr>
    <w:tblStylePr w:type="firstRow">
      <w:rPr>
        <w:b/>
        <w:bCs/>
      </w:rPr>
      <w:tblPr/>
      <w:tcPr>
        <w:tcBorders>
          <w:top w:val="nil"/>
          <w:left w:val="nil"/>
          <w:bottom w:val="single" w:sz="24" w:space="0" w:color="E97132"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000000" w:themeFill="text1" w:themeFillShade="99"/>
      </w:tcPr>
    </w:tblStylePr>
    <w:tblStylePr w:type="firstCol">
      <w:rPr>
        <w:color w:val="FFFFFF" w:themeColor="background1"/>
      </w:rPr>
      <w:tblPr/>
      <w:tcPr>
        <w:tcBorders>
          <w:top w:val="nil"/>
          <w:left w:val="nil"/>
          <w:bottom w:val="nil"/>
          <w:right w:val="nil"/>
          <w:insideH w:val="single" w:sz="4" w:space="0" w:color="000000" w:themeColor="text1" w:themeShade="99"/>
          <w:insideV w:val="nil"/>
        </w:tcBorders>
        <w:shd w:val="clear" w:color="auto" w:fill="000000" w:themeFill="text1" w:themeFillShade="99"/>
      </w:tcPr>
    </w:tblStylePr>
    <w:tblStylePr w:type="lastCol">
      <w:rPr>
        <w:color w:val="FFFFFF" w:themeColor="background1"/>
      </w:rPr>
      <w:tblPr/>
      <w:tcPr>
        <w:tcBorders>
          <w:top w:val="nil"/>
          <w:left w:val="nil"/>
          <w:bottom w:val="nil"/>
          <w:right w:val="nil"/>
          <w:insideH w:val="nil"/>
          <w:insideV w:val="nil"/>
        </w:tcBorders>
        <w:shd w:val="clear" w:color="auto" w:fill="000000" w:themeFill="text1" w:themeFillShade="BF"/>
      </w:tcPr>
    </w:tblStylePr>
    <w:tblStylePr w:type="band1Vert">
      <w:tblPr/>
      <w:tcPr>
        <w:shd w:val="clear" w:color="auto" w:fill="999999" w:themeFill="text1" w:themeFillTint="66"/>
      </w:tcPr>
    </w:tblStylePr>
    <w:tblStylePr w:type="band1Horz">
      <w:tblPr/>
      <w:tcPr>
        <w:shd w:val="clear" w:color="auto" w:fill="808080" w:themeFill="text1" w:themeFillTint="7F"/>
      </w:tcPr>
    </w:tblStylePr>
    <w:tblStylePr w:type="neCell">
      <w:rPr>
        <w:color w:val="000000" w:themeColor="text1"/>
      </w:rPr>
    </w:tblStylePr>
    <w:tblStylePr w:type="nwCell">
      <w:rPr>
        <w:color w:val="000000" w:themeColor="text1"/>
      </w:rPr>
    </w:tblStylePr>
  </w:style>
  <w:style w:type="table" w:styleId="ColourfulShadingAccent1">
    <w:name w:val="Colorful Shading Accent 1"/>
    <w:basedOn w:val="TableNormal"/>
    <w:uiPriority w:val="71"/>
    <w:rsid w:val="00CB0664"/>
    <w:pPr>
      <w:spacing w:after="0" w:line="240" w:lineRule="auto"/>
    </w:pPr>
    <w:rPr>
      <w:color w:val="000000" w:themeColor="text1"/>
    </w:rPr>
    <w:tblPr>
      <w:tblStyleRowBandSize w:val="1"/>
      <w:tblStyleColBandSize w:val="1"/>
      <w:tblBorders>
        <w:top w:val="single" w:sz="24" w:space="0" w:color="E97132" w:themeColor="accent2"/>
        <w:left w:val="single" w:sz="4" w:space="0" w:color="156082" w:themeColor="accent1"/>
        <w:bottom w:val="single" w:sz="4" w:space="0" w:color="156082" w:themeColor="accent1"/>
        <w:right w:val="single" w:sz="4" w:space="0" w:color="156082" w:themeColor="accent1"/>
        <w:insideH w:val="single" w:sz="4" w:space="0" w:color="FFFFFF" w:themeColor="background1"/>
        <w:insideV w:val="single" w:sz="4" w:space="0" w:color="FFFFFF" w:themeColor="background1"/>
      </w:tblBorders>
    </w:tblPr>
    <w:tcPr>
      <w:shd w:val="clear" w:color="auto" w:fill="E0F2FA" w:themeFill="accent1" w:themeFillTint="19"/>
    </w:tcPr>
    <w:tblStylePr w:type="firstRow">
      <w:rPr>
        <w:b/>
        <w:bCs/>
      </w:rPr>
      <w:tblPr/>
      <w:tcPr>
        <w:tcBorders>
          <w:top w:val="nil"/>
          <w:left w:val="nil"/>
          <w:bottom w:val="single" w:sz="24" w:space="0" w:color="E97132"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0C394D" w:themeFill="accent1" w:themeFillShade="99"/>
      </w:tcPr>
    </w:tblStylePr>
    <w:tblStylePr w:type="firstCol">
      <w:rPr>
        <w:color w:val="FFFFFF" w:themeColor="background1"/>
      </w:rPr>
      <w:tblPr/>
      <w:tcPr>
        <w:tcBorders>
          <w:top w:val="nil"/>
          <w:left w:val="nil"/>
          <w:bottom w:val="nil"/>
          <w:right w:val="nil"/>
          <w:insideH w:val="single" w:sz="4" w:space="0" w:color="0C394D" w:themeColor="accent1" w:themeShade="99"/>
          <w:insideV w:val="nil"/>
        </w:tcBorders>
        <w:shd w:val="clear" w:color="auto" w:fill="0C394D" w:themeFill="accent1" w:themeFillShade="99"/>
      </w:tcPr>
    </w:tblStylePr>
    <w:tblStylePr w:type="lastCol">
      <w:rPr>
        <w:color w:val="FFFFFF" w:themeColor="background1"/>
      </w:rPr>
      <w:tblPr/>
      <w:tcPr>
        <w:tcBorders>
          <w:top w:val="nil"/>
          <w:left w:val="nil"/>
          <w:bottom w:val="nil"/>
          <w:right w:val="nil"/>
          <w:insideH w:val="nil"/>
          <w:insideV w:val="nil"/>
        </w:tcBorders>
        <w:shd w:val="clear" w:color="auto" w:fill="0C394D" w:themeFill="accent1" w:themeFillShade="99"/>
      </w:tcPr>
    </w:tblStylePr>
    <w:tblStylePr w:type="band1Vert">
      <w:tblPr/>
      <w:tcPr>
        <w:shd w:val="clear" w:color="auto" w:fill="83CAEB" w:themeFill="accent1" w:themeFillTint="66"/>
      </w:tcPr>
    </w:tblStylePr>
    <w:tblStylePr w:type="band1Horz">
      <w:tblPr/>
      <w:tcPr>
        <w:shd w:val="clear" w:color="auto" w:fill="64BDE6" w:themeFill="accent1" w:themeFillTint="7F"/>
      </w:tcPr>
    </w:tblStylePr>
    <w:tblStylePr w:type="neCell">
      <w:rPr>
        <w:color w:val="000000" w:themeColor="text1"/>
      </w:rPr>
    </w:tblStylePr>
    <w:tblStylePr w:type="nwCell">
      <w:rPr>
        <w:color w:val="000000" w:themeColor="text1"/>
      </w:rPr>
    </w:tblStylePr>
  </w:style>
  <w:style w:type="table" w:styleId="ColourfulShadingAccent2">
    <w:name w:val="Colorful Shading Accent 2"/>
    <w:basedOn w:val="TableNormal"/>
    <w:uiPriority w:val="71"/>
    <w:rsid w:val="00CB0664"/>
    <w:pPr>
      <w:spacing w:after="0" w:line="240" w:lineRule="auto"/>
    </w:pPr>
    <w:rPr>
      <w:color w:val="000000" w:themeColor="text1"/>
    </w:rPr>
    <w:tblPr>
      <w:tblStyleRowBandSize w:val="1"/>
      <w:tblStyleColBandSize w:val="1"/>
      <w:tblBorders>
        <w:top w:val="single" w:sz="24" w:space="0" w:color="E97132" w:themeColor="accent2"/>
        <w:left w:val="single" w:sz="4" w:space="0" w:color="E97132" w:themeColor="accent2"/>
        <w:bottom w:val="single" w:sz="4" w:space="0" w:color="E97132" w:themeColor="accent2"/>
        <w:right w:val="single" w:sz="4" w:space="0" w:color="E97132" w:themeColor="accent2"/>
        <w:insideH w:val="single" w:sz="4" w:space="0" w:color="FFFFFF" w:themeColor="background1"/>
        <w:insideV w:val="single" w:sz="4" w:space="0" w:color="FFFFFF" w:themeColor="background1"/>
      </w:tblBorders>
    </w:tblPr>
    <w:tcPr>
      <w:shd w:val="clear" w:color="auto" w:fill="FCF0EA" w:themeFill="accent2" w:themeFillTint="19"/>
    </w:tcPr>
    <w:tblStylePr w:type="firstRow">
      <w:rPr>
        <w:b/>
        <w:bCs/>
      </w:rPr>
      <w:tblPr/>
      <w:tcPr>
        <w:tcBorders>
          <w:top w:val="nil"/>
          <w:left w:val="nil"/>
          <w:bottom w:val="single" w:sz="24" w:space="0" w:color="E97132"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993F10" w:themeFill="accent2" w:themeFillShade="99"/>
      </w:tcPr>
    </w:tblStylePr>
    <w:tblStylePr w:type="firstCol">
      <w:rPr>
        <w:color w:val="FFFFFF" w:themeColor="background1"/>
      </w:rPr>
      <w:tblPr/>
      <w:tcPr>
        <w:tcBorders>
          <w:top w:val="nil"/>
          <w:left w:val="nil"/>
          <w:bottom w:val="nil"/>
          <w:right w:val="nil"/>
          <w:insideH w:val="single" w:sz="4" w:space="0" w:color="993F10" w:themeColor="accent2" w:themeShade="99"/>
          <w:insideV w:val="nil"/>
        </w:tcBorders>
        <w:shd w:val="clear" w:color="auto" w:fill="993F10" w:themeFill="accent2" w:themeFillShade="99"/>
      </w:tcPr>
    </w:tblStylePr>
    <w:tblStylePr w:type="lastCol">
      <w:rPr>
        <w:color w:val="FFFFFF" w:themeColor="background1"/>
      </w:rPr>
      <w:tblPr/>
      <w:tcPr>
        <w:tcBorders>
          <w:top w:val="nil"/>
          <w:left w:val="nil"/>
          <w:bottom w:val="nil"/>
          <w:right w:val="nil"/>
          <w:insideH w:val="nil"/>
          <w:insideV w:val="nil"/>
        </w:tcBorders>
        <w:shd w:val="clear" w:color="auto" w:fill="993F10" w:themeFill="accent2" w:themeFillShade="99"/>
      </w:tcPr>
    </w:tblStylePr>
    <w:tblStylePr w:type="band1Vert">
      <w:tblPr/>
      <w:tcPr>
        <w:shd w:val="clear" w:color="auto" w:fill="F6C5AC" w:themeFill="accent2" w:themeFillTint="66"/>
      </w:tcPr>
    </w:tblStylePr>
    <w:tblStylePr w:type="band1Horz">
      <w:tblPr/>
      <w:tcPr>
        <w:shd w:val="clear" w:color="auto" w:fill="F4B798" w:themeFill="accent2" w:themeFillTint="7F"/>
      </w:tcPr>
    </w:tblStylePr>
    <w:tblStylePr w:type="neCell">
      <w:rPr>
        <w:color w:val="000000" w:themeColor="text1"/>
      </w:rPr>
    </w:tblStylePr>
    <w:tblStylePr w:type="nwCell">
      <w:rPr>
        <w:color w:val="000000" w:themeColor="text1"/>
      </w:rPr>
    </w:tblStylePr>
  </w:style>
  <w:style w:type="table" w:styleId="ColourfulShadingAccent3">
    <w:name w:val="Colorful Shading Accent 3"/>
    <w:basedOn w:val="TableNormal"/>
    <w:uiPriority w:val="71"/>
    <w:rsid w:val="00CB0664"/>
    <w:pPr>
      <w:spacing w:after="0" w:line="240" w:lineRule="auto"/>
    </w:pPr>
    <w:rPr>
      <w:color w:val="000000" w:themeColor="text1"/>
    </w:rPr>
    <w:tblPr>
      <w:tblStyleRowBandSize w:val="1"/>
      <w:tblStyleColBandSize w:val="1"/>
      <w:tblBorders>
        <w:top w:val="single" w:sz="24" w:space="0" w:color="0F9ED5" w:themeColor="accent4"/>
        <w:left w:val="single" w:sz="4" w:space="0" w:color="196B24" w:themeColor="accent3"/>
        <w:bottom w:val="single" w:sz="4" w:space="0" w:color="196B24" w:themeColor="accent3"/>
        <w:right w:val="single" w:sz="4" w:space="0" w:color="196B24" w:themeColor="accent3"/>
        <w:insideH w:val="single" w:sz="4" w:space="0" w:color="FFFFFF" w:themeColor="background1"/>
        <w:insideV w:val="single" w:sz="4" w:space="0" w:color="FFFFFF" w:themeColor="background1"/>
      </w:tblBorders>
    </w:tblPr>
    <w:tcPr>
      <w:shd w:val="clear" w:color="auto" w:fill="E0F8E3" w:themeFill="accent3" w:themeFillTint="19"/>
    </w:tcPr>
    <w:tblStylePr w:type="firstRow">
      <w:rPr>
        <w:b/>
        <w:bCs/>
      </w:rPr>
      <w:tblPr/>
      <w:tcPr>
        <w:tcBorders>
          <w:top w:val="nil"/>
          <w:left w:val="nil"/>
          <w:bottom w:val="single" w:sz="24" w:space="0" w:color="0F9ED5" w:themeColor="accent4"/>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0F4015" w:themeFill="accent3" w:themeFillShade="99"/>
      </w:tcPr>
    </w:tblStylePr>
    <w:tblStylePr w:type="firstCol">
      <w:rPr>
        <w:color w:val="FFFFFF" w:themeColor="background1"/>
      </w:rPr>
      <w:tblPr/>
      <w:tcPr>
        <w:tcBorders>
          <w:top w:val="nil"/>
          <w:left w:val="nil"/>
          <w:bottom w:val="nil"/>
          <w:right w:val="nil"/>
          <w:insideH w:val="single" w:sz="4" w:space="0" w:color="0F4015" w:themeColor="accent3" w:themeShade="99"/>
          <w:insideV w:val="nil"/>
        </w:tcBorders>
        <w:shd w:val="clear" w:color="auto" w:fill="0F4015" w:themeFill="accent3" w:themeFillShade="99"/>
      </w:tcPr>
    </w:tblStylePr>
    <w:tblStylePr w:type="lastCol">
      <w:rPr>
        <w:color w:val="FFFFFF" w:themeColor="background1"/>
      </w:rPr>
      <w:tblPr/>
      <w:tcPr>
        <w:tcBorders>
          <w:top w:val="nil"/>
          <w:left w:val="nil"/>
          <w:bottom w:val="nil"/>
          <w:right w:val="nil"/>
          <w:insideH w:val="nil"/>
          <w:insideV w:val="nil"/>
        </w:tcBorders>
        <w:shd w:val="clear" w:color="auto" w:fill="0F4015" w:themeFill="accent3" w:themeFillShade="99"/>
      </w:tcPr>
    </w:tblStylePr>
    <w:tblStylePr w:type="band1Vert">
      <w:tblPr/>
      <w:tcPr>
        <w:shd w:val="clear" w:color="auto" w:fill="84E290" w:themeFill="accent3" w:themeFillTint="66"/>
      </w:tcPr>
    </w:tblStylePr>
    <w:tblStylePr w:type="band1Horz">
      <w:tblPr/>
      <w:tcPr>
        <w:shd w:val="clear" w:color="auto" w:fill="66DB75" w:themeFill="accent3" w:themeFillTint="7F"/>
      </w:tcPr>
    </w:tblStylePr>
  </w:style>
  <w:style w:type="table" w:styleId="ColourfulShadingAccent4">
    <w:name w:val="Colorful Shading Accent 4"/>
    <w:basedOn w:val="TableNormal"/>
    <w:uiPriority w:val="71"/>
    <w:rsid w:val="00CB0664"/>
    <w:pPr>
      <w:spacing w:after="0" w:line="240" w:lineRule="auto"/>
    </w:pPr>
    <w:rPr>
      <w:color w:val="000000" w:themeColor="text1"/>
    </w:rPr>
    <w:tblPr>
      <w:tblStyleRowBandSize w:val="1"/>
      <w:tblStyleColBandSize w:val="1"/>
      <w:tblBorders>
        <w:top w:val="single" w:sz="24" w:space="0" w:color="196B24" w:themeColor="accent3"/>
        <w:left w:val="single" w:sz="4" w:space="0" w:color="0F9ED5" w:themeColor="accent4"/>
        <w:bottom w:val="single" w:sz="4" w:space="0" w:color="0F9ED5" w:themeColor="accent4"/>
        <w:right w:val="single" w:sz="4" w:space="0" w:color="0F9ED5" w:themeColor="accent4"/>
        <w:insideH w:val="single" w:sz="4" w:space="0" w:color="FFFFFF" w:themeColor="background1"/>
        <w:insideV w:val="single" w:sz="4" w:space="0" w:color="FFFFFF" w:themeColor="background1"/>
      </w:tblBorders>
    </w:tblPr>
    <w:tcPr>
      <w:shd w:val="clear" w:color="auto" w:fill="E5F6FD" w:themeFill="accent4" w:themeFillTint="19"/>
    </w:tcPr>
    <w:tblStylePr w:type="firstRow">
      <w:rPr>
        <w:b/>
        <w:bCs/>
      </w:rPr>
      <w:tblPr/>
      <w:tcPr>
        <w:tcBorders>
          <w:top w:val="nil"/>
          <w:left w:val="nil"/>
          <w:bottom w:val="single" w:sz="24" w:space="0" w:color="196B24" w:themeColor="accent3"/>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095E7F" w:themeFill="accent4" w:themeFillShade="99"/>
      </w:tcPr>
    </w:tblStylePr>
    <w:tblStylePr w:type="firstCol">
      <w:rPr>
        <w:color w:val="FFFFFF" w:themeColor="background1"/>
      </w:rPr>
      <w:tblPr/>
      <w:tcPr>
        <w:tcBorders>
          <w:top w:val="nil"/>
          <w:left w:val="nil"/>
          <w:bottom w:val="nil"/>
          <w:right w:val="nil"/>
          <w:insideH w:val="single" w:sz="4" w:space="0" w:color="095E7F" w:themeColor="accent4" w:themeShade="99"/>
          <w:insideV w:val="nil"/>
        </w:tcBorders>
        <w:shd w:val="clear" w:color="auto" w:fill="095E7F" w:themeFill="accent4" w:themeFillShade="99"/>
      </w:tcPr>
    </w:tblStylePr>
    <w:tblStylePr w:type="lastCol">
      <w:rPr>
        <w:color w:val="FFFFFF" w:themeColor="background1"/>
      </w:rPr>
      <w:tblPr/>
      <w:tcPr>
        <w:tcBorders>
          <w:top w:val="nil"/>
          <w:left w:val="nil"/>
          <w:bottom w:val="nil"/>
          <w:right w:val="nil"/>
          <w:insideH w:val="nil"/>
          <w:insideV w:val="nil"/>
        </w:tcBorders>
        <w:shd w:val="clear" w:color="auto" w:fill="095E7F" w:themeFill="accent4" w:themeFillShade="99"/>
      </w:tcPr>
    </w:tblStylePr>
    <w:tblStylePr w:type="band1Vert">
      <w:tblPr/>
      <w:tcPr>
        <w:shd w:val="clear" w:color="auto" w:fill="95DCF7" w:themeFill="accent4" w:themeFillTint="66"/>
      </w:tcPr>
    </w:tblStylePr>
    <w:tblStylePr w:type="band1Horz">
      <w:tblPr/>
      <w:tcPr>
        <w:shd w:val="clear" w:color="auto" w:fill="7BD3F5" w:themeFill="accent4" w:themeFillTint="7F"/>
      </w:tcPr>
    </w:tblStylePr>
    <w:tblStylePr w:type="neCell">
      <w:rPr>
        <w:color w:val="000000" w:themeColor="text1"/>
      </w:rPr>
    </w:tblStylePr>
    <w:tblStylePr w:type="nwCell">
      <w:rPr>
        <w:color w:val="000000" w:themeColor="text1"/>
      </w:rPr>
    </w:tblStylePr>
  </w:style>
  <w:style w:type="table" w:styleId="ColourfulShadingAccent5">
    <w:name w:val="Colorful Shading Accent 5"/>
    <w:basedOn w:val="TableNormal"/>
    <w:uiPriority w:val="71"/>
    <w:rsid w:val="00CB0664"/>
    <w:pPr>
      <w:spacing w:after="0" w:line="240" w:lineRule="auto"/>
    </w:pPr>
    <w:rPr>
      <w:color w:val="000000" w:themeColor="text1"/>
    </w:rPr>
    <w:tblPr>
      <w:tblStyleRowBandSize w:val="1"/>
      <w:tblStyleColBandSize w:val="1"/>
      <w:tblBorders>
        <w:top w:val="single" w:sz="24" w:space="0" w:color="4EA72E" w:themeColor="accent6"/>
        <w:left w:val="single" w:sz="4" w:space="0" w:color="A02B93" w:themeColor="accent5"/>
        <w:bottom w:val="single" w:sz="4" w:space="0" w:color="A02B93" w:themeColor="accent5"/>
        <w:right w:val="single" w:sz="4" w:space="0" w:color="A02B93" w:themeColor="accent5"/>
        <w:insideH w:val="single" w:sz="4" w:space="0" w:color="FFFFFF" w:themeColor="background1"/>
        <w:insideV w:val="single" w:sz="4" w:space="0" w:color="FFFFFF" w:themeColor="background1"/>
      </w:tblBorders>
    </w:tblPr>
    <w:tcPr>
      <w:shd w:val="clear" w:color="auto" w:fill="F8E7F6" w:themeFill="accent5" w:themeFillTint="19"/>
    </w:tcPr>
    <w:tblStylePr w:type="firstRow">
      <w:rPr>
        <w:b/>
        <w:bCs/>
      </w:rPr>
      <w:tblPr/>
      <w:tcPr>
        <w:tcBorders>
          <w:top w:val="nil"/>
          <w:left w:val="nil"/>
          <w:bottom w:val="single" w:sz="24" w:space="0" w:color="4EA72E" w:themeColor="accent6"/>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5F1957" w:themeFill="accent5" w:themeFillShade="99"/>
      </w:tcPr>
    </w:tblStylePr>
    <w:tblStylePr w:type="firstCol">
      <w:rPr>
        <w:color w:val="FFFFFF" w:themeColor="background1"/>
      </w:rPr>
      <w:tblPr/>
      <w:tcPr>
        <w:tcBorders>
          <w:top w:val="nil"/>
          <w:left w:val="nil"/>
          <w:bottom w:val="nil"/>
          <w:right w:val="nil"/>
          <w:insideH w:val="single" w:sz="4" w:space="0" w:color="5F1957" w:themeColor="accent5" w:themeShade="99"/>
          <w:insideV w:val="nil"/>
        </w:tcBorders>
        <w:shd w:val="clear" w:color="auto" w:fill="5F1957" w:themeFill="accent5" w:themeFillShade="99"/>
      </w:tcPr>
    </w:tblStylePr>
    <w:tblStylePr w:type="lastCol">
      <w:rPr>
        <w:color w:val="FFFFFF" w:themeColor="background1"/>
      </w:rPr>
      <w:tblPr/>
      <w:tcPr>
        <w:tcBorders>
          <w:top w:val="nil"/>
          <w:left w:val="nil"/>
          <w:bottom w:val="nil"/>
          <w:right w:val="nil"/>
          <w:insideH w:val="nil"/>
          <w:insideV w:val="nil"/>
        </w:tcBorders>
        <w:shd w:val="clear" w:color="auto" w:fill="5F1957" w:themeFill="accent5" w:themeFillShade="99"/>
      </w:tcPr>
    </w:tblStylePr>
    <w:tblStylePr w:type="band1Vert">
      <w:tblPr/>
      <w:tcPr>
        <w:shd w:val="clear" w:color="auto" w:fill="E59EDC" w:themeFill="accent5" w:themeFillTint="66"/>
      </w:tcPr>
    </w:tblStylePr>
    <w:tblStylePr w:type="band1Horz">
      <w:tblPr/>
      <w:tcPr>
        <w:shd w:val="clear" w:color="auto" w:fill="DE86D4" w:themeFill="accent5" w:themeFillTint="7F"/>
      </w:tcPr>
    </w:tblStylePr>
    <w:tblStylePr w:type="neCell">
      <w:rPr>
        <w:color w:val="000000" w:themeColor="text1"/>
      </w:rPr>
    </w:tblStylePr>
    <w:tblStylePr w:type="nwCell">
      <w:rPr>
        <w:color w:val="000000" w:themeColor="text1"/>
      </w:rPr>
    </w:tblStylePr>
  </w:style>
  <w:style w:type="table" w:styleId="ColourfulShadingAccent6">
    <w:name w:val="Colorful Shading Accent 6"/>
    <w:basedOn w:val="TableNormal"/>
    <w:uiPriority w:val="71"/>
    <w:rsid w:val="00CB0664"/>
    <w:pPr>
      <w:spacing w:after="0" w:line="240" w:lineRule="auto"/>
    </w:pPr>
    <w:rPr>
      <w:color w:val="000000" w:themeColor="text1"/>
    </w:rPr>
    <w:tblPr>
      <w:tblStyleRowBandSize w:val="1"/>
      <w:tblStyleColBandSize w:val="1"/>
      <w:tblBorders>
        <w:top w:val="single" w:sz="24" w:space="0" w:color="A02B93" w:themeColor="accent5"/>
        <w:left w:val="single" w:sz="4" w:space="0" w:color="4EA72E" w:themeColor="accent6"/>
        <w:bottom w:val="single" w:sz="4" w:space="0" w:color="4EA72E" w:themeColor="accent6"/>
        <w:right w:val="single" w:sz="4" w:space="0" w:color="4EA72E" w:themeColor="accent6"/>
        <w:insideH w:val="single" w:sz="4" w:space="0" w:color="FFFFFF" w:themeColor="background1"/>
        <w:insideV w:val="single" w:sz="4" w:space="0" w:color="FFFFFF" w:themeColor="background1"/>
      </w:tblBorders>
    </w:tblPr>
    <w:tcPr>
      <w:shd w:val="clear" w:color="auto" w:fill="ECF8E8" w:themeFill="accent6" w:themeFillTint="19"/>
    </w:tcPr>
    <w:tblStylePr w:type="firstRow">
      <w:rPr>
        <w:b/>
        <w:bCs/>
      </w:rPr>
      <w:tblPr/>
      <w:tcPr>
        <w:tcBorders>
          <w:top w:val="nil"/>
          <w:left w:val="nil"/>
          <w:bottom w:val="single" w:sz="24" w:space="0" w:color="A02B93" w:themeColor="accent5"/>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2E641B" w:themeFill="accent6" w:themeFillShade="99"/>
      </w:tcPr>
    </w:tblStylePr>
    <w:tblStylePr w:type="firstCol">
      <w:rPr>
        <w:color w:val="FFFFFF" w:themeColor="background1"/>
      </w:rPr>
      <w:tblPr/>
      <w:tcPr>
        <w:tcBorders>
          <w:top w:val="nil"/>
          <w:left w:val="nil"/>
          <w:bottom w:val="nil"/>
          <w:right w:val="nil"/>
          <w:insideH w:val="single" w:sz="4" w:space="0" w:color="2E641B" w:themeColor="accent6" w:themeShade="99"/>
          <w:insideV w:val="nil"/>
        </w:tcBorders>
        <w:shd w:val="clear" w:color="auto" w:fill="2E641B" w:themeFill="accent6" w:themeFillShade="99"/>
      </w:tcPr>
    </w:tblStylePr>
    <w:tblStylePr w:type="lastCol">
      <w:rPr>
        <w:color w:val="FFFFFF" w:themeColor="background1"/>
      </w:rPr>
      <w:tblPr/>
      <w:tcPr>
        <w:tcBorders>
          <w:top w:val="nil"/>
          <w:left w:val="nil"/>
          <w:bottom w:val="nil"/>
          <w:right w:val="nil"/>
          <w:insideH w:val="nil"/>
          <w:insideV w:val="nil"/>
        </w:tcBorders>
        <w:shd w:val="clear" w:color="auto" w:fill="2E641B" w:themeFill="accent6" w:themeFillShade="99"/>
      </w:tcPr>
    </w:tblStylePr>
    <w:tblStylePr w:type="band1Vert">
      <w:tblPr/>
      <w:tcPr>
        <w:shd w:val="clear" w:color="auto" w:fill="B3E5A1" w:themeFill="accent6" w:themeFillTint="66"/>
      </w:tcPr>
    </w:tblStylePr>
    <w:tblStylePr w:type="band1Horz">
      <w:tblPr/>
      <w:tcPr>
        <w:shd w:val="clear" w:color="auto" w:fill="A0DF8A" w:themeFill="accent6" w:themeFillTint="7F"/>
      </w:tcPr>
    </w:tblStylePr>
    <w:tblStylePr w:type="neCell">
      <w:rPr>
        <w:color w:val="000000" w:themeColor="text1"/>
      </w:rPr>
    </w:tblStylePr>
    <w:tblStylePr w:type="nwCell">
      <w:rPr>
        <w:color w:val="000000" w:themeColor="text1"/>
      </w:rPr>
    </w:tblStylePr>
  </w:style>
  <w:style w:type="table" w:styleId="ColourfulList">
    <w:name w:val="Colorful List"/>
    <w:basedOn w:val="TableNormal"/>
    <w:uiPriority w:val="72"/>
    <w:rsid w:val="00CB0664"/>
    <w:pPr>
      <w:spacing w:after="0" w:line="240" w:lineRule="auto"/>
    </w:pPr>
    <w:rPr>
      <w:color w:val="000000" w:themeColor="text1"/>
    </w:rPr>
    <w:tblPr>
      <w:tblStyleRowBandSize w:val="1"/>
      <w:tblStyleColBandSize w:val="1"/>
    </w:tblPr>
    <w:tcPr>
      <w:shd w:val="clear" w:color="auto" w:fill="E6E6E6" w:themeFill="text1" w:themeFillTint="19"/>
    </w:tcPr>
    <w:tblStylePr w:type="firstRow">
      <w:rPr>
        <w:b/>
        <w:bCs/>
        <w:color w:val="FFFFFF" w:themeColor="background1"/>
      </w:rPr>
      <w:tblPr/>
      <w:tcPr>
        <w:tcBorders>
          <w:bottom w:val="single" w:sz="12" w:space="0" w:color="FFFFFF" w:themeColor="background1"/>
        </w:tcBorders>
        <w:shd w:val="clear" w:color="auto" w:fill="CC5416" w:themeFill="accent2" w:themeFillShade="CC"/>
      </w:tcPr>
    </w:tblStylePr>
    <w:tblStylePr w:type="lastRow">
      <w:rPr>
        <w:b/>
        <w:bCs/>
        <w:color w:val="CC5416"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C0C0C0" w:themeFill="text1" w:themeFillTint="3F"/>
      </w:tcPr>
    </w:tblStylePr>
    <w:tblStylePr w:type="band1Horz">
      <w:tblPr/>
      <w:tcPr>
        <w:shd w:val="clear" w:color="auto" w:fill="CCCCCC" w:themeFill="text1" w:themeFillTint="33"/>
      </w:tcPr>
    </w:tblStylePr>
  </w:style>
  <w:style w:type="table" w:styleId="ColourfulListAccent1">
    <w:name w:val="Colorful List Accent 1"/>
    <w:basedOn w:val="TableNormal"/>
    <w:uiPriority w:val="72"/>
    <w:rsid w:val="00CB0664"/>
    <w:pPr>
      <w:spacing w:after="0" w:line="240" w:lineRule="auto"/>
    </w:pPr>
    <w:rPr>
      <w:color w:val="000000" w:themeColor="text1"/>
    </w:rPr>
    <w:tblPr>
      <w:tblStyleRowBandSize w:val="1"/>
      <w:tblStyleColBandSize w:val="1"/>
    </w:tblPr>
    <w:tcPr>
      <w:shd w:val="clear" w:color="auto" w:fill="E0F2FA" w:themeFill="accent1" w:themeFillTint="19"/>
    </w:tcPr>
    <w:tblStylePr w:type="firstRow">
      <w:rPr>
        <w:b/>
        <w:bCs/>
        <w:color w:val="FFFFFF" w:themeColor="background1"/>
      </w:rPr>
      <w:tblPr/>
      <w:tcPr>
        <w:tcBorders>
          <w:bottom w:val="single" w:sz="12" w:space="0" w:color="FFFFFF" w:themeColor="background1"/>
        </w:tcBorders>
        <w:shd w:val="clear" w:color="auto" w:fill="CC5416" w:themeFill="accent2" w:themeFillShade="CC"/>
      </w:tcPr>
    </w:tblStylePr>
    <w:tblStylePr w:type="lastRow">
      <w:rPr>
        <w:b/>
        <w:bCs/>
        <w:color w:val="CC5416"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B2DEF2" w:themeFill="accent1" w:themeFillTint="3F"/>
      </w:tcPr>
    </w:tblStylePr>
    <w:tblStylePr w:type="band1Horz">
      <w:tblPr/>
      <w:tcPr>
        <w:shd w:val="clear" w:color="auto" w:fill="C1E4F5" w:themeFill="accent1" w:themeFillTint="33"/>
      </w:tcPr>
    </w:tblStylePr>
  </w:style>
  <w:style w:type="table" w:styleId="ColourfulListAccent2">
    <w:name w:val="Colorful List Accent 2"/>
    <w:basedOn w:val="TableNormal"/>
    <w:uiPriority w:val="72"/>
    <w:rsid w:val="00CB0664"/>
    <w:pPr>
      <w:spacing w:after="0" w:line="240" w:lineRule="auto"/>
    </w:pPr>
    <w:rPr>
      <w:color w:val="000000" w:themeColor="text1"/>
    </w:rPr>
    <w:tblPr>
      <w:tblStyleRowBandSize w:val="1"/>
      <w:tblStyleColBandSize w:val="1"/>
    </w:tblPr>
    <w:tcPr>
      <w:shd w:val="clear" w:color="auto" w:fill="FCF0EA" w:themeFill="accent2" w:themeFillTint="19"/>
    </w:tcPr>
    <w:tblStylePr w:type="firstRow">
      <w:rPr>
        <w:b/>
        <w:bCs/>
        <w:color w:val="FFFFFF" w:themeColor="background1"/>
      </w:rPr>
      <w:tblPr/>
      <w:tcPr>
        <w:tcBorders>
          <w:bottom w:val="single" w:sz="12" w:space="0" w:color="FFFFFF" w:themeColor="background1"/>
        </w:tcBorders>
        <w:shd w:val="clear" w:color="auto" w:fill="CC5416" w:themeFill="accent2" w:themeFillShade="CC"/>
      </w:tcPr>
    </w:tblStylePr>
    <w:tblStylePr w:type="lastRow">
      <w:rPr>
        <w:b/>
        <w:bCs/>
        <w:color w:val="CC5416"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F9DBCC" w:themeFill="accent2" w:themeFillTint="3F"/>
      </w:tcPr>
    </w:tblStylePr>
    <w:tblStylePr w:type="band1Horz">
      <w:tblPr/>
      <w:tcPr>
        <w:shd w:val="clear" w:color="auto" w:fill="FAE2D5" w:themeFill="accent2" w:themeFillTint="33"/>
      </w:tcPr>
    </w:tblStylePr>
  </w:style>
  <w:style w:type="table" w:styleId="ColourfulListAccent3">
    <w:name w:val="Colorful List Accent 3"/>
    <w:basedOn w:val="TableNormal"/>
    <w:uiPriority w:val="72"/>
    <w:rsid w:val="00CB0664"/>
    <w:pPr>
      <w:spacing w:after="0" w:line="240" w:lineRule="auto"/>
    </w:pPr>
    <w:rPr>
      <w:color w:val="000000" w:themeColor="text1"/>
    </w:rPr>
    <w:tblPr>
      <w:tblStyleRowBandSize w:val="1"/>
      <w:tblStyleColBandSize w:val="1"/>
    </w:tblPr>
    <w:tcPr>
      <w:shd w:val="clear" w:color="auto" w:fill="E0F8E3" w:themeFill="accent3" w:themeFillTint="19"/>
    </w:tcPr>
    <w:tblStylePr w:type="firstRow">
      <w:rPr>
        <w:b/>
        <w:bCs/>
        <w:color w:val="FFFFFF" w:themeColor="background1"/>
      </w:rPr>
      <w:tblPr/>
      <w:tcPr>
        <w:tcBorders>
          <w:bottom w:val="single" w:sz="12" w:space="0" w:color="FFFFFF" w:themeColor="background1"/>
        </w:tcBorders>
        <w:shd w:val="clear" w:color="auto" w:fill="0C7EAA" w:themeFill="accent4" w:themeFillShade="CC"/>
      </w:tcPr>
    </w:tblStylePr>
    <w:tblStylePr w:type="lastRow">
      <w:rPr>
        <w:b/>
        <w:bCs/>
        <w:color w:val="0C7EAA" w:themeColor="accent4"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B3EDBA" w:themeFill="accent3" w:themeFillTint="3F"/>
      </w:tcPr>
    </w:tblStylePr>
    <w:tblStylePr w:type="band1Horz">
      <w:tblPr/>
      <w:tcPr>
        <w:shd w:val="clear" w:color="auto" w:fill="C1F0C7" w:themeFill="accent3" w:themeFillTint="33"/>
      </w:tcPr>
    </w:tblStylePr>
  </w:style>
  <w:style w:type="table" w:styleId="ColourfulListAccent4">
    <w:name w:val="Colorful List Accent 4"/>
    <w:basedOn w:val="TableNormal"/>
    <w:uiPriority w:val="72"/>
    <w:rsid w:val="00CB0664"/>
    <w:pPr>
      <w:spacing w:after="0" w:line="240" w:lineRule="auto"/>
    </w:pPr>
    <w:rPr>
      <w:color w:val="000000" w:themeColor="text1"/>
    </w:rPr>
    <w:tblPr>
      <w:tblStyleRowBandSize w:val="1"/>
      <w:tblStyleColBandSize w:val="1"/>
    </w:tblPr>
    <w:tcPr>
      <w:shd w:val="clear" w:color="auto" w:fill="E5F6FD" w:themeFill="accent4" w:themeFillTint="19"/>
    </w:tcPr>
    <w:tblStylePr w:type="firstRow">
      <w:rPr>
        <w:b/>
        <w:bCs/>
        <w:color w:val="FFFFFF" w:themeColor="background1"/>
      </w:rPr>
      <w:tblPr/>
      <w:tcPr>
        <w:tcBorders>
          <w:bottom w:val="single" w:sz="12" w:space="0" w:color="FFFFFF" w:themeColor="background1"/>
        </w:tcBorders>
        <w:shd w:val="clear" w:color="auto" w:fill="14551C" w:themeFill="accent3" w:themeFillShade="CC"/>
      </w:tcPr>
    </w:tblStylePr>
    <w:tblStylePr w:type="lastRow">
      <w:rPr>
        <w:b/>
        <w:bCs/>
        <w:color w:val="14551C" w:themeColor="accent3"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BDE9FA" w:themeFill="accent4" w:themeFillTint="3F"/>
      </w:tcPr>
    </w:tblStylePr>
    <w:tblStylePr w:type="band1Horz">
      <w:tblPr/>
      <w:tcPr>
        <w:shd w:val="clear" w:color="auto" w:fill="CAEDFB" w:themeFill="accent4" w:themeFillTint="33"/>
      </w:tcPr>
    </w:tblStylePr>
  </w:style>
  <w:style w:type="table" w:styleId="ColourfulListAccent5">
    <w:name w:val="Colorful List Accent 5"/>
    <w:basedOn w:val="TableNormal"/>
    <w:uiPriority w:val="72"/>
    <w:rsid w:val="00CB0664"/>
    <w:pPr>
      <w:spacing w:after="0" w:line="240" w:lineRule="auto"/>
    </w:pPr>
    <w:rPr>
      <w:color w:val="000000" w:themeColor="text1"/>
    </w:rPr>
    <w:tblPr>
      <w:tblStyleRowBandSize w:val="1"/>
      <w:tblStyleColBandSize w:val="1"/>
    </w:tblPr>
    <w:tcPr>
      <w:shd w:val="clear" w:color="auto" w:fill="F8E7F6" w:themeFill="accent5" w:themeFillTint="19"/>
    </w:tcPr>
    <w:tblStylePr w:type="firstRow">
      <w:rPr>
        <w:b/>
        <w:bCs/>
        <w:color w:val="FFFFFF" w:themeColor="background1"/>
      </w:rPr>
      <w:tblPr/>
      <w:tcPr>
        <w:tcBorders>
          <w:bottom w:val="single" w:sz="12" w:space="0" w:color="FFFFFF" w:themeColor="background1"/>
        </w:tcBorders>
        <w:shd w:val="clear" w:color="auto" w:fill="3E8524" w:themeFill="accent6" w:themeFillShade="CC"/>
      </w:tcPr>
    </w:tblStylePr>
    <w:tblStylePr w:type="lastRow">
      <w:rPr>
        <w:b/>
        <w:bCs/>
        <w:color w:val="3E8524" w:themeColor="accent6"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EFC3E9" w:themeFill="accent5" w:themeFillTint="3F"/>
      </w:tcPr>
    </w:tblStylePr>
    <w:tblStylePr w:type="band1Horz">
      <w:tblPr/>
      <w:tcPr>
        <w:shd w:val="clear" w:color="auto" w:fill="F2CEED" w:themeFill="accent5" w:themeFillTint="33"/>
      </w:tcPr>
    </w:tblStylePr>
  </w:style>
  <w:style w:type="table" w:styleId="ColourfulListAccent6">
    <w:name w:val="Colorful List Accent 6"/>
    <w:basedOn w:val="TableNormal"/>
    <w:uiPriority w:val="72"/>
    <w:rsid w:val="00CB0664"/>
    <w:pPr>
      <w:spacing w:after="0" w:line="240" w:lineRule="auto"/>
    </w:pPr>
    <w:rPr>
      <w:color w:val="000000" w:themeColor="text1"/>
    </w:rPr>
    <w:tblPr>
      <w:tblStyleRowBandSize w:val="1"/>
      <w:tblStyleColBandSize w:val="1"/>
    </w:tblPr>
    <w:tcPr>
      <w:shd w:val="clear" w:color="auto" w:fill="ECF8E8" w:themeFill="accent6" w:themeFillTint="19"/>
    </w:tcPr>
    <w:tblStylePr w:type="firstRow">
      <w:rPr>
        <w:b/>
        <w:bCs/>
        <w:color w:val="FFFFFF" w:themeColor="background1"/>
      </w:rPr>
      <w:tblPr/>
      <w:tcPr>
        <w:tcBorders>
          <w:bottom w:val="single" w:sz="12" w:space="0" w:color="FFFFFF" w:themeColor="background1"/>
        </w:tcBorders>
        <w:shd w:val="clear" w:color="auto" w:fill="7F2275" w:themeFill="accent5" w:themeFillShade="CC"/>
      </w:tcPr>
    </w:tblStylePr>
    <w:tblStylePr w:type="lastRow">
      <w:rPr>
        <w:b/>
        <w:bCs/>
        <w:color w:val="7F2275" w:themeColor="accent5"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0EFC5" w:themeFill="accent6" w:themeFillTint="3F"/>
      </w:tcPr>
    </w:tblStylePr>
    <w:tblStylePr w:type="band1Horz">
      <w:tblPr/>
      <w:tcPr>
        <w:shd w:val="clear" w:color="auto" w:fill="D9F2D0" w:themeFill="accent6" w:themeFillTint="33"/>
      </w:tcPr>
    </w:tblStylePr>
  </w:style>
  <w:style w:type="table" w:styleId="ColourfulGrid">
    <w:name w:val="Colorful Grid"/>
    <w:basedOn w:val="TableNormal"/>
    <w:uiPriority w:val="73"/>
    <w:rsid w:val="00CB0664"/>
    <w:pPr>
      <w:spacing w:after="0" w:line="240" w:lineRule="auto"/>
    </w:pPr>
    <w:rPr>
      <w:color w:val="000000" w:themeColor="text1"/>
    </w:rPr>
    <w:tblPr>
      <w:tblStyleRowBandSize w:val="1"/>
      <w:tblStyleColBandSize w:val="1"/>
      <w:tblBorders>
        <w:insideH w:val="single" w:sz="4" w:space="0" w:color="FFFFFF" w:themeColor="background1"/>
      </w:tblBorders>
    </w:tblPr>
    <w:tcPr>
      <w:shd w:val="clear" w:color="auto" w:fill="CCCCCC" w:themeFill="text1" w:themeFillTint="33"/>
    </w:tcPr>
    <w:tblStylePr w:type="firstRow">
      <w:rPr>
        <w:b/>
        <w:bCs/>
      </w:rPr>
      <w:tblPr/>
      <w:tcPr>
        <w:shd w:val="clear" w:color="auto" w:fill="999999" w:themeFill="text1" w:themeFillTint="66"/>
      </w:tcPr>
    </w:tblStylePr>
    <w:tblStylePr w:type="lastRow">
      <w:rPr>
        <w:b/>
        <w:bCs/>
        <w:color w:val="000000" w:themeColor="text1"/>
      </w:rPr>
      <w:tblPr/>
      <w:tcPr>
        <w:shd w:val="clear" w:color="auto" w:fill="999999" w:themeFill="text1" w:themeFillTint="66"/>
      </w:tcPr>
    </w:tblStylePr>
    <w:tblStylePr w:type="firstCol">
      <w:rPr>
        <w:color w:val="FFFFFF" w:themeColor="background1"/>
      </w:rPr>
      <w:tblPr/>
      <w:tcPr>
        <w:shd w:val="clear" w:color="auto" w:fill="000000" w:themeFill="text1" w:themeFillShade="BF"/>
      </w:tcPr>
    </w:tblStylePr>
    <w:tblStylePr w:type="lastCol">
      <w:rPr>
        <w:color w:val="FFFFFF" w:themeColor="background1"/>
      </w:rPr>
      <w:tblPr/>
      <w:tcPr>
        <w:shd w:val="clear" w:color="auto" w:fill="000000" w:themeFill="text1" w:themeFillShade="BF"/>
      </w:tcPr>
    </w:tblStylePr>
    <w:tblStylePr w:type="band1Vert">
      <w:tblPr/>
      <w:tcPr>
        <w:shd w:val="clear" w:color="auto" w:fill="808080" w:themeFill="text1" w:themeFillTint="7F"/>
      </w:tcPr>
    </w:tblStylePr>
    <w:tblStylePr w:type="band1Horz">
      <w:tblPr/>
      <w:tcPr>
        <w:shd w:val="clear" w:color="auto" w:fill="808080" w:themeFill="text1" w:themeFillTint="7F"/>
      </w:tcPr>
    </w:tblStylePr>
  </w:style>
  <w:style w:type="table" w:styleId="ColourfulGridAccent1">
    <w:name w:val="Colorful Grid Accent 1"/>
    <w:basedOn w:val="TableNormal"/>
    <w:uiPriority w:val="73"/>
    <w:rsid w:val="00CB0664"/>
    <w:pPr>
      <w:spacing w:after="0" w:line="240" w:lineRule="auto"/>
    </w:pPr>
    <w:rPr>
      <w:color w:val="000000" w:themeColor="text1"/>
    </w:rPr>
    <w:tblPr>
      <w:tblStyleRowBandSize w:val="1"/>
      <w:tblStyleColBandSize w:val="1"/>
      <w:tblBorders>
        <w:insideH w:val="single" w:sz="4" w:space="0" w:color="FFFFFF" w:themeColor="background1"/>
      </w:tblBorders>
    </w:tblPr>
    <w:tcPr>
      <w:shd w:val="clear" w:color="auto" w:fill="C1E4F5" w:themeFill="accent1" w:themeFillTint="33"/>
    </w:tcPr>
    <w:tblStylePr w:type="firstRow">
      <w:rPr>
        <w:b/>
        <w:bCs/>
      </w:rPr>
      <w:tblPr/>
      <w:tcPr>
        <w:shd w:val="clear" w:color="auto" w:fill="83CAEB" w:themeFill="accent1" w:themeFillTint="66"/>
      </w:tcPr>
    </w:tblStylePr>
    <w:tblStylePr w:type="lastRow">
      <w:rPr>
        <w:b/>
        <w:bCs/>
        <w:color w:val="000000" w:themeColor="text1"/>
      </w:rPr>
      <w:tblPr/>
      <w:tcPr>
        <w:shd w:val="clear" w:color="auto" w:fill="83CAEB" w:themeFill="accent1" w:themeFillTint="66"/>
      </w:tcPr>
    </w:tblStylePr>
    <w:tblStylePr w:type="firstCol">
      <w:rPr>
        <w:color w:val="FFFFFF" w:themeColor="background1"/>
      </w:rPr>
      <w:tblPr/>
      <w:tcPr>
        <w:shd w:val="clear" w:color="auto" w:fill="0F4761" w:themeFill="accent1" w:themeFillShade="BF"/>
      </w:tcPr>
    </w:tblStylePr>
    <w:tblStylePr w:type="lastCol">
      <w:rPr>
        <w:color w:val="FFFFFF" w:themeColor="background1"/>
      </w:rPr>
      <w:tblPr/>
      <w:tcPr>
        <w:shd w:val="clear" w:color="auto" w:fill="0F4761" w:themeFill="accent1" w:themeFillShade="BF"/>
      </w:tcPr>
    </w:tblStylePr>
    <w:tblStylePr w:type="band1Vert">
      <w:tblPr/>
      <w:tcPr>
        <w:shd w:val="clear" w:color="auto" w:fill="64BDE6" w:themeFill="accent1" w:themeFillTint="7F"/>
      </w:tcPr>
    </w:tblStylePr>
    <w:tblStylePr w:type="band1Horz">
      <w:tblPr/>
      <w:tcPr>
        <w:shd w:val="clear" w:color="auto" w:fill="64BDE6" w:themeFill="accent1" w:themeFillTint="7F"/>
      </w:tcPr>
    </w:tblStylePr>
  </w:style>
  <w:style w:type="table" w:styleId="ColourfulGridAccent2">
    <w:name w:val="Colorful Grid Accent 2"/>
    <w:basedOn w:val="TableNormal"/>
    <w:uiPriority w:val="73"/>
    <w:rsid w:val="00CB0664"/>
    <w:pPr>
      <w:spacing w:after="0" w:line="240" w:lineRule="auto"/>
    </w:pPr>
    <w:rPr>
      <w:color w:val="000000" w:themeColor="text1"/>
    </w:rPr>
    <w:tblPr>
      <w:tblStyleRowBandSize w:val="1"/>
      <w:tblStyleColBandSize w:val="1"/>
      <w:tblBorders>
        <w:insideH w:val="single" w:sz="4" w:space="0" w:color="FFFFFF" w:themeColor="background1"/>
      </w:tblBorders>
    </w:tblPr>
    <w:tcPr>
      <w:shd w:val="clear" w:color="auto" w:fill="FAE2D5" w:themeFill="accent2" w:themeFillTint="33"/>
    </w:tcPr>
    <w:tblStylePr w:type="firstRow">
      <w:rPr>
        <w:b/>
        <w:bCs/>
      </w:rPr>
      <w:tblPr/>
      <w:tcPr>
        <w:shd w:val="clear" w:color="auto" w:fill="F6C5AC" w:themeFill="accent2" w:themeFillTint="66"/>
      </w:tcPr>
    </w:tblStylePr>
    <w:tblStylePr w:type="lastRow">
      <w:rPr>
        <w:b/>
        <w:bCs/>
        <w:color w:val="000000" w:themeColor="text1"/>
      </w:rPr>
      <w:tblPr/>
      <w:tcPr>
        <w:shd w:val="clear" w:color="auto" w:fill="F6C5AC" w:themeFill="accent2" w:themeFillTint="66"/>
      </w:tcPr>
    </w:tblStylePr>
    <w:tblStylePr w:type="firstCol">
      <w:rPr>
        <w:color w:val="FFFFFF" w:themeColor="background1"/>
      </w:rPr>
      <w:tblPr/>
      <w:tcPr>
        <w:shd w:val="clear" w:color="auto" w:fill="BF4E14" w:themeFill="accent2" w:themeFillShade="BF"/>
      </w:tcPr>
    </w:tblStylePr>
    <w:tblStylePr w:type="lastCol">
      <w:rPr>
        <w:color w:val="FFFFFF" w:themeColor="background1"/>
      </w:rPr>
      <w:tblPr/>
      <w:tcPr>
        <w:shd w:val="clear" w:color="auto" w:fill="BF4E14" w:themeFill="accent2" w:themeFillShade="BF"/>
      </w:tcPr>
    </w:tblStylePr>
    <w:tblStylePr w:type="band1Vert">
      <w:tblPr/>
      <w:tcPr>
        <w:shd w:val="clear" w:color="auto" w:fill="F4B798" w:themeFill="accent2" w:themeFillTint="7F"/>
      </w:tcPr>
    </w:tblStylePr>
    <w:tblStylePr w:type="band1Horz">
      <w:tblPr/>
      <w:tcPr>
        <w:shd w:val="clear" w:color="auto" w:fill="F4B798" w:themeFill="accent2" w:themeFillTint="7F"/>
      </w:tcPr>
    </w:tblStylePr>
  </w:style>
  <w:style w:type="table" w:styleId="ColourfulGridAccent3">
    <w:name w:val="Colorful Grid Accent 3"/>
    <w:basedOn w:val="TableNormal"/>
    <w:uiPriority w:val="73"/>
    <w:rsid w:val="00CB0664"/>
    <w:pPr>
      <w:spacing w:after="0" w:line="240" w:lineRule="auto"/>
    </w:pPr>
    <w:rPr>
      <w:color w:val="000000" w:themeColor="text1"/>
    </w:rPr>
    <w:tblPr>
      <w:tblStyleRowBandSize w:val="1"/>
      <w:tblStyleColBandSize w:val="1"/>
      <w:tblBorders>
        <w:insideH w:val="single" w:sz="4" w:space="0" w:color="FFFFFF" w:themeColor="background1"/>
      </w:tblBorders>
    </w:tblPr>
    <w:tcPr>
      <w:shd w:val="clear" w:color="auto" w:fill="C1F0C7" w:themeFill="accent3" w:themeFillTint="33"/>
    </w:tcPr>
    <w:tblStylePr w:type="firstRow">
      <w:rPr>
        <w:b/>
        <w:bCs/>
      </w:rPr>
      <w:tblPr/>
      <w:tcPr>
        <w:shd w:val="clear" w:color="auto" w:fill="84E290" w:themeFill="accent3" w:themeFillTint="66"/>
      </w:tcPr>
    </w:tblStylePr>
    <w:tblStylePr w:type="lastRow">
      <w:rPr>
        <w:b/>
        <w:bCs/>
        <w:color w:val="000000" w:themeColor="text1"/>
      </w:rPr>
      <w:tblPr/>
      <w:tcPr>
        <w:shd w:val="clear" w:color="auto" w:fill="84E290" w:themeFill="accent3" w:themeFillTint="66"/>
      </w:tcPr>
    </w:tblStylePr>
    <w:tblStylePr w:type="firstCol">
      <w:rPr>
        <w:color w:val="FFFFFF" w:themeColor="background1"/>
      </w:rPr>
      <w:tblPr/>
      <w:tcPr>
        <w:shd w:val="clear" w:color="auto" w:fill="124F1A" w:themeFill="accent3" w:themeFillShade="BF"/>
      </w:tcPr>
    </w:tblStylePr>
    <w:tblStylePr w:type="lastCol">
      <w:rPr>
        <w:color w:val="FFFFFF" w:themeColor="background1"/>
      </w:rPr>
      <w:tblPr/>
      <w:tcPr>
        <w:shd w:val="clear" w:color="auto" w:fill="124F1A" w:themeFill="accent3" w:themeFillShade="BF"/>
      </w:tcPr>
    </w:tblStylePr>
    <w:tblStylePr w:type="band1Vert">
      <w:tblPr/>
      <w:tcPr>
        <w:shd w:val="clear" w:color="auto" w:fill="66DB75" w:themeFill="accent3" w:themeFillTint="7F"/>
      </w:tcPr>
    </w:tblStylePr>
    <w:tblStylePr w:type="band1Horz">
      <w:tblPr/>
      <w:tcPr>
        <w:shd w:val="clear" w:color="auto" w:fill="66DB75" w:themeFill="accent3" w:themeFillTint="7F"/>
      </w:tcPr>
    </w:tblStylePr>
  </w:style>
  <w:style w:type="table" w:styleId="ColourfulGridAccent4">
    <w:name w:val="Colorful Grid Accent 4"/>
    <w:basedOn w:val="TableNormal"/>
    <w:uiPriority w:val="73"/>
    <w:rsid w:val="00CB0664"/>
    <w:pPr>
      <w:spacing w:after="0" w:line="240" w:lineRule="auto"/>
    </w:pPr>
    <w:rPr>
      <w:color w:val="000000" w:themeColor="text1"/>
    </w:rPr>
    <w:tblPr>
      <w:tblStyleRowBandSize w:val="1"/>
      <w:tblStyleColBandSize w:val="1"/>
      <w:tblBorders>
        <w:insideH w:val="single" w:sz="4" w:space="0" w:color="FFFFFF" w:themeColor="background1"/>
      </w:tblBorders>
    </w:tblPr>
    <w:tcPr>
      <w:shd w:val="clear" w:color="auto" w:fill="CAEDFB" w:themeFill="accent4" w:themeFillTint="33"/>
    </w:tcPr>
    <w:tblStylePr w:type="firstRow">
      <w:rPr>
        <w:b/>
        <w:bCs/>
      </w:rPr>
      <w:tblPr/>
      <w:tcPr>
        <w:shd w:val="clear" w:color="auto" w:fill="95DCF7" w:themeFill="accent4" w:themeFillTint="66"/>
      </w:tcPr>
    </w:tblStylePr>
    <w:tblStylePr w:type="lastRow">
      <w:rPr>
        <w:b/>
        <w:bCs/>
        <w:color w:val="000000" w:themeColor="text1"/>
      </w:rPr>
      <w:tblPr/>
      <w:tcPr>
        <w:shd w:val="clear" w:color="auto" w:fill="95DCF7" w:themeFill="accent4" w:themeFillTint="66"/>
      </w:tcPr>
    </w:tblStylePr>
    <w:tblStylePr w:type="firstCol">
      <w:rPr>
        <w:color w:val="FFFFFF" w:themeColor="background1"/>
      </w:rPr>
      <w:tblPr/>
      <w:tcPr>
        <w:shd w:val="clear" w:color="auto" w:fill="0B769F" w:themeFill="accent4" w:themeFillShade="BF"/>
      </w:tcPr>
    </w:tblStylePr>
    <w:tblStylePr w:type="lastCol">
      <w:rPr>
        <w:color w:val="FFFFFF" w:themeColor="background1"/>
      </w:rPr>
      <w:tblPr/>
      <w:tcPr>
        <w:shd w:val="clear" w:color="auto" w:fill="0B769F" w:themeFill="accent4" w:themeFillShade="BF"/>
      </w:tcPr>
    </w:tblStylePr>
    <w:tblStylePr w:type="band1Vert">
      <w:tblPr/>
      <w:tcPr>
        <w:shd w:val="clear" w:color="auto" w:fill="7BD3F5" w:themeFill="accent4" w:themeFillTint="7F"/>
      </w:tcPr>
    </w:tblStylePr>
    <w:tblStylePr w:type="band1Horz">
      <w:tblPr/>
      <w:tcPr>
        <w:shd w:val="clear" w:color="auto" w:fill="7BD3F5" w:themeFill="accent4" w:themeFillTint="7F"/>
      </w:tcPr>
    </w:tblStylePr>
  </w:style>
  <w:style w:type="table" w:styleId="ColourfulGridAccent5">
    <w:name w:val="Colorful Grid Accent 5"/>
    <w:basedOn w:val="TableNormal"/>
    <w:uiPriority w:val="73"/>
    <w:rsid w:val="00CB0664"/>
    <w:pPr>
      <w:spacing w:after="0" w:line="240" w:lineRule="auto"/>
    </w:pPr>
    <w:rPr>
      <w:color w:val="000000" w:themeColor="text1"/>
    </w:rPr>
    <w:tblPr>
      <w:tblStyleRowBandSize w:val="1"/>
      <w:tblStyleColBandSize w:val="1"/>
      <w:tblBorders>
        <w:insideH w:val="single" w:sz="4" w:space="0" w:color="FFFFFF" w:themeColor="background1"/>
      </w:tblBorders>
    </w:tblPr>
    <w:tcPr>
      <w:shd w:val="clear" w:color="auto" w:fill="F2CEED" w:themeFill="accent5" w:themeFillTint="33"/>
    </w:tcPr>
    <w:tblStylePr w:type="firstRow">
      <w:rPr>
        <w:b/>
        <w:bCs/>
      </w:rPr>
      <w:tblPr/>
      <w:tcPr>
        <w:shd w:val="clear" w:color="auto" w:fill="E59EDC" w:themeFill="accent5" w:themeFillTint="66"/>
      </w:tcPr>
    </w:tblStylePr>
    <w:tblStylePr w:type="lastRow">
      <w:rPr>
        <w:b/>
        <w:bCs/>
        <w:color w:val="000000" w:themeColor="text1"/>
      </w:rPr>
      <w:tblPr/>
      <w:tcPr>
        <w:shd w:val="clear" w:color="auto" w:fill="E59EDC" w:themeFill="accent5" w:themeFillTint="66"/>
      </w:tcPr>
    </w:tblStylePr>
    <w:tblStylePr w:type="firstCol">
      <w:rPr>
        <w:color w:val="FFFFFF" w:themeColor="background1"/>
      </w:rPr>
      <w:tblPr/>
      <w:tcPr>
        <w:shd w:val="clear" w:color="auto" w:fill="77206D" w:themeFill="accent5" w:themeFillShade="BF"/>
      </w:tcPr>
    </w:tblStylePr>
    <w:tblStylePr w:type="lastCol">
      <w:rPr>
        <w:color w:val="FFFFFF" w:themeColor="background1"/>
      </w:rPr>
      <w:tblPr/>
      <w:tcPr>
        <w:shd w:val="clear" w:color="auto" w:fill="77206D" w:themeFill="accent5" w:themeFillShade="BF"/>
      </w:tcPr>
    </w:tblStylePr>
    <w:tblStylePr w:type="band1Vert">
      <w:tblPr/>
      <w:tcPr>
        <w:shd w:val="clear" w:color="auto" w:fill="DE86D4" w:themeFill="accent5" w:themeFillTint="7F"/>
      </w:tcPr>
    </w:tblStylePr>
    <w:tblStylePr w:type="band1Horz">
      <w:tblPr/>
      <w:tcPr>
        <w:shd w:val="clear" w:color="auto" w:fill="DE86D4" w:themeFill="accent5" w:themeFillTint="7F"/>
      </w:tcPr>
    </w:tblStylePr>
  </w:style>
  <w:style w:type="table" w:styleId="ColourfulGridAccent6">
    <w:name w:val="Colorful Grid Accent 6"/>
    <w:basedOn w:val="TableNormal"/>
    <w:uiPriority w:val="73"/>
    <w:rsid w:val="00CB0664"/>
    <w:pPr>
      <w:spacing w:after="0" w:line="240" w:lineRule="auto"/>
    </w:pPr>
    <w:rPr>
      <w:color w:val="000000" w:themeColor="text1"/>
    </w:rPr>
    <w:tblPr>
      <w:tblStyleRowBandSize w:val="1"/>
      <w:tblStyleColBandSize w:val="1"/>
      <w:tblBorders>
        <w:insideH w:val="single" w:sz="4" w:space="0" w:color="FFFFFF" w:themeColor="background1"/>
      </w:tblBorders>
    </w:tblPr>
    <w:tcPr>
      <w:shd w:val="clear" w:color="auto" w:fill="D9F2D0" w:themeFill="accent6" w:themeFillTint="33"/>
    </w:tcPr>
    <w:tblStylePr w:type="firstRow">
      <w:rPr>
        <w:b/>
        <w:bCs/>
      </w:rPr>
      <w:tblPr/>
      <w:tcPr>
        <w:shd w:val="clear" w:color="auto" w:fill="B3E5A1" w:themeFill="accent6" w:themeFillTint="66"/>
      </w:tcPr>
    </w:tblStylePr>
    <w:tblStylePr w:type="lastRow">
      <w:rPr>
        <w:b/>
        <w:bCs/>
        <w:color w:val="000000" w:themeColor="text1"/>
      </w:rPr>
      <w:tblPr/>
      <w:tcPr>
        <w:shd w:val="clear" w:color="auto" w:fill="B3E5A1" w:themeFill="accent6" w:themeFillTint="66"/>
      </w:tcPr>
    </w:tblStylePr>
    <w:tblStylePr w:type="firstCol">
      <w:rPr>
        <w:color w:val="FFFFFF" w:themeColor="background1"/>
      </w:rPr>
      <w:tblPr/>
      <w:tcPr>
        <w:shd w:val="clear" w:color="auto" w:fill="3A7C22" w:themeFill="accent6" w:themeFillShade="BF"/>
      </w:tcPr>
    </w:tblStylePr>
    <w:tblStylePr w:type="lastCol">
      <w:rPr>
        <w:color w:val="FFFFFF" w:themeColor="background1"/>
      </w:rPr>
      <w:tblPr/>
      <w:tcPr>
        <w:shd w:val="clear" w:color="auto" w:fill="3A7C22" w:themeFill="accent6" w:themeFillShade="BF"/>
      </w:tcPr>
    </w:tblStylePr>
    <w:tblStylePr w:type="band1Vert">
      <w:tblPr/>
      <w:tcPr>
        <w:shd w:val="clear" w:color="auto" w:fill="A0DF8A" w:themeFill="accent6" w:themeFillTint="7F"/>
      </w:tcPr>
    </w:tblStylePr>
    <w:tblStylePr w:type="band1Horz">
      <w:tblPr/>
      <w:tcPr>
        <w:shd w:val="clear" w:color="auto" w:fill="A0DF8A" w:themeFill="accent6" w:themeFillTint="7F"/>
      </w:tcPr>
    </w:tblStylePr>
  </w:style>
  <w:style w:type="character" w:customStyle="1" w:styleId="NoSpacingChar">
    <w:name w:val="No Spacing Char"/>
    <w:basedOn w:val="DefaultParagraphFont"/>
    <w:link w:val="NoSpacing"/>
    <w:uiPriority w:val="1"/>
    <w:rsid w:val="00641096"/>
  </w:style>
  <w:style w:type="paragraph" w:customStyle="1" w:styleId="PersonalName">
    <w:name w:val="Personal Name"/>
    <w:basedOn w:val="Title"/>
    <w:rsid w:val="00641096"/>
    <w:rPr>
      <w:b/>
      <w:caps/>
      <w:color w:val="000000"/>
      <w:sz w:val="28"/>
      <w:szCs w:val="28"/>
    </w:rPr>
  </w:style>
  <w:style w:type="table" w:styleId="GridTable7ColourfulAccent6">
    <w:name w:val="Grid Table 7 Colorful Accent 6"/>
    <w:basedOn w:val="TableNormal"/>
    <w:uiPriority w:val="52"/>
    <w:rsid w:val="008F16EB"/>
    <w:pPr>
      <w:spacing w:after="0" w:line="240" w:lineRule="auto"/>
    </w:pPr>
    <w:rPr>
      <w:color w:val="3A7C22" w:themeColor="accent6" w:themeShade="BF"/>
    </w:rPr>
    <w:tblPr>
      <w:tblStyleRowBandSize w:val="1"/>
      <w:tblStyleColBandSize w:val="1"/>
      <w:tblBorders>
        <w:top w:val="single" w:sz="4" w:space="0" w:color="8DD873" w:themeColor="accent6" w:themeTint="99"/>
        <w:left w:val="single" w:sz="4" w:space="0" w:color="8DD873" w:themeColor="accent6" w:themeTint="99"/>
        <w:bottom w:val="single" w:sz="4" w:space="0" w:color="8DD873" w:themeColor="accent6" w:themeTint="99"/>
        <w:right w:val="single" w:sz="4" w:space="0" w:color="8DD873" w:themeColor="accent6" w:themeTint="99"/>
        <w:insideH w:val="single" w:sz="4" w:space="0" w:color="8DD873" w:themeColor="accent6" w:themeTint="99"/>
        <w:insideV w:val="single" w:sz="4" w:space="0" w:color="8DD873" w:themeColor="accent6" w:themeTint="99"/>
      </w:tblBorders>
    </w:tblPr>
    <w:tblStylePr w:type="firstRow">
      <w:rPr>
        <w:b/>
        <w:bCs/>
      </w:rPr>
      <w:tblPr/>
      <w:tcPr>
        <w:tcBorders>
          <w:top w:val="nil"/>
          <w:left w:val="nil"/>
          <w:right w:val="nil"/>
          <w:insideH w:val="nil"/>
          <w:insideV w:val="nil"/>
        </w:tcBorders>
        <w:shd w:val="clear" w:color="auto" w:fill="FFFFFF" w:themeFill="background1"/>
      </w:tcPr>
    </w:tblStylePr>
    <w:tblStylePr w:type="lastRow">
      <w:rPr>
        <w:b/>
        <w:bCs/>
      </w:rPr>
      <w:tblPr/>
      <w:tcPr>
        <w:tcBorders>
          <w:left w:val="nil"/>
          <w:bottom w:val="nil"/>
          <w:right w:val="nil"/>
          <w:insideH w:val="nil"/>
          <w:insideV w:val="nil"/>
        </w:tcBorders>
        <w:shd w:val="clear" w:color="auto" w:fill="FFFFFF" w:themeFill="background1"/>
      </w:tcPr>
    </w:tblStylePr>
    <w:tblStylePr w:type="firstCol">
      <w:pPr>
        <w:jc w:val="right"/>
      </w:pPr>
      <w:rPr>
        <w:i/>
        <w:iCs/>
      </w:rPr>
      <w:tblPr/>
      <w:tcPr>
        <w:tcBorders>
          <w:top w:val="nil"/>
          <w:left w:val="nil"/>
          <w:bottom w:val="nil"/>
          <w:insideH w:val="nil"/>
          <w:insideV w:val="nil"/>
        </w:tcBorders>
        <w:shd w:val="clear" w:color="auto" w:fill="FFFFFF" w:themeFill="background1"/>
      </w:tcPr>
    </w:tblStylePr>
    <w:tblStylePr w:type="lastCol">
      <w:rPr>
        <w:i/>
        <w:iCs/>
      </w:rPr>
      <w:tblPr/>
      <w:tcPr>
        <w:tcBorders>
          <w:top w:val="nil"/>
          <w:bottom w:val="nil"/>
          <w:right w:val="nil"/>
          <w:insideH w:val="nil"/>
          <w:insideV w:val="nil"/>
        </w:tcBorders>
        <w:shd w:val="clear" w:color="auto" w:fill="FFFFFF" w:themeFill="background1"/>
      </w:tcPr>
    </w:tblStylePr>
    <w:tblStylePr w:type="band1Vert">
      <w:tblPr/>
      <w:tcPr>
        <w:shd w:val="clear" w:color="auto" w:fill="D9F2D0" w:themeFill="accent6" w:themeFillTint="33"/>
      </w:tcPr>
    </w:tblStylePr>
    <w:tblStylePr w:type="band1Horz">
      <w:tblPr/>
      <w:tcPr>
        <w:shd w:val="clear" w:color="auto" w:fill="D9F2D0" w:themeFill="accent6" w:themeFillTint="33"/>
      </w:tcPr>
    </w:tblStylePr>
    <w:tblStylePr w:type="neCell">
      <w:tblPr/>
      <w:tcPr>
        <w:tcBorders>
          <w:bottom w:val="single" w:sz="4" w:space="0" w:color="8DD873" w:themeColor="accent6" w:themeTint="99"/>
        </w:tcBorders>
      </w:tcPr>
    </w:tblStylePr>
    <w:tblStylePr w:type="nwCell">
      <w:tblPr/>
      <w:tcPr>
        <w:tcBorders>
          <w:bottom w:val="single" w:sz="4" w:space="0" w:color="8DD873" w:themeColor="accent6" w:themeTint="99"/>
        </w:tcBorders>
      </w:tcPr>
    </w:tblStylePr>
    <w:tblStylePr w:type="seCell">
      <w:tblPr/>
      <w:tcPr>
        <w:tcBorders>
          <w:top w:val="single" w:sz="4" w:space="0" w:color="8DD873" w:themeColor="accent6" w:themeTint="99"/>
        </w:tcBorders>
      </w:tcPr>
    </w:tblStylePr>
    <w:tblStylePr w:type="swCell">
      <w:tblPr/>
      <w:tcPr>
        <w:tcBorders>
          <w:top w:val="single" w:sz="4" w:space="0" w:color="8DD873" w:themeColor="accent6" w:themeTint="99"/>
        </w:tcBorders>
      </w:tcPr>
    </w:tblStylePr>
  </w:style>
  <w:style w:type="table" w:styleId="GridTable1Light">
    <w:name w:val="Grid Table 1 Light"/>
    <w:basedOn w:val="TableNormal"/>
    <w:uiPriority w:val="99"/>
    <w:rsid w:val="008F16EB"/>
    <w:pPr>
      <w:spacing w:after="0" w:line="240" w:lineRule="auto"/>
    </w:pPr>
    <w:tblPr>
      <w:tblStyleRowBandSize w:val="1"/>
      <w:tblStyleColBandSize w:val="1"/>
      <w:tblBorders>
        <w:top w:val="single" w:sz="4" w:space="0" w:color="999999" w:themeColor="text1" w:themeTint="66"/>
        <w:left w:val="single" w:sz="4" w:space="0" w:color="999999" w:themeColor="text1" w:themeTint="66"/>
        <w:bottom w:val="single" w:sz="4" w:space="0" w:color="999999" w:themeColor="text1" w:themeTint="66"/>
        <w:right w:val="single" w:sz="4" w:space="0" w:color="999999" w:themeColor="text1" w:themeTint="66"/>
        <w:insideH w:val="single" w:sz="4" w:space="0" w:color="999999" w:themeColor="text1" w:themeTint="66"/>
        <w:insideV w:val="single" w:sz="4" w:space="0" w:color="999999" w:themeColor="text1" w:themeTint="66"/>
      </w:tblBorders>
    </w:tblPr>
    <w:tblStylePr w:type="firstRow">
      <w:rPr>
        <w:b/>
        <w:bCs/>
      </w:rPr>
      <w:tblPr/>
      <w:tcPr>
        <w:tcBorders>
          <w:bottom w:val="single" w:sz="12" w:space="0" w:color="666666" w:themeColor="text1" w:themeTint="99"/>
        </w:tcBorders>
      </w:tcPr>
    </w:tblStylePr>
    <w:tblStylePr w:type="lastRow">
      <w:rPr>
        <w:b/>
        <w:bCs/>
      </w:rPr>
      <w:tblPr/>
      <w:tcPr>
        <w:tcBorders>
          <w:top w:val="double" w:sz="2" w:space="0" w:color="666666" w:themeColor="text1" w:themeTint="99"/>
        </w:tcBorders>
      </w:tcPr>
    </w:tblStylePr>
    <w:tblStylePr w:type="firstCol">
      <w:rPr>
        <w:b/>
        <w:bCs/>
      </w:rPr>
    </w:tblStylePr>
    <w:tblStylePr w:type="lastCol">
      <w:rPr>
        <w:b/>
        <w:bCs/>
      </w:rPr>
    </w:tblStylePr>
  </w:style>
  <w:style w:type="table" w:styleId="ListTable6Colourful">
    <w:name w:val="List Table 6 Colorful"/>
    <w:basedOn w:val="TableNormal"/>
    <w:uiPriority w:val="51"/>
    <w:rsid w:val="008F16EB"/>
    <w:pPr>
      <w:spacing w:after="0" w:line="240" w:lineRule="auto"/>
    </w:pPr>
    <w:rPr>
      <w:color w:val="000000" w:themeColor="text1"/>
    </w:rPr>
    <w:tblPr>
      <w:tblStyleRowBandSize w:val="1"/>
      <w:tblStyleColBandSize w:val="1"/>
      <w:tblBorders>
        <w:top w:val="single" w:sz="4" w:space="0" w:color="000000" w:themeColor="text1"/>
        <w:bottom w:val="single" w:sz="4" w:space="0" w:color="000000" w:themeColor="text1"/>
      </w:tblBorders>
    </w:tblPr>
    <w:tblStylePr w:type="firstRow">
      <w:rPr>
        <w:b/>
        <w:bCs/>
      </w:rPr>
      <w:tblPr/>
      <w:tcPr>
        <w:tcBorders>
          <w:bottom w:val="single" w:sz="4" w:space="0" w:color="000000" w:themeColor="text1"/>
        </w:tcBorders>
      </w:tcPr>
    </w:tblStylePr>
    <w:tblStylePr w:type="lastRow">
      <w:rPr>
        <w:b/>
        <w:bCs/>
      </w:rPr>
      <w:tblPr/>
      <w:tcPr>
        <w:tcBorders>
          <w:top w:val="double" w:sz="4" w:space="0" w:color="000000" w:themeColor="text1"/>
        </w:tcBorders>
      </w:tcPr>
    </w:tblStylePr>
    <w:tblStylePr w:type="firstCol">
      <w:rPr>
        <w:b/>
        <w:bCs/>
      </w:rPr>
    </w:tblStylePr>
    <w:tblStylePr w:type="lastCol">
      <w:rPr>
        <w:b/>
        <w:bCs/>
      </w:rPr>
    </w:tblStylePr>
    <w:tblStylePr w:type="band1Vert">
      <w:tblPr/>
      <w:tcPr>
        <w:shd w:val="clear" w:color="auto" w:fill="CCCCCC" w:themeFill="text1" w:themeFillTint="33"/>
      </w:tcPr>
    </w:tblStylePr>
    <w:tblStylePr w:type="band1Horz">
      <w:tblPr/>
      <w:tcPr>
        <w:shd w:val="clear" w:color="auto" w:fill="CCCCCC" w:themeFill="text1" w:themeFillTint="33"/>
      </w:tcPr>
    </w:tblStylePr>
  </w:style>
  <w:style w:type="table" w:styleId="PlainTable2">
    <w:name w:val="Plain Table 2"/>
    <w:basedOn w:val="TableNormal"/>
    <w:uiPriority w:val="99"/>
    <w:rsid w:val="008F16EB"/>
    <w:pPr>
      <w:spacing w:after="0" w:line="240" w:lineRule="auto"/>
    </w:pPr>
    <w:tblPr>
      <w:tblStyleRowBandSize w:val="1"/>
      <w:tblStyleColBandSize w:val="1"/>
      <w:tblBorders>
        <w:top w:val="single" w:sz="4" w:space="0" w:color="7F7F7F" w:themeColor="text1" w:themeTint="80"/>
        <w:bottom w:val="single" w:sz="4" w:space="0" w:color="7F7F7F" w:themeColor="text1" w:themeTint="80"/>
      </w:tblBorders>
    </w:tblPr>
    <w:tblStylePr w:type="firstRow">
      <w:rPr>
        <w:b/>
        <w:bCs/>
      </w:rPr>
      <w:tblPr/>
      <w:tcPr>
        <w:tcBorders>
          <w:bottom w:val="single" w:sz="4" w:space="0" w:color="7F7F7F" w:themeColor="text1" w:themeTint="80"/>
        </w:tcBorders>
      </w:tcPr>
    </w:tblStylePr>
    <w:tblStylePr w:type="lastRow">
      <w:rPr>
        <w:b/>
        <w:bCs/>
      </w:rPr>
      <w:tblPr/>
      <w:tcPr>
        <w:tcBorders>
          <w:top w:val="single" w:sz="4" w:space="0" w:color="7F7F7F" w:themeColor="text1" w:themeTint="80"/>
        </w:tcBorders>
      </w:tcPr>
    </w:tblStylePr>
    <w:tblStylePr w:type="firstCol">
      <w:rPr>
        <w:b/>
        <w:bCs/>
      </w:rPr>
    </w:tblStylePr>
    <w:tblStylePr w:type="lastCol">
      <w:rPr>
        <w:b/>
        <w:bCs/>
      </w:rPr>
    </w:tblStylePr>
    <w:tblStylePr w:type="band1Vert">
      <w:tblPr/>
      <w:tcPr>
        <w:tcBorders>
          <w:left w:val="single" w:sz="4" w:space="0" w:color="7F7F7F" w:themeColor="text1" w:themeTint="80"/>
          <w:right w:val="single" w:sz="4" w:space="0" w:color="7F7F7F" w:themeColor="text1" w:themeTint="80"/>
        </w:tcBorders>
      </w:tcPr>
    </w:tblStylePr>
    <w:tblStylePr w:type="band2Vert">
      <w:tblPr/>
      <w:tcPr>
        <w:tcBorders>
          <w:left w:val="single" w:sz="4" w:space="0" w:color="7F7F7F" w:themeColor="text1" w:themeTint="80"/>
          <w:right w:val="single" w:sz="4" w:space="0" w:color="7F7F7F" w:themeColor="text1" w:themeTint="80"/>
        </w:tcBorders>
      </w:tcPr>
    </w:tblStylePr>
    <w:tblStylePr w:type="band1Horz">
      <w:tblPr/>
      <w:tcPr>
        <w:tcBorders>
          <w:top w:val="single" w:sz="4" w:space="0" w:color="7F7F7F" w:themeColor="text1" w:themeTint="80"/>
          <w:bottom w:val="single" w:sz="4" w:space="0" w:color="7F7F7F" w:themeColor="text1" w:themeTint="80"/>
        </w:tcBorders>
      </w:tcPr>
    </w:tblStylePr>
  </w:style>
  <w:style w:type="table" w:styleId="PlainTable3">
    <w:name w:val="Plain Table 3"/>
    <w:basedOn w:val="TableNormal"/>
    <w:uiPriority w:val="99"/>
    <w:rsid w:val="008F16EB"/>
    <w:pPr>
      <w:spacing w:after="0" w:line="240" w:lineRule="auto"/>
    </w:pPr>
    <w:tblPr>
      <w:tblStyleRowBandSize w:val="1"/>
      <w:tblStyleColBandSize w:val="1"/>
    </w:tblPr>
    <w:tblStylePr w:type="firstRow">
      <w:rPr>
        <w:b/>
        <w:bCs/>
        <w:caps/>
      </w:rPr>
      <w:tblPr/>
      <w:tcPr>
        <w:tcBorders>
          <w:bottom w:val="single" w:sz="4" w:space="0" w:color="7F7F7F" w:themeColor="text1" w:themeTint="80"/>
        </w:tcBorders>
      </w:tcPr>
    </w:tblStylePr>
    <w:tblStylePr w:type="lastRow">
      <w:rPr>
        <w:b/>
        <w:bCs/>
        <w:caps/>
      </w:rPr>
      <w:tblPr/>
      <w:tcPr>
        <w:tcBorders>
          <w:top w:val="nil"/>
        </w:tcBorders>
      </w:tcPr>
    </w:tblStylePr>
    <w:tblStylePr w:type="firstCol">
      <w:rPr>
        <w:b/>
        <w:bCs/>
        <w:caps/>
      </w:rPr>
      <w:tblPr/>
      <w:tcPr>
        <w:tcBorders>
          <w:right w:val="single" w:sz="4" w:space="0" w:color="7F7F7F" w:themeColor="text1" w:themeTint="80"/>
        </w:tcBorders>
      </w:tcPr>
    </w:tblStylePr>
    <w:tblStylePr w:type="lastCol">
      <w:rPr>
        <w:b/>
        <w:bCs/>
        <w:caps/>
      </w:rPr>
      <w:tblPr/>
      <w:tcPr>
        <w:tcBorders>
          <w:left w:val="nil"/>
        </w:tcBorders>
      </w:tc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tblStylePr w:type="neCell">
      <w:tblPr/>
      <w:tcPr>
        <w:tcBorders>
          <w:left w:val="nil"/>
        </w:tcBorders>
      </w:tcPr>
    </w:tblStylePr>
    <w:tblStylePr w:type="nwCell">
      <w:tblPr/>
      <w:tcPr>
        <w:tcBorders>
          <w:right w:val="nil"/>
        </w:tcBorders>
      </w:tcPr>
    </w:tblStylePr>
  </w:style>
  <w:style w:type="table" w:styleId="PlainTable1">
    <w:name w:val="Plain Table 1"/>
    <w:basedOn w:val="TableNormal"/>
    <w:uiPriority w:val="99"/>
    <w:rsid w:val="008F16EB"/>
    <w:pPr>
      <w:spacing w:after="0" w:line="240" w:lineRule="auto"/>
    </w:pPr>
    <w:tblPr>
      <w:tblStyleRowBandSize w:val="1"/>
      <w:tblStyleColBandSize w:val="1"/>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tblStylePr w:type="firstRow">
      <w:rPr>
        <w:b/>
        <w:bCs/>
      </w:rPr>
    </w:tblStylePr>
    <w:tblStylePr w:type="lastRow">
      <w:rPr>
        <w:b/>
        <w:bCs/>
      </w:rPr>
      <w:tblPr/>
      <w:tcPr>
        <w:tcBorders>
          <w:top w:val="double" w:sz="4" w:space="0" w:color="BFBFBF" w:themeColor="background1" w:themeShade="BF"/>
        </w:tcBorders>
      </w:tcPr>
    </w:tblStylePr>
    <w:tblStylePr w:type="firstCol">
      <w:rPr>
        <w:b/>
        <w:bCs/>
      </w:rPr>
    </w:tblStylePr>
    <w:tblStylePr w:type="lastCol">
      <w:rPr>
        <w:b/>
        <w:bCs/>
      </w:r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style>
  <w:style w:type="table" w:customStyle="1" w:styleId="Noah">
    <w:name w:val="Noah"/>
    <w:basedOn w:val="TableNormal"/>
    <w:uiPriority w:val="99"/>
    <w:rsid w:val="008F16EB"/>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tblStylePr w:type="firstRow">
      <w:rPr>
        <w:color w:val="auto"/>
      </w:rPr>
      <w:tblPr/>
      <w:tcPr>
        <w:shd w:val="clear" w:color="auto" w:fill="E8E8E8" w:themeFill="background2"/>
      </w:tcPr>
    </w:tblStyle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allowPNG/>
</w:webSettings>
</file>

<file path=word/_rels/document.xml.rels><?xml version='1.0' encoding='UTF-8' standalone='yes'?>
<Relationships xmlns="http://schemas.openxmlformats.org/package/2006/relationships"><Relationship Id="rId3" Type="http://schemas.openxmlformats.org/officeDocument/2006/relationships/styles" Target="styles.xml"/><Relationship Id="rId7"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ntTable" Target="fontTable.xml"/><Relationship Id="rId5" Type="http://schemas.openxmlformats.org/officeDocument/2006/relationships/webSettings" Target="webSettings.xml"/><Relationship Id="rId4" Type="http://schemas.openxmlformats.org/officeDocument/2006/relationships/settings" Target="settings.xml"/><Relationship Id="rId8" Type="http://schemas.openxmlformats.org/officeDocument/2006/relationships/image" Target="media/image1.jpg"/><Relationship Id="rId9" Type="http://schemas.openxmlformats.org/officeDocument/2006/relationships/hyperlink" Target="https://www.noahwire.com" TargetMode="External"/><Relationship Id="rId10" Type="http://schemas.openxmlformats.org/officeDocument/2006/relationships/hyperlink" Target="https://www.europeanpharmaceuticalreview.com/news/181543/automation-to-accelerate-biopharma-in-next-decade/" TargetMode="External"/><Relationship Id="rId11" Type="http://schemas.openxmlformats.org/officeDocument/2006/relationships/hyperlink" Target="https://www.labmanager.com/conquer-cell-line-development-challenges-with-precision-solutions-32712" TargetMode="External"/><Relationship Id="rId12" Type="http://schemas.openxmlformats.org/officeDocument/2006/relationships/hyperlink" Target="https://www.biopharminternational.com/view/streamlining-bioprocesses-with-automation" TargetMode="External"/><Relationship Id="rId13" Type="http://schemas.openxmlformats.org/officeDocument/2006/relationships/hyperlink" Target="https://www.news-medical.net/whitepaper/20230316/How-to-overcome-the-biggest-challenges-in-Cell-Line-development.aspx" TargetMode="External"/><Relationship Id="rId14" Type="http://schemas.openxmlformats.org/officeDocument/2006/relationships/hyperlink" Target="https://www.genengnews.com/topics/drug-discovery/automation-in-cell-line-development-for-biotherapeutics-current-trends-and-challenges/" TargetMode="External"/></Relationships>
</file>

<file path=word/_rels/settings.xml.rels><?xml version='1.0' encoding='UTF-8' standalone='yes'?>
<Relationships xmlns="http://schemas.openxmlformats.org/package/2006/relationships"><Relationship Id="rId1" Type="http://schemas.openxmlformats.org/officeDocument/2006/relationships/attachedTemplate" Target="file:////Users/joaosoares/Downloads/template.dotx" TargetMode="External"/></Relationships>
</file>

<file path=word/theme/theme1.xml><?xml version="1.0" encoding="utf-8"?>
<a:theme xmlns:a="http://schemas.openxmlformats.org/drawingml/2006/main" name="Crop">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Crop">
      <a:majorFont>
        <a:latin typeface="Franklin Gothic Book" panose="020B0503020102020204"/>
        <a:ea typeface=""/>
        <a:cs typeface=""/>
      </a:majorFont>
      <a:minorFont>
        <a:latin typeface="Franklin Gothic Book" panose="020B0503020102020204"/>
        <a:ea typeface=""/>
        <a:cs typeface=""/>
      </a:minorFont>
    </a:fontScheme>
    <a:fmtScheme name="Crop">
      <a:fillStyleLst>
        <a:solidFill>
          <a:schemeClr val="phClr"/>
        </a:solidFill>
        <a:gradFill rotWithShape="1">
          <a:gsLst>
            <a:gs pos="0">
              <a:schemeClr val="phClr">
                <a:tint val="67000"/>
                <a:satMod val="105000"/>
                <a:lumMod val="110000"/>
              </a:schemeClr>
            </a:gs>
            <a:gs pos="50000">
              <a:schemeClr val="phClr">
                <a:tint val="73000"/>
                <a:satMod val="103000"/>
                <a:lumMod val="105000"/>
              </a:schemeClr>
            </a:gs>
            <a:gs pos="100000">
              <a:schemeClr val="phClr">
                <a:tint val="81000"/>
                <a:satMod val="109000"/>
                <a:lumMod val="105000"/>
              </a:schemeClr>
            </a:gs>
          </a:gsLst>
          <a:lin ang="5400000" scaled="0"/>
        </a:gradFill>
        <a:gradFill rotWithShape="1">
          <a:gsLst>
            <a:gs pos="0">
              <a:schemeClr val="phClr">
                <a:tint val="94000"/>
                <a:satMod val="103000"/>
                <a:lumMod val="102000"/>
              </a:schemeClr>
            </a:gs>
            <a:gs pos="50000">
              <a:schemeClr val="phClr">
                <a:shade val="100000"/>
                <a:satMod val="110000"/>
                <a:lumMod val="100000"/>
              </a:schemeClr>
            </a:gs>
            <a:gs pos="100000">
              <a:schemeClr val="phClr">
                <a:shade val="78000"/>
                <a:satMod val="120000"/>
                <a:lumMod val="99000"/>
              </a:schemeClr>
            </a:gs>
          </a:gsLst>
          <a:lin ang="5400000" scaled="0"/>
        </a:gradFill>
      </a:fillStyleLst>
      <a:lnStyleLst>
        <a:ln w="6350" cap="flat" cmpd="sng" algn="in">
          <a:solidFill>
            <a:schemeClr val="phClr"/>
          </a:solidFill>
          <a:prstDash val="solid"/>
        </a:ln>
        <a:ln w="34925" cap="flat" cmpd="sng" algn="in">
          <a:solidFill>
            <a:schemeClr val="phClr"/>
          </a:solidFill>
          <a:prstDash val="solid"/>
        </a:ln>
        <a:ln w="19050" cap="flat" cmpd="sng" algn="in">
          <a:solidFill>
            <a:schemeClr val="phClr"/>
          </a:solidFill>
          <a:prstDash val="solid"/>
        </a:ln>
      </a:lnStyleLst>
      <a:effectStyleLst>
        <a:effectStyle>
          <a:effectLst/>
        </a:effectStyle>
        <a:effectStyle>
          <a:effectLst/>
        </a:effectStyle>
        <a:effectStyle>
          <a:effectLst>
            <a:outerShdw blurRad="57150" dist="19050" dir="5400000" algn="ctr" rotWithShape="0">
              <a:srgbClr val="000000">
                <a:alpha val="35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hade val="98000"/>
                <a:satMod val="150000"/>
                <a:lumMod val="102000"/>
              </a:schemeClr>
            </a:gs>
            <a:gs pos="50000">
              <a:schemeClr val="phClr">
                <a:tint val="98000"/>
                <a:shade val="90000"/>
                <a:satMod val="13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Crop" id="{EC9488ED-E761-4D60-9AC4-764D1FE2C171}" vid="{CE19780C-D67D-4C13-9DE9-A52BC3BA51B4}"/>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EF278816-EC6F-A645-907D-7F25AECB1D4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template.dotx</Template>
  <TotalTime>1</TotalTime>
  <Pages>1</Pages>
  <Words>0</Words>
  <Characters>0</Characters>
  <Application>Microsoft Office Word</Application>
  <DocSecurity>0</DocSecurity>
  <Lines>0</Lines>
  <Paragraphs>0</Paragraphs>
  <ScaleCrop>false</ScaleCrop>
  <HeadingPairs>
    <vt:vector size="2" baseType="variant">
      <vt:variant>
        <vt:lpstr>Title</vt:lpstr>
      </vt:variant>
      <vt:variant>
        <vt:i4>1</vt:i4>
      </vt:variant>
    </vt:vector>
  </HeadingPairs>
  <TitlesOfParts>
    <vt:vector size="1" baseType="lpstr">
      <vt:lpstr/>
    </vt:vector>
  </TitlesOfParts>
  <Manager/>
  <Company/>
  <LinksUpToDate>false</LinksUpToDate>
  <CharactersWithSpaces>0</CharactersWithSpaces>
  <SharedDoc>false</SharedDoc>
  <HyperlinkBase/>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Joao Soares</dc:creator>
  <cp:keywords/>
  <dc:description>generated by python-docx</dc:description>
  <cp:lastModifiedBy>Joao Soares</cp:lastModifiedBy>
  <cp:revision>2</cp:revision>
  <dcterms:created xsi:type="dcterms:W3CDTF">2025-04-30T15:43:00Z</dcterms:created>
  <dcterms:modified xsi:type="dcterms:W3CDTF">2025-04-30T15:43:00Z</dcterms:modified>
  <cp:category/>
</cp:coreProperties>
</file>