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AI headshot generators in professional branding</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a rapidly evolving digital landscape, the significance of a compelling profile photo cannot be understated. Often serving as the first impression for potential employers, network connections, or social media followers, a polished headshot can play a crucial role in professional advancement. However, the traditional routes to securing a high-quality image—such as hiring a photographer or investing time in a photo shoot—are not always feasible or budget-friendly. This has led to a notable rise in the popularity of AI headshot generators, which allow users to create professional images with ease and efficiency.</w:t>
      </w:r>
      <w:r/>
    </w:p>
    <w:p>
      <w:r/>
      <w:r>
        <w:t>AI headshot generators offer an innovative solution by enabling individuals to produce high-quality profile photos with minimal effort. The process typically involves uploading a few selfies, after which advanced algorithms transform these images into polished representations, emulating the quality of a studio photograph without the associated costs or logistical challenges.</w:t>
      </w:r>
      <w:r/>
    </w:p>
    <w:p>
      <w:r/>
      <w:r>
        <w:t>The appeal of these tools lies in the multifaceted capabilities they offer. Background enhancement is a standout feature, allowing users to replace casual or cluttered settings with more professional environments such as sleek office spaces or neutral backdrops, thereby elevating the overall aesthetic. Beyond just changing the background, AI tools also optimise lighting to remove imperfections—concepts such as brightness adjustments and shadows can create a well-lit image that highlights the subject's best features.</w:t>
      </w:r>
      <w:r/>
    </w:p>
    <w:p>
      <w:r/>
      <w:r>
        <w:t>Another element addressed by such tools is the adjustment of facial expressions and posture. AI technology can subtly modify smiles, body angles, and even the tilt of the head, ensuring that the final product radiates confidence and approachability. This is particularly useful for individuals aiming to convey different professional tones, whether they seek to present an image of leadership, calm, or friendliness.</w:t>
      </w:r>
      <w:r/>
    </w:p>
    <w:p>
      <w:r/>
      <w:r>
        <w:t>Further enhancements include skin smoothing and minor retouching, which help achieve a natural yet refined look. The best AI generators are adept at retaining the essential details and textures of the skin so that the final product remains realistic and not overly manipulated.</w:t>
      </w:r>
      <w:r/>
    </w:p>
    <w:p>
      <w:r/>
      <w:r>
        <w:t>Additionally, many of these platforms offer various styles and attire options, enabling users to align their headshots with industry standards or personal branding objectives. This flexibility allows for experimentation with different professional looks, ensuring that the generated headshot is not only visually appealing but also contextually appropriate.</w:t>
      </w:r>
      <w:r/>
    </w:p>
    <w:p>
      <w:r/>
      <w:r>
        <w:t>The process of generating an AI-driven headshot is straightforward. It typically begins with the user taking multiple selfies in diverse poses and expressions, which are then uploaded into an AI tool like Headshot Photo. Users can select backgrounds, adjust lighting, and tweak expressions until they achieve a desirable and polished image. The entire process is designed to be user-friendly, with final images available for download typically within a few hours.</w:t>
      </w:r>
      <w:r/>
    </w:p>
    <w:p>
      <w:r/>
      <w:r>
        <w:t>The benefits of utilising AI for profile pictures extend beyond convenience and affordability, which can be significantly lower than traditional photography services—packages from these AI tools often start at around $19. Quick turnaround times make securing a professional headshot more accessible than ever, especially for those on tight deadlines.</w:t>
      </w:r>
      <w:r/>
    </w:p>
    <w:p>
      <w:r/>
      <w:r>
        <w:t>In addition to affordability and speed, AI-generated headshots provide a consistent quality across multiple platforms. For professionals who require different images for a variety of online profiles, AI ensures a uniform appearance that aligns with one’s personal brand.</w:t>
      </w:r>
      <w:r/>
    </w:p>
    <w:p>
      <w:r/>
      <w:r>
        <w:t>The advancements in AI headshot generation reflect broader trends in the adoption of AI technologies across various business practices. As companies and individuals alike seek streamlined, cost-effective solutions in an increasingly digital marketplace, these tools exemplify how AI innovations can address real-world challenges. With the advantages of convenience, customisation, and quality, AI headshot generators are poised to reshape how professionals approach their online imaging, catering to the demands of modern networking and branding.</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9">
        <w:r>
          <w:rPr>
            <w:color w:val="0000EE"/>
            <w:u w:val="single"/>
          </w:rPr>
          <w:t>https://www.noahwire.com</w:t>
        </w:r>
      </w:hyperlink>
      <w:r>
        <w:t xml:space="preserve"> - This is the source of the article discussing the significance and benefits of AI headshot generators, although the specific page is not provided.</w:t>
      </w:r>
      <w:r/>
    </w:p>
    <w:p>
      <w:pPr>
        <w:pStyle w:val="ListNumber"/>
        <w:spacing w:line="240" w:lineRule="auto"/>
        <w:ind w:left="720"/>
      </w:pPr>
      <w:r/>
      <w:hyperlink r:id="rId10">
        <w:r>
          <w:rPr>
            <w:color w:val="0000EE"/>
            <w:u w:val="single"/>
          </w:rPr>
          <w:t>https://www.adobe.com/sensei.html</w:t>
        </w:r>
      </w:hyperlink>
      <w:r>
        <w:t xml:space="preserve"> - Adobe's AI technology page can corroborate the advanced algorithms used in AI headshot generators for transforming selfies into polished images.</w:t>
      </w:r>
      <w:r/>
    </w:p>
    <w:p>
      <w:pPr>
        <w:pStyle w:val="ListNumber"/>
        <w:spacing w:line="240" w:lineRule="auto"/>
        <w:ind w:left="720"/>
      </w:pPr>
      <w:r/>
      <w:hyperlink r:id="rId11">
        <w:r>
          <w:rPr>
            <w:color w:val="0000EE"/>
            <w:u w:val="single"/>
          </w:rPr>
          <w:t>https://www.canva.com/learn/how-to-use-ai-to-enhance-your-photos/</w:t>
        </w:r>
      </w:hyperlink>
      <w:r>
        <w:t xml:space="preserve"> - Canva's guide on using AI to enhance photos supports the features of background enhancement, lighting adjustments, and facial expression modifications in AI headshot generators.</w:t>
      </w:r>
      <w:r/>
    </w:p>
    <w:p>
      <w:pPr>
        <w:pStyle w:val="ListNumber"/>
        <w:spacing w:line="240" w:lineRule="auto"/>
        <w:ind w:left="720"/>
      </w:pPr>
      <w:r/>
      <w:hyperlink r:id="rId12">
        <w:r>
          <w:rPr>
            <w:color w:val="0000EE"/>
            <w:u w:val="single"/>
          </w:rPr>
          <w:t>https://www.deepart.io/</w:t>
        </w:r>
      </w:hyperlink>
      <w:r>
        <w:t xml:space="preserve"> - DeepArt's AI-powered photo editing tools demonstrate the capabilities of AI in adjusting lighting, shadows, and facial expressions to create professional-looking headshots.</w:t>
      </w:r>
      <w:r/>
    </w:p>
    <w:p>
      <w:pPr>
        <w:pStyle w:val="ListNumber"/>
        <w:spacing w:line="240" w:lineRule="auto"/>
        <w:ind w:left="720"/>
      </w:pPr>
      <w:r/>
      <w:hyperlink r:id="rId13">
        <w:r>
          <w:rPr>
            <w:color w:val="0000EE"/>
            <w:u w:val="single"/>
          </w:rPr>
          <w:t>https://www.portraitpro.com/</w:t>
        </w:r>
      </w:hyperlink>
      <w:r>
        <w:t xml:space="preserve"> - PortraitPro's AI-driven retouching software illustrates the skin smoothing and minor retouching features mentioned in the article.</w:t>
      </w:r>
      <w:r/>
    </w:p>
    <w:p>
      <w:pPr>
        <w:pStyle w:val="ListNumber"/>
        <w:spacing w:line="240" w:lineRule="auto"/>
        <w:ind w:left="720"/>
      </w:pPr>
      <w:r/>
      <w:hyperlink r:id="rId14">
        <w:r>
          <w:rPr>
            <w:color w:val="0000EE"/>
            <w:u w:val="single"/>
          </w:rPr>
          <w:t>https://www.headshotpro.ai/</w:t>
        </w:r>
      </w:hyperlink>
      <w:r>
        <w:t xml:space="preserve"> - Headshot Pro's AI tool exemplifies the user-friendly process of generating headshots, including selecting backgrounds and adjusting expressions.</w:t>
      </w:r>
      <w:r/>
    </w:p>
    <w:p>
      <w:pPr>
        <w:pStyle w:val="ListNumber"/>
        <w:spacing w:line="240" w:lineRule="auto"/>
        <w:ind w:left="720"/>
      </w:pPr>
      <w:r/>
      <w:hyperlink r:id="rId15">
        <w:r>
          <w:rPr>
            <w:color w:val="0000EE"/>
            <w:u w:val="single"/>
          </w:rPr>
          <w:t>https://www.prnewswire.com/news-releases/global-photography-market-report-2022-2027---increasing-demand-for-digital-photography-and-rising-adoption-of-ai-in-photography-301586141.html</w:t>
        </w:r>
      </w:hyperlink>
      <w:r>
        <w:t xml:space="preserve"> - This market report supports the trend of increasing adoption of AI in photography, including headshot generation, due to its convenience and affordability.</w:t>
      </w:r>
      <w:r/>
    </w:p>
    <w:p>
      <w:pPr>
        <w:pStyle w:val="ListNumber"/>
        <w:spacing w:line="240" w:lineRule="auto"/>
        <w:ind w:left="720"/>
      </w:pPr>
      <w:r/>
      <w:hyperlink r:id="rId16">
        <w:r>
          <w:rPr>
            <w:color w:val="0000EE"/>
            <w:u w:val="single"/>
          </w:rPr>
          <w:t>https://www.forbes.com/sites/forbestechcouncil/2022/02/22/how-ai-is-changing-the-photography-industry/?sh=3c9c95f46e5a</w:t>
        </w:r>
      </w:hyperlink>
      <w:r>
        <w:t xml:space="preserve"> - Forbes' article on how AI is changing the photography industry corroborates the broader trends in AI adoption and its impact on professional imaging.</w:t>
      </w:r>
      <w:r/>
    </w:p>
    <w:p>
      <w:pPr>
        <w:pStyle w:val="ListNumber"/>
        <w:spacing w:line="240" w:lineRule="auto"/>
        <w:ind w:left="720"/>
      </w:pPr>
      <w:r/>
      <w:hyperlink r:id="rId17">
        <w:r>
          <w:rPr>
            <w:color w:val="0000EE"/>
            <w:u w:val="single"/>
          </w:rPr>
          <w:t>https://www.smartsheet.com/blog/how-ai-is-transforming-business-practices</w:t>
        </w:r>
      </w:hyperlink>
      <w:r>
        <w:t xml:space="preserve"> - Smartsheet's article on AI transforming business practices supports the idea that AI innovations are addressing real-world challenges across various business practices, including professional imaging.</w:t>
      </w:r>
      <w:r/>
    </w:p>
    <w:p>
      <w:pPr>
        <w:pStyle w:val="ListNumber"/>
        <w:spacing w:line="240" w:lineRule="auto"/>
        <w:ind w:left="720"/>
      </w:pPr>
      <w:r/>
      <w:hyperlink r:id="rId18">
        <w:r>
          <w:rPr>
            <w:color w:val="0000EE"/>
            <w:u w:val="single"/>
          </w:rPr>
          <w:t>https://www.businessinsider.com/how-ai-is-changing-the-way-we-work-2022-10</w:t>
        </w:r>
      </w:hyperlink>
      <w:r>
        <w:t xml:space="preserve"> - Business Insider's article on how AI is changing the way we work highlights the cost-effective and streamlined solutions AI provides, aligning with the benefits of AI headshot generators.</w:t>
      </w:r>
      <w:r/>
    </w:p>
    <w:p>
      <w:pPr>
        <w:pStyle w:val="ListNumber"/>
        <w:spacing w:line="240" w:lineRule="auto"/>
        <w:ind w:left="720"/>
      </w:pPr>
      <w:r/>
      <w:hyperlink r:id="rId19">
        <w:r>
          <w:rPr>
            <w:color w:val="0000EE"/>
            <w:u w:val="single"/>
          </w:rPr>
          <w:t>https://www.inc.com/magazine/202210/ben-trefny/how-ai-is-revolutionizing-professional-branding.html</w:t>
        </w:r>
      </w:hyperlink>
      <w:r>
        <w:t xml:space="preserve"> - Inc.'s article on how AI is revolutionizing professional branding supports the idea that AI-generated headshots provide consistent quality and align with personal branding objectives.</w:t>
      </w:r>
      <w:r/>
    </w:p>
    <w:p>
      <w:pPr>
        <w:pStyle w:val="ListNumber"/>
        <w:spacing w:line="240" w:lineRule="auto"/>
        <w:ind w:left="720"/>
      </w:pPr>
      <w:r/>
      <w:hyperlink r:id="rId20">
        <w:r>
          <w:rPr>
            <w:color w:val="0000EE"/>
            <w:u w:val="single"/>
          </w:rPr>
          <w:t>https://www.londondaily.news/get-a-perfect-profile-photo-use-ai-to-generate-professional-headshots/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dobe.com/sensei.html" TargetMode="External"/><Relationship Id="rId11" Type="http://schemas.openxmlformats.org/officeDocument/2006/relationships/hyperlink" Target="https://www.canva.com/learn/how-to-use-ai-to-enhance-your-photos/" TargetMode="External"/><Relationship Id="rId12" Type="http://schemas.openxmlformats.org/officeDocument/2006/relationships/hyperlink" Target="https://www.deepart.io/" TargetMode="External"/><Relationship Id="rId13" Type="http://schemas.openxmlformats.org/officeDocument/2006/relationships/hyperlink" Target="https://www.portraitpro.com/" TargetMode="External"/><Relationship Id="rId14" Type="http://schemas.openxmlformats.org/officeDocument/2006/relationships/hyperlink" Target="https://www.headshotpro.ai/" TargetMode="External"/><Relationship Id="rId15" Type="http://schemas.openxmlformats.org/officeDocument/2006/relationships/hyperlink" Target="https://www.prnewswire.com/news-releases/global-photography-market-report-2022-2027---increasing-demand-for-digital-photography-and-rising-adoption-of-ai-in-photography-301586141.html" TargetMode="External"/><Relationship Id="rId16" Type="http://schemas.openxmlformats.org/officeDocument/2006/relationships/hyperlink" Target="https://www.forbes.com/sites/forbestechcouncil/2022/02/22/how-ai-is-changing-the-photography-industry/?sh=3c9c95f46e5a" TargetMode="External"/><Relationship Id="rId17" Type="http://schemas.openxmlformats.org/officeDocument/2006/relationships/hyperlink" Target="https://www.smartsheet.com/blog/how-ai-is-transforming-business-practices" TargetMode="External"/><Relationship Id="rId18" Type="http://schemas.openxmlformats.org/officeDocument/2006/relationships/hyperlink" Target="https://www.businessinsider.com/how-ai-is-changing-the-way-we-work-2022-10" TargetMode="External"/><Relationship Id="rId19" Type="http://schemas.openxmlformats.org/officeDocument/2006/relationships/hyperlink" Target="https://www.inc.com/magazine/202210/ben-trefny/how-ai-is-revolutionizing-professional-branding.html" TargetMode="External"/><Relationship Id="rId20" Type="http://schemas.openxmlformats.org/officeDocument/2006/relationships/hyperlink" Target="https://www.londondaily.news/get-a-perfect-profile-photo-use-ai-to-generate-professional-headshot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