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Omi pendant: a new player in AI personal assistance</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In recent discussions around the intersection of artificial intelligence (AI) and personal assistance, a noteworthy addition to the market is the Omi pendant, developed by the start-up Based Hardware. As reported by The New York Sun, this device is designed to enhance everyday interactions by offering real-time information to its users.</w:t>
      </w:r>
      <w:r/>
    </w:p>
    <w:p>
      <w:r/>
      <w:r>
        <w:t>The Omi pendant, which resembles a thick button-cell battery, is a compact device equipped with an onboard microphone array, a chipset, and a battery life of approximately three days. Its operational framework allows it to listen for user interactions, process audio through a connected smartphone, and provide timely notifications in response to verbal cues. This functionality is intended to mimic established AI assistants, such as Amazon’s Alexa, but with a key difference; users need not utter activation phrases to engage it.</w:t>
      </w:r>
      <w:r/>
    </w:p>
    <w:p>
      <w:r/>
      <w:r>
        <w:t>The potential applications of this technology include real-time assistance during everyday conversations. For example, should a user mention Bitcoin but forget the current price, the Omi would notify them with the requested information through their phone. During professional calls, it could similarly deliver relevant data to enhance the discussion. However, this concept raises questions regarding its practical implementation. Critics express concerns that the notifications may bombard users with irrelevant or incorrect information, detracting from its intended utility.</w:t>
      </w:r>
      <w:r/>
    </w:p>
    <w:p>
      <w:r/>
      <w:r>
        <w:t>Omi is priced at $89 without any subscription fees, which has not mitigated doubts regarding its functionality. The device also features functions that some may deem gimmicky, such as the ability to interact with synthetic versions of popular Twitter accounts, including an AI representation of Elon Musk.</w:t>
      </w:r>
      <w:r/>
    </w:p>
    <w:p>
      <w:r/>
      <w:r>
        <w:t>The design includes options for wearing it as a necklace, which is the recommended usage, or attaching it to the side of the head using medical tape — a feature touted as a rudimentary means of achieving a neural interface, enabling the device to detect spoken words without vocalisation. While the idea of direct thought interaction is fascinating, the feasibility of achieving such technology is currently limited. Larger companies such as Meta have invested significantly in similar advancements, suggesting that Based Hardware may face challenges in breaking new ground in that area.</w:t>
      </w:r>
      <w:r/>
    </w:p>
    <w:p>
      <w:r/>
      <w:r>
        <w:t>The reception of Omi pin highlights a broader trend in AI personal assistants, indicating that while industry advancements continue to emerge, the journey from concept to practical application remains fraught with challenges. The potential for an effective, always-listening AI device persists, which may ultimately lead to a more seamless integration into daily life; however, the success of Omi as a frontrunner in this evolution remains uncertain.</w:t>
      </w:r>
      <w:r/>
    </w:p>
    <w:p>
      <w:r/>
      <w:r>
        <w:t xml:space="preserve">Source: </w:t>
      </w:r>
      <w:hyperlink r:id="rId9">
        <w:r>
          <w:rPr>
            <w:color w:val="0000EE"/>
            <w:u w:val="single"/>
          </w:rPr>
          <w:t>Noah Wire Services</w:t>
        </w:r>
      </w:hyperlink>
      <w:r/>
    </w:p>
    <w:p>
      <w:pPr>
        <w:pStyle w:val="Heading2"/>
      </w:pPr>
      <w:r>
        <w:t>Bibliography</w:t>
      </w:r>
      <w:r/>
      <w:r/>
    </w:p>
    <w:p>
      <w:pPr>
        <w:pStyle w:val="ListBullet"/>
        <w:spacing w:line="240" w:lineRule="auto"/>
        <w:ind w:left="720"/>
      </w:pPr>
      <w:r/>
      <w:hyperlink r:id="rId10">
        <w:r>
          <w:rPr>
            <w:color w:val="0000EE"/>
            <w:u w:val="single"/>
          </w:rPr>
          <w:t>https://www.nysun.com/article/based-hardware-announces-yet-another-ai-pendant</w:t>
        </w:r>
      </w:hyperlink>
      <w:r>
        <w:t xml:space="preserve"> - Corroborates the announcement of the Omi pendant by Based Hardware, its design, functionality, and potential applications.</w:t>
      </w:r>
      <w:r/>
    </w:p>
    <w:p>
      <w:pPr>
        <w:pStyle w:val="ListBullet"/>
        <w:spacing w:line="240" w:lineRule="auto"/>
        <w:ind w:left="720"/>
      </w:pPr>
      <w:r/>
      <w:hyperlink r:id="rId10">
        <w:r>
          <w:rPr>
            <w:color w:val="0000EE"/>
            <w:u w:val="single"/>
          </w:rPr>
          <w:t>https://www.nysun.com/article/based-hardware-announces-yet-another-ai-pendant</w:t>
        </w:r>
      </w:hyperlink>
      <w:r>
        <w:t xml:space="preserve"> - Details the operational framework of the Omi pendant, including its microphone array, chipset, and battery life.</w:t>
      </w:r>
      <w:r/>
    </w:p>
    <w:p>
      <w:pPr>
        <w:pStyle w:val="ListBullet"/>
        <w:spacing w:line="240" w:lineRule="auto"/>
        <w:ind w:left="720"/>
      </w:pPr>
      <w:r/>
      <w:hyperlink r:id="rId10">
        <w:r>
          <w:rPr>
            <w:color w:val="0000EE"/>
            <w:u w:val="single"/>
          </w:rPr>
          <w:t>https://www.nysun.com/article/based-hardware-announces-yet-another-ai-pendant</w:t>
        </w:r>
      </w:hyperlink>
      <w:r>
        <w:t xml:space="preserve"> - Explains the intended functionality to provide real-time information during conversations and the concerns about notification accuracy.</w:t>
      </w:r>
      <w:r/>
    </w:p>
    <w:p>
      <w:pPr>
        <w:pStyle w:val="ListBullet"/>
        <w:spacing w:line="240" w:lineRule="auto"/>
        <w:ind w:left="720"/>
      </w:pPr>
      <w:r/>
      <w:hyperlink r:id="rId10">
        <w:r>
          <w:rPr>
            <w:color w:val="0000EE"/>
            <w:u w:val="single"/>
          </w:rPr>
          <w:t>https://www.nysun.com/article/based-hardware-announces-yet-another-ai-pendant</w:t>
        </w:r>
      </w:hyperlink>
      <w:r>
        <w:t xml:space="preserve"> - Mentions the price of $89 without subscription fees and the gimmicky features such as interacting with synthetic Twitter accounts.</w:t>
      </w:r>
      <w:r/>
    </w:p>
    <w:p>
      <w:pPr>
        <w:pStyle w:val="ListBullet"/>
        <w:spacing w:line="240" w:lineRule="auto"/>
        <w:ind w:left="720"/>
      </w:pPr>
      <w:r/>
      <w:hyperlink r:id="rId10">
        <w:r>
          <w:rPr>
            <w:color w:val="0000EE"/>
            <w:u w:val="single"/>
          </w:rPr>
          <w:t>https://www.nysun.com/article/based-hardware-announces-yet-another-ai-pendant</w:t>
        </w:r>
      </w:hyperlink>
      <w:r>
        <w:t xml:space="preserve"> - Discusses the design options for wearing the Omi pendant and the concept of a neural interface using medical tape.</w:t>
      </w:r>
      <w:r/>
    </w:p>
    <w:p>
      <w:pPr>
        <w:pStyle w:val="ListBullet"/>
        <w:spacing w:line="240" w:lineRule="auto"/>
        <w:ind w:left="720"/>
      </w:pPr>
      <w:r/>
      <w:hyperlink r:id="rId10">
        <w:r>
          <w:rPr>
            <w:color w:val="0000EE"/>
            <w:u w:val="single"/>
          </w:rPr>
          <w:t>https://www.nysun.com/article/based-hardware-announces-yet-another-ai-pendant</w:t>
        </w:r>
      </w:hyperlink>
      <w:r>
        <w:t xml:space="preserve"> - Highlights the broader trend in AI personal assistants and the challenges in achieving practical application.</w:t>
      </w:r>
      <w:r/>
    </w:p>
    <w:p>
      <w:pPr>
        <w:pStyle w:val="ListBullet"/>
        <w:spacing w:line="240" w:lineRule="auto"/>
        <w:ind w:left="720"/>
      </w:pPr>
      <w:r/>
      <w:hyperlink r:id="rId11">
        <w:r>
          <w:rPr>
            <w:color w:val="0000EE"/>
            <w:u w:val="single"/>
          </w:rPr>
          <w:t>https://www.youtube.com/watch?v=nljFuUvMKVw</w:t>
        </w:r>
      </w:hyperlink>
      <w:r>
        <w:t xml:space="preserve"> - Provides a review of a similar AI pendant, discussing its functionality, limitations, and potential future improvements.</w:t>
      </w:r>
      <w:r/>
    </w:p>
    <w:p>
      <w:pPr>
        <w:pStyle w:val="ListBullet"/>
        <w:spacing w:line="240" w:lineRule="auto"/>
        <w:ind w:left="720"/>
      </w:pPr>
      <w:r/>
      <w:hyperlink r:id="rId11">
        <w:r>
          <w:rPr>
            <w:color w:val="0000EE"/>
            <w:u w:val="single"/>
          </w:rPr>
          <w:t>https://www.youtube.com/watch?v=nljFuUvMKVw</w:t>
        </w:r>
      </w:hyperlink>
      <w:r>
        <w:t xml:space="preserve"> - Details the technical aspects of the device, such as the main board, microphones, Bluetooth module, and battery.</w:t>
      </w:r>
      <w:r/>
    </w:p>
    <w:p>
      <w:pPr>
        <w:pStyle w:val="ListBullet"/>
        <w:spacing w:line="240" w:lineRule="auto"/>
        <w:ind w:left="720"/>
      </w:pPr>
      <w:r/>
      <w:hyperlink r:id="rId11">
        <w:r>
          <w:rPr>
            <w:color w:val="0000EE"/>
            <w:u w:val="single"/>
          </w:rPr>
          <w:t>https://www.youtube.com/watch?v=nljFuUvMKVw</w:t>
        </w:r>
      </w:hyperlink>
      <w:r>
        <w:t xml:space="preserve"> - Addresses issues like Bluetooth range and data loss, which are relevant to the practical implementation of such devices.</w:t>
      </w:r>
      <w:r/>
    </w:p>
    <w:p>
      <w:pPr>
        <w:pStyle w:val="ListBullet"/>
        <w:spacing w:line="240" w:lineRule="auto"/>
        <w:ind w:left="720"/>
      </w:pPr>
      <w:r/>
      <w:hyperlink r:id="rId12">
        <w:r>
          <w:rPr>
            <w:color w:val="0000EE"/>
            <w:u w:val="single"/>
          </w:rPr>
          <w:t>https://basedhardware.com/?ref=ROBERTMITCHELL</w:t>
        </w:r>
      </w:hyperlink>
      <w:r>
        <w:t xml:space="preserve"> - Provides a link to the manufacturer's website, which could offer additional details on the product and its features.</w:t>
      </w:r>
      <w:r/>
    </w:p>
    <w:p>
      <w:pPr>
        <w:pStyle w:val="ListBullet"/>
        <w:spacing w:line="240" w:lineRule="auto"/>
        <w:ind w:left="720"/>
      </w:pPr>
      <w:r/>
      <w:hyperlink r:id="rId10">
        <w:r>
          <w:rPr>
            <w:color w:val="0000EE"/>
            <w:u w:val="single"/>
          </w:rPr>
          <w:t>https://www.nysun.com/article/based-hardware-announces-yet-another-ai-pendant</w:t>
        </w:r>
      </w:hyperlink>
      <w:r>
        <w:t xml:space="preserve"> - Compares the efforts of Based Hardware with larger companies like Meta in developing neural interface technology.</w:t>
      </w:r>
      <w:r/>
    </w:p>
    <w:p>
      <w:pPr>
        <w:pStyle w:val="ListBullet"/>
        <w:spacing w:line="240" w:lineRule="auto"/>
        <w:ind w:left="720"/>
      </w:pPr>
      <w:r/>
      <w:hyperlink r:id="rId10">
        <w:r>
          <w:rPr>
            <w:color w:val="0000EE"/>
            <w:u w:val="single"/>
          </w:rPr>
          <w:t>https://www.nysun.com/article/based-hardware-announces-yet-another-ai-pendant</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www.nysun.com/article/based-hardware-announces-yet-another-ai-pendant" TargetMode="External"/><Relationship Id="rId11" Type="http://schemas.openxmlformats.org/officeDocument/2006/relationships/hyperlink" Target="https://www.youtube.com/watch?v=nljFuUvMKVw" TargetMode="External"/><Relationship Id="rId12" Type="http://schemas.openxmlformats.org/officeDocument/2006/relationships/hyperlink" Target="https://basedhardware.com/?ref=ROBERTMITCHELL"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