
<file path=[Content_Types].xml><?xml version="1.0" encoding="utf-8"?>
<Types xmlns="http://schemas.openxmlformats.org/package/2006/content-types">
  <Default Extension="jpeg" ContentType="image/jpeg"/>
  <Default Extension="jpg" ContentType="image/jpeg"/>
  <Default Extension="rels" ContentType="application/vnd.openxmlformats-package.relationships+xml"/>
  <Default Extension="xml" ContentType="application/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stylesWithEffects.xml" ContentType="application/vnd.ms-word.stylesWithEffect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pPr>
        <w:pStyle w:val="Heading1"/>
      </w:pPr>
      <w:r>
        <w:t>Navigating ethical challenges in data science</w:t>
      </w:r>
    </w:p>
    <w:p>
      <w:r/>
    </w:p>
    <w:p>
      <w:r>
        <w:drawing>
          <wp:inline xmlns:a="http://schemas.openxmlformats.org/drawingml/2006/main" xmlns:pic="http://schemas.openxmlformats.org/drawingml/2006/picture">
            <wp:extent cx="5486400" cy="3135086"/>
            <wp:docPr id="1" name="Picture 1"/>
            <wp:cNvGraphicFramePr>
              <a:graphicFrameLocks noChangeAspect="1"/>
            </wp:cNvGraphicFramePr>
            <a:graphic>
              <a:graphicData uri="http://schemas.openxmlformats.org/drawingml/2006/picture">
                <pic:pic>
                  <pic:nvPicPr>
                    <pic:cNvPr id="0" name="image.jpg"/>
                    <pic:cNvPicPr/>
                  </pic:nvPicPr>
                  <pic:blipFill>
                    <a:blip r:embed="rId9"/>
                    <a:stretch>
                      <a:fillRect/>
                    </a:stretch>
                  </pic:blipFill>
                  <pic:spPr>
                    <a:xfrm>
                      <a:off x="0" y="0"/>
                      <a:ext cx="5486400" cy="3135086"/>
                    </a:xfrm>
                    <a:prstGeom prst="rect"/>
                  </pic:spPr>
                </pic:pic>
              </a:graphicData>
            </a:graphic>
          </wp:inline>
        </w:drawing>
      </w:r>
    </w:p>
    <w:p>
      <w:r>
        <w:t>Data science is increasingly recognised as a vital component in various sectors such as healthcare, finance, and technology, significantly influencing how innovations are developed and implemented. However, the rapid growth of this discipline brings forth a host of ethical challenges that need careful navigation. The article from TechBullion discusses how organisations can implement ethical data practices to balance the competing demands of innovation and privacy.</w:t>
      </w:r>
    </w:p>
    <w:p>
      <w:r>
        <w:t>At the core of ethical data science is the necessity for responsible decision-making. As reliance on big data and artificial intelligence escalates, the prioritisation of ethical considerations becomes paramount. Organisations that embed ethical principles in their operations not only protect individuals' rights but also enhance public trust. This trust is particularly crucial in today's climate, where incidents of data breaches and misuse can cause considerable societal disruption.</w:t>
      </w:r>
    </w:p>
    <w:p>
      <w:r>
        <w:t>Respect for privacy is identified as a fundamental aspect of ethical data practices. To safeguard personal information effectively, organisations must adopt proactive measures, including obtaining explicit consent prior to data collection and employing anonymisation techniques to protect identifiable information. By integrating privacy-first principles into their frameworks, businesses signal their dedication to upholding individuals' rights. Furthermore, transparency in data sourcing, storage, and usage can lead to increased customer loyalty, presenting an opportunity for organisations to innovate responsibly.</w:t>
      </w:r>
    </w:p>
    <w:p>
      <w:r>
        <w:t>Bias and fairness are additional critical areas of concern within ethical data practices. Data scientists face the challenge of ensuring that algorithms do not produce discriminatory outcomes that could negatively impact marginalised groups. To address this, regular audits of datasets and algorithms are necessary to evaluate their representativeness and the equitability of their predictions.</w:t>
      </w:r>
    </w:p>
    <w:p>
      <w:r>
        <w:t>The aspect of transparency plays a crucial role in fostering accountability within data science. Comprehensive documentation of data sources, methodologies, and transformations is essential for stakeholders, including regulators and the public, to comprehend how decisions are derived and the manner in which data is utilised. Moreover, organisations are encouraged to implement internal review boards or ethics committees that can oversee data-driven initiatives, ensuring that ethical breaches are appropriately addressed and societal implications are duly considered.</w:t>
      </w:r>
    </w:p>
    <w:p>
      <w:r>
        <w:t>Compliance with existing legal frameworks is another pivotal factor for organisations operating in this sector. Regulations such as the General Data Protection Regulation (GDPR), the Health Insurance Portability and Accountability Act (HIPAA), and the California Consumer Privacy Act (CCPA) establish robust guidelines for data collection, processing, and storage. Adherence to these regulations not only aids organisations in avoiding legal repercussions but also solidifies the significance of ethical data practices, reinforcing societal values in data handling.</w:t>
      </w:r>
    </w:p>
    <w:p>
      <w:r>
        <w:t>The landscape of data science is perpetually evolving, which necessitates ongoing ethical evaluations. As new technologies emerge, organisations must continuously assess the societal implications of their data-driven innovations. For instance, the introduction of facial recognition technology has ignited significant debate concerning surveillance and privacy concerns, underscoring the need for comprehensive ethical assessments.</w:t>
      </w:r>
    </w:p>
    <w:p>
      <w:r>
        <w:t>In summation, the management of privacy in the advancing field of data science demands meticulous attention. By implementing strong ethical practices, organisations are positioned to uphold user rights and foster innovation. TechBullion emphasises that by prioritising ethical standards—particularly in privacy protection, bias mitigation, and transparency—organisations can simultaneously cultivate community trust and drive responsible growth within the digital landscape. Adapting ethical frameworks to remain relevant in this rapidly changing discipline is critical for sustainable success in the future.</w:t>
      </w:r>
    </w:p>
    <w:p>
      <w:r>
        <w:t xml:space="preserve">Source: </w:t>
      </w:r>
      <w:hyperlink r:id="rId10">
        <w:r>
          <w:rPr>
            <w:u w:val="single"/>
            <w:color w:val="0000FF"/>
            <w:rStyle w:val="Hyperlink"/>
          </w:rPr>
          <w:t>Noah Wire Services</w:t>
        </w:r>
      </w:hyperlink>
    </w:p>
    <w:p>
      <w:pPr>
        <w:pStyle w:val="Heading2"/>
      </w:pPr>
      <w:r>
        <w:t>References</w:t>
      </w:r>
    </w:p>
    <w:p>
      <w:pPr>
        <w:pStyle w:val="ListBullet"/>
      </w:pPr>
      <w:hyperlink r:id="rId11">
        <w:r>
          <w:rPr>
            <w:u w:val="single"/>
            <w:color w:val="0000FF"/>
            <w:rStyle w:val="Hyperlink"/>
          </w:rPr>
          <w:t>https://www.covelent.com/articles/the-ethical-dilemmas-of-data-science-balancing-privacy-with-innovation</w:t>
        </w:r>
      </w:hyperlink>
      <w:r>
        <w:t xml:space="preserve"> - This article discusses the ethical dilemmas in data science, including privacy, bias, and transparency, highlighting the need for balancing innovation with ethical considerations.</w:t>
      </w:r>
    </w:p>
    <w:p>
      <w:pPr>
        <w:pStyle w:val="ListBullet"/>
      </w:pPr>
      <w:hyperlink r:id="rId12">
        <w:r>
          <w:rPr>
            <w:u w:val="single"/>
            <w:color w:val="0000FF"/>
            <w:rStyle w:val="Hyperlink"/>
          </w:rPr>
          <w:t>https://online.maryville.edu/online-masters-degrees/data-science/careers/data-science-ethics-issues-and-strategies/</w:t>
        </w:r>
      </w:hyperlink>
      <w:r>
        <w:t xml:space="preserve"> - This resource outlines the importance of ethics in data science, focusing on issues like data privacy and bias, and strategies for ethical data practices.</w:t>
      </w:r>
    </w:p>
    <w:p>
      <w:pPr>
        <w:pStyle w:val="ListBullet"/>
      </w:pPr>
      <w:hyperlink r:id="rId13">
        <w:r>
          <w:rPr>
            <w:u w:val="single"/>
            <w:color w:val="0000FF"/>
            <w:rStyle w:val="Hyperlink"/>
          </w:rPr>
          <w:t>https://paiu.ae/what-are-the-ethical-challenges-in-data-science-and-ai-what-you-need-to-know/</w:t>
        </w:r>
      </w:hyperlink>
      <w:r>
        <w:t xml:space="preserve"> - This article explores ethical challenges in data science and AI, including data protection, transparency, and biased identification.</w:t>
      </w:r>
    </w:p>
    <w:p>
      <w:pPr>
        <w:pStyle w:val="ListBullet"/>
      </w:pPr>
      <w:hyperlink r:id="rId14">
        <w:r>
          <w:rPr>
            <w:u w:val="single"/>
            <w:color w:val="0000FF"/>
            <w:rStyle w:val="Hyperlink"/>
          </w:rPr>
          <w:t>https://www.eugdpr.org/</w:t>
        </w:r>
      </w:hyperlink>
      <w:r>
        <w:t xml:space="preserve"> - The General Data Protection Regulation (GDPR) provides guidelines for data collection, processing, and storage, emphasizing privacy and ethical data handling.</w:t>
      </w:r>
    </w:p>
    <w:p>
      <w:pPr>
        <w:pStyle w:val="ListBullet"/>
      </w:pPr>
      <w:hyperlink r:id="rId15">
        <w:r>
          <w:rPr>
            <w:u w:val="single"/>
            <w:color w:val="0000FF"/>
            <w:rStyle w:val="Hyperlink"/>
          </w:rPr>
          <w:t>https://www.hhs.gov/hipaa/index.html</w:t>
        </w:r>
      </w:hyperlink>
      <w:r>
        <w:t xml:space="preserve"> - The Health Insurance Portability and Accountability Act (HIPAA) sets standards for protecting sensitive patient health information, aligning with ethical data practices.</w:t>
      </w:r>
    </w:p>
    <w:p>
      <w:pPr>
        <w:pStyle w:val="ListBullet"/>
      </w:pPr>
      <w:hyperlink r:id="rId16">
        <w:r>
          <w:rPr>
            <w:u w:val="single"/>
            <w:color w:val="0000FF"/>
            <w:rStyle w:val="Hyperlink"/>
          </w:rPr>
          <w:t>https://oag.ca.gov/privacy/ccpa</w:t>
        </w:r>
      </w:hyperlink>
      <w:r>
        <w:t xml:space="preserve"> - The California Consumer Privacy Act (CCPA) regulates how businesses handle consumer data, reinforcing ethical data practices and privacy protection.</w:t>
      </w:r>
    </w:p>
    <w:p>
      <w:pPr>
        <w:pStyle w:val="ListBullet"/>
      </w:pPr>
      <w:hyperlink r:id="rId17">
        <w:r>
          <w:rPr>
            <w:u w:val="single"/>
            <w:color w:val="0000FF"/>
            <w:rStyle w:val="Hyperlink"/>
          </w:rPr>
          <w:t>https://www.opendatainstitute.org/</w:t>
        </w:r>
      </w:hyperlink>
      <w:r>
        <w:t xml:space="preserve"> - The Open Data Institute (ODI) promotes ethical data use and governance, providing guidelines for responsible data practices.</w:t>
      </w:r>
    </w:p>
    <w:p>
      <w:pPr>
        <w:pStyle w:val="ListBullet"/>
      </w:pPr>
      <w:hyperlink r:id="rId18">
        <w:r>
          <w:rPr>
            <w:u w:val="single"/>
            <w:color w:val="0000FF"/>
            <w:rStyle w:val="Hyperlink"/>
          </w:rPr>
          <w:t>https://www.partnershiponai.org/</w:t>
        </w:r>
      </w:hyperlink>
      <w:r>
        <w:t xml:space="preserve"> - The Partnership on AI focuses on developing best practices for AI and data science, emphasizing ethical considerations and responsible innovation.</w:t>
      </w:r>
    </w:p>
    <w:p>
      <w:pPr>
        <w:pStyle w:val="ListBullet"/>
      </w:pPr>
      <w:hyperlink r:id="rId19">
        <w:r>
          <w:rPr>
            <w:u w:val="single"/>
            <w:color w:val="0000FF"/>
            <w:rStyle w:val="Hyperlink"/>
          </w:rPr>
          <w:t>https://www.nist.gov/privacy-framework</w:t>
        </w:r>
      </w:hyperlink>
      <w:r>
        <w:t xml:space="preserve"> - The National Institute of Standards and Technology (NIST) offers frameworks for ensuring data privacy, aligning with ethical data practices.</w:t>
      </w:r>
    </w:p>
    <w:p>
      <w:pPr>
        <w:pStyle w:val="ListBullet"/>
      </w:pPr>
      <w:hyperlink r:id="rId20">
        <w:r>
          <w:rPr>
            <w:u w:val="single"/>
            <w:color w:val="0000FF"/>
            <w:rStyle w:val="Hyperlink"/>
          </w:rPr>
          <w:t>https://www.worldbank.org/en/topic/digital-development/brief/data-ethics</w:t>
        </w:r>
      </w:hyperlink>
      <w:r>
        <w:t xml:space="preserve"> - This resource discusses data ethics in the context of digital development, highlighting the importance of ethical considerations in data science.</w:t>
      </w:r>
    </w:p>
    <w:p>
      <w:pPr>
        <w:pStyle w:val="ListBullet"/>
      </w:pPr>
      <w:hyperlink r:id="rId21">
        <w:r>
          <w:rPr>
            <w:u w:val="single"/>
            <w:color w:val="0000FF"/>
            <w:rStyle w:val="Hyperlink"/>
          </w:rPr>
          <w:t>https://techbullion.com/ethics-in-data-science-balancing-innovation-and-privacy/</w:t>
        </w:r>
      </w:hyperlink>
      <w:r>
        <w:t xml:space="preserve"> - Please view link - unable to able to access data</w:t>
      </w:r>
    </w:p>
    <w:sectPr w:rsidR="00FC693F" w:rsidRPr="0006063C" w:rsidSect="00034616">
      <w:pgSz w:w="12240" w:h="15840"/>
      <w:pgMar w:top="1440" w:right="1800" w:bottom="1440" w:left="180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0000000000000000000"/>
    <w:charset w:val="02"/>
    <w:family w:val="auto"/>
    <w:pitch w:val="variable"/>
    <w:sig w:usb0="00000000" w:usb1="10000000" w:usb2="00000000" w:usb3="00000000" w:csb0="80000000" w:csb1="00000000"/>
  </w:font>
  <w:font w:name="Times New Roman">
    <w:panose1 w:val="02020603050405020304"/>
    <w:charset w:val="00"/>
    <w:family w:val="auto"/>
    <w:pitch w:val="variable"/>
    <w:sig w:usb0="E0002AFF" w:usb1="C0007841" w:usb2="00000009" w:usb3="00000000" w:csb0="000001FF" w:csb1="00000000"/>
  </w:font>
  <w:font w:name="Cambria">
    <w:panose1 w:val="02040503050406030204"/>
    <w:charset w:val="00"/>
    <w:family w:val="auto"/>
    <w:pitch w:val="variable"/>
    <w:sig w:usb0="E00002FF" w:usb1="400004FF" w:usb2="00000000" w:usb3="00000000" w:csb0="0000019F" w:csb1="00000000"/>
  </w:font>
  <w:font w:name="ＭＳ 明朝">
    <w:panose1 w:val="00000000000000000000"/>
    <w:charset w:val="80"/>
    <w:family w:val="roman"/>
    <w:notTrueType/>
    <w:pitch w:val="fixed"/>
    <w:sig w:usb0="00000001" w:usb1="08070000" w:usb2="00000010" w:usb3="00000000" w:csb0="00020000" w:csb1="00000000"/>
  </w:font>
  <w:font w:name="Calibri">
    <w:panose1 w:val="020F0502020204030204"/>
    <w:charset w:val="00"/>
    <w:family w:val="auto"/>
    <w:pitch w:val="variable"/>
    <w:sig w:usb0="E10002FF" w:usb1="4000ACFF" w:usb2="00000009" w:usb3="00000000" w:csb0="0000019F" w:csb1="00000000"/>
  </w:font>
  <w:font w:name="ＭＳ ゴシック">
    <w:panose1 w:val="00000000000000000000"/>
    <w:charset w:val="80"/>
    <w:family w:val="modern"/>
    <w:notTrueType/>
    <w:pitch w:val="fixed"/>
    <w:sig w:usb0="00000001" w:usb1="08070000" w:usb2="00000010" w:usb3="00000000" w:csb0="00020000" w:csb1="00000000"/>
  </w:font>
  <w:font w:name="Courier">
    <w:panose1 w:val="02000500000000000000"/>
    <w:charset w:val="00"/>
    <w:family w:val="auto"/>
    <w:pitch w:val="variable"/>
    <w:sig w:usb0="00000003" w:usb1="00000000" w:usb2="00000000" w:usb3="00000000" w:csb0="00000001" w:csb1="00000000"/>
  </w:font>
  <w:font w:name="Arial">
    <w:panose1 w:val="020B0604020202020204"/>
    <w:charset w:val="00"/>
    <w:family w:val="auto"/>
    <w:pitch w:val="variable"/>
    <w:sig w:usb0="E0002AFF" w:usb1="C0007843" w:usb2="00000009" w:usb3="00000000" w:csb0="000001FF" w:csb1="00000000"/>
  </w:font>
</w:font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C"/>
    <w:multiLevelType w:val="singleLevel"/>
    <w:tmpl w:val="C310EC42"/>
    <w:lvl w:ilvl="0">
      <w:start w:val="1"/>
      <w:numFmt w:val="decimal"/>
      <w:lvlText w:val="%1."/>
      <w:lvlJc w:val="left"/>
      <w:pPr>
        <w:tabs>
          <w:tab w:val="num" w:pos="1800"/>
        </w:tabs>
        <w:ind w:left="1800" w:hanging="360"/>
      </w:pPr>
    </w:lvl>
  </w:abstractNum>
  <w:abstractNum w:abstractNumId="1">
    <w:nsid w:val="FFFFFF7D"/>
    <w:multiLevelType w:val="singleLevel"/>
    <w:tmpl w:val="E4089024"/>
    <w:lvl w:ilvl="0">
      <w:start w:val="1"/>
      <w:numFmt w:val="decimal"/>
      <w:lvlText w:val="%1."/>
      <w:lvlJc w:val="left"/>
      <w:pPr>
        <w:tabs>
          <w:tab w:val="num" w:pos="1440"/>
        </w:tabs>
        <w:ind w:left="1440" w:hanging="360"/>
      </w:pPr>
    </w:lvl>
  </w:abstractNum>
  <w:abstractNum w:abstractNumId="2">
    <w:nsid w:val="FFFFFF7E"/>
    <w:multiLevelType w:val="singleLevel"/>
    <w:tmpl w:val="FB12693A"/>
    <w:lvl w:ilvl="0">
      <w:start w:val="1"/>
      <w:numFmt w:val="decimal"/>
      <w:pStyle w:val="ListNumber3"/>
      <w:lvlText w:val="%1."/>
      <w:lvlJc w:val="left"/>
      <w:pPr>
        <w:tabs>
          <w:tab w:val="num" w:pos="1080"/>
        </w:tabs>
        <w:ind w:left="1080" w:hanging="360"/>
      </w:pPr>
    </w:lvl>
  </w:abstractNum>
  <w:abstractNum w:abstractNumId="3">
    <w:nsid w:val="FFFFFF7F"/>
    <w:multiLevelType w:val="singleLevel"/>
    <w:tmpl w:val="38441652"/>
    <w:lvl w:ilvl="0">
      <w:start w:val="1"/>
      <w:numFmt w:val="decimal"/>
      <w:pStyle w:val="ListNumber2"/>
      <w:lvlText w:val="%1."/>
      <w:lvlJc w:val="left"/>
      <w:pPr>
        <w:tabs>
          <w:tab w:val="num" w:pos="720"/>
        </w:tabs>
        <w:ind w:left="720" w:hanging="360"/>
      </w:pPr>
    </w:lvl>
  </w:abstractNum>
  <w:abstractNum w:abstractNumId="4">
    <w:nsid w:val="FFFFFF81"/>
    <w:multiLevelType w:val="singleLevel"/>
    <w:tmpl w:val="171AC3A4"/>
    <w:lvl w:ilvl="0">
      <w:start w:val="1"/>
      <w:numFmt w:val="bullet"/>
      <w:lvlText w:val=""/>
      <w:lvlJc w:val="left"/>
      <w:pPr>
        <w:tabs>
          <w:tab w:val="num" w:pos="1440"/>
        </w:tabs>
        <w:ind w:left="1440" w:hanging="360"/>
      </w:pPr>
      <w:rPr>
        <w:rFonts w:ascii="Symbol" w:hAnsi="Symbol" w:hint="default"/>
      </w:rPr>
    </w:lvl>
  </w:abstractNum>
  <w:abstractNum w:abstractNumId="5">
    <w:nsid w:val="FFFFFF82"/>
    <w:multiLevelType w:val="singleLevel"/>
    <w:tmpl w:val="F3EAFDEC"/>
    <w:lvl w:ilvl="0">
      <w:start w:val="1"/>
      <w:numFmt w:val="bullet"/>
      <w:pStyle w:val="ListBullet3"/>
      <w:lvlText w:val=""/>
      <w:lvlJc w:val="left"/>
      <w:pPr>
        <w:tabs>
          <w:tab w:val="num" w:pos="1080"/>
        </w:tabs>
        <w:ind w:left="1080" w:hanging="360"/>
      </w:pPr>
      <w:rPr>
        <w:rFonts w:ascii="Symbol" w:hAnsi="Symbol" w:hint="default"/>
      </w:rPr>
    </w:lvl>
  </w:abstractNum>
  <w:abstractNum w:abstractNumId="6">
    <w:nsid w:val="FFFFFF83"/>
    <w:multiLevelType w:val="singleLevel"/>
    <w:tmpl w:val="3D1EFFD4"/>
    <w:lvl w:ilvl="0">
      <w:start w:val="1"/>
      <w:numFmt w:val="bullet"/>
      <w:pStyle w:val="ListBullet2"/>
      <w:lvlText w:val=""/>
      <w:lvlJc w:val="left"/>
      <w:pPr>
        <w:tabs>
          <w:tab w:val="num" w:pos="720"/>
        </w:tabs>
        <w:ind w:left="720" w:hanging="360"/>
      </w:pPr>
      <w:rPr>
        <w:rFonts w:ascii="Symbol" w:hAnsi="Symbol" w:hint="default"/>
      </w:rPr>
    </w:lvl>
  </w:abstractNum>
  <w:abstractNum w:abstractNumId="7">
    <w:nsid w:val="FFFFFF88"/>
    <w:multiLevelType w:val="singleLevel"/>
    <w:tmpl w:val="D0A62B40"/>
    <w:lvl w:ilvl="0">
      <w:start w:val="1"/>
      <w:numFmt w:val="decimal"/>
      <w:pStyle w:val="ListNumber"/>
      <w:lvlText w:val="%1."/>
      <w:lvlJc w:val="left"/>
      <w:pPr>
        <w:tabs>
          <w:tab w:val="num" w:pos="360"/>
        </w:tabs>
        <w:ind w:left="360" w:hanging="360"/>
      </w:pPr>
    </w:lvl>
  </w:abstractNum>
  <w:abstractNum w:abstractNumId="8">
    <w:nsid w:val="FFFFFF89"/>
    <w:multiLevelType w:val="singleLevel"/>
    <w:tmpl w:val="29761A62"/>
    <w:lvl w:ilvl="0">
      <w:start w:val="1"/>
      <w:numFmt w:val="bullet"/>
      <w:pStyle w:val="ListBullet"/>
      <w:lvlText w:val=""/>
      <w:lvlJc w:val="left"/>
      <w:pPr>
        <w:tabs>
          <w:tab w:val="num" w:pos="360"/>
        </w:tabs>
        <w:ind w:left="360" w:hanging="360"/>
      </w:pPr>
      <w:rPr>
        <w:rFonts w:ascii="Symbol" w:hAnsi="Symbol" w:hint="default"/>
      </w:rPr>
    </w:lvl>
  </w:abstractNum>
  <w:num w:numId="1">
    <w:abstractNumId w:val="8"/>
  </w:num>
  <w:num w:numId="2">
    <w:abstractNumId w:val="6"/>
  </w:num>
  <w:num w:numId="3">
    <w:abstractNumId w:val="5"/>
  </w:num>
  <w:num w:numId="4">
    <w:abstractNumId w:val="4"/>
  </w:num>
  <w:num w:numId="5">
    <w:abstractNumId w:val="7"/>
  </w:num>
  <w:num w:numId="6">
    <w:abstractNumId w:val="3"/>
  </w:num>
  <w:num w:numId="7">
    <w:abstractNumId w:val="2"/>
  </w:num>
  <w:num w:numId="8">
    <w:abstractNumId w:val="1"/>
  </w:num>
  <w:num w:numId="9">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roofState w:spelling="clean" w:grammar="clean"/>
  <w:defaultTabStop w:val="720"/>
  <w:characterSpacingControl w:val="doNotCompress"/>
  <w:savePreviewPicture/>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7730"/>
    <w:rsid w:val="00034616"/>
    <w:rsid w:val="0006063C"/>
    <w:rsid w:val="0015074B"/>
    <w:rsid w:val="0029639D"/>
    <w:rsid w:val="00326F90"/>
    <w:rsid w:val="00AA1D8D"/>
    <w:rsid w:val="00B47730"/>
    <w:rsid w:val="00CB0664"/>
    <w:rsid w:val="00FC693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2406206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er">
    <w:name w:val="header"/>
    <w:basedOn w:val="Normal"/>
    <w:link w:val="HeaderChar"/>
    <w:uiPriority w:val="99"/>
    <w:unhideWhenUsed/>
    <w:rsid w:val="00E618BF"/>
    <w:pPr>
      <w:tabs>
        <w:tab w:val="center" w:pos="4680"/>
        <w:tab w:val="right" w:pos="9360"/>
      </w:tabs>
      <w:spacing w:after="0" w:line="240" w:lineRule="auto"/>
    </w:pPr>
  </w:style>
  <w:style w:type="character" w:customStyle="1" w:styleId="HeaderChar">
    <w:name w:val="Header Char"/>
    <w:basedOn w:val="DefaultParagraphFont"/>
    <w:link w:val="Header"/>
    <w:uiPriority w:val="99"/>
    <w:rsid w:val="00E618BF"/>
  </w:style>
  <w:style w:type="paragraph" w:styleId="Footer">
    <w:name w:val="footer"/>
    <w:basedOn w:val="Normal"/>
    <w:link w:val="FooterChar"/>
    <w:uiPriority w:val="99"/>
    <w:unhideWhenUsed/>
    <w:rsid w:val="00E618BF"/>
    <w:pPr>
      <w:tabs>
        <w:tab w:val="center" w:pos="4680"/>
        <w:tab w:val="right" w:pos="9360"/>
      </w:tabs>
      <w:spacing w:after="0" w:line="240" w:lineRule="auto"/>
    </w:pPr>
  </w:style>
  <w:style w:type="character" w:customStyle="1" w:styleId="FooterChar">
    <w:name w:val="Footer Char"/>
    <w:basedOn w:val="DefaultParagraphFont"/>
    <w:link w:val="Footer"/>
    <w:uiPriority w:val="99"/>
    <w:rsid w:val="00E618B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76">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C693F"/>
  </w:style>
  <w:style w:type="paragraph" w:styleId="Heading1">
    <w:name w:val="heading 1"/>
    <w:basedOn w:val="Normal"/>
    <w:next w:val="Normal"/>
    <w:link w:val="Heading1Char"/>
    <w:uiPriority w:val="9"/>
    <w:qFormat/>
    <w:rsid w:val="00FC693F"/>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unhideWhenUsed/>
    <w:qFormat/>
    <w:rsid w:val="00FC693F"/>
    <w:pPr>
      <w:keepNext/>
      <w:keepLines/>
      <w:spacing w:before="200" w:after="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unhideWhenUsed/>
    <w:qFormat/>
    <w:rsid w:val="00FC693F"/>
    <w:pPr>
      <w:keepNext/>
      <w:keepLines/>
      <w:spacing w:before="200" w:after="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FC693F"/>
    <w:pPr>
      <w:keepNext/>
      <w:keepLines/>
      <w:spacing w:before="200" w:after="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FC693F"/>
    <w:pPr>
      <w:keepNext/>
      <w:keepLines/>
      <w:spacing w:before="200" w:after="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FC693F"/>
    <w:pPr>
      <w:keepNext/>
      <w:keepLines/>
      <w:spacing w:before="200" w:after="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FC693F"/>
    <w:pPr>
      <w:keepNext/>
      <w:keepLines/>
      <w:spacing w:before="200" w:after="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FC693F"/>
    <w:pPr>
      <w:keepNext/>
      <w:keepLines/>
      <w:spacing w:before="200" w:after="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FC693F"/>
    <w:pPr>
      <w:keepNext/>
      <w:keepLines/>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FC693F"/>
    <w:pPr>
      <w:spacing w:after="0" w:line="240" w:lineRule="auto"/>
    </w:pPr>
  </w:style>
  <w:style w:type="character" w:customStyle="1" w:styleId="Heading1Char">
    <w:name w:val="Heading 1 Char"/>
    <w:basedOn w:val="DefaultParagraphFont"/>
    <w:link w:val="Heading1"/>
    <w:uiPriority w:val="9"/>
    <w:rsid w:val="00FC693F"/>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rsid w:val="00FC693F"/>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rsid w:val="00FC693F"/>
    <w:rPr>
      <w:rFonts w:asciiTheme="majorHAnsi" w:eastAsiaTheme="majorEastAsia" w:hAnsiTheme="majorHAnsi" w:cstheme="majorBidi"/>
      <w:b/>
      <w:bCs/>
      <w:color w:val="4F81BD" w:themeColor="accent1"/>
    </w:rPr>
  </w:style>
  <w:style w:type="paragraph" w:styleId="Title">
    <w:name w:val="Title"/>
    <w:basedOn w:val="Normal"/>
    <w:next w:val="Normal"/>
    <w:link w:val="TitleChar"/>
    <w:uiPriority w:val="10"/>
    <w:qFormat/>
    <w:rsid w:val="00FC693F"/>
    <w:pPr>
      <w:pBdr>
        <w:bottom w:val="single" w:sz="8" w:space="4" w:color="4F81BD" w:themeColor="accent1"/>
      </w:pBdr>
      <w:spacing w:after="300" w:line="240" w:lineRule="auto"/>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FC693F"/>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FC693F"/>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FC693F"/>
    <w:rPr>
      <w:rFonts w:asciiTheme="majorHAnsi" w:eastAsiaTheme="majorEastAsia" w:hAnsiTheme="majorHAnsi" w:cstheme="majorBidi"/>
      <w:i/>
      <w:iCs/>
      <w:color w:val="4F81BD" w:themeColor="accent1"/>
      <w:spacing w:val="15"/>
      <w:sz w:val="24"/>
      <w:szCs w:val="24"/>
    </w:rPr>
  </w:style>
  <w:style w:type="paragraph" w:styleId="ListParagraph">
    <w:name w:val="List Paragraph"/>
    <w:basedOn w:val="Normal"/>
    <w:uiPriority w:val="34"/>
    <w:qFormat/>
    <w:rsid w:val="00FC693F"/>
    <w:pPr>
      <w:ind w:left="720"/>
      <w:contextualSpacing/>
    </w:pPr>
  </w:style>
  <w:style w:type="paragraph" w:styleId="BodyText">
    <w:name w:val="Body Text"/>
    <w:basedOn w:val="Normal"/>
    <w:link w:val="BodyTextChar"/>
    <w:uiPriority w:val="99"/>
    <w:unhideWhenUsed/>
    <w:rsid w:val="00AA1D8D"/>
    <w:pPr>
      <w:spacing w:after="120"/>
    </w:pPr>
  </w:style>
  <w:style w:type="character" w:customStyle="1" w:styleId="BodyTextChar">
    <w:name w:val="Body Text Char"/>
    <w:basedOn w:val="DefaultParagraphFont"/>
    <w:link w:val="BodyText"/>
    <w:uiPriority w:val="99"/>
    <w:rsid w:val="00AA1D8D"/>
  </w:style>
  <w:style w:type="paragraph" w:styleId="BodyText2">
    <w:name w:val="Body Text 2"/>
    <w:basedOn w:val="Normal"/>
    <w:link w:val="BodyText2Char"/>
    <w:uiPriority w:val="99"/>
    <w:unhideWhenUsed/>
    <w:rsid w:val="00AA1D8D"/>
    <w:pPr>
      <w:spacing w:after="120" w:line="480" w:lineRule="auto"/>
    </w:pPr>
  </w:style>
  <w:style w:type="character" w:customStyle="1" w:styleId="BodyText2Char">
    <w:name w:val="Body Text 2 Char"/>
    <w:basedOn w:val="DefaultParagraphFont"/>
    <w:link w:val="BodyText2"/>
    <w:uiPriority w:val="99"/>
    <w:rsid w:val="00AA1D8D"/>
  </w:style>
  <w:style w:type="paragraph" w:styleId="BodyText3">
    <w:name w:val="Body Text 3"/>
    <w:basedOn w:val="Normal"/>
    <w:link w:val="BodyText3Char"/>
    <w:uiPriority w:val="99"/>
    <w:unhideWhenUsed/>
    <w:rsid w:val="00AA1D8D"/>
    <w:pPr>
      <w:spacing w:after="120"/>
    </w:pPr>
    <w:rPr>
      <w:sz w:val="16"/>
      <w:szCs w:val="16"/>
    </w:rPr>
  </w:style>
  <w:style w:type="character" w:customStyle="1" w:styleId="BodyText3Char">
    <w:name w:val="Body Text 3 Char"/>
    <w:basedOn w:val="DefaultParagraphFont"/>
    <w:link w:val="BodyText3"/>
    <w:uiPriority w:val="99"/>
    <w:rsid w:val="00AA1D8D"/>
    <w:rPr>
      <w:sz w:val="16"/>
      <w:szCs w:val="16"/>
    </w:rPr>
  </w:style>
  <w:style w:type="paragraph" w:styleId="List">
    <w:name w:val="List"/>
    <w:basedOn w:val="Normal"/>
    <w:uiPriority w:val="99"/>
    <w:unhideWhenUsed/>
    <w:rsid w:val="00AA1D8D"/>
    <w:pPr>
      <w:ind w:left="360" w:hanging="360"/>
      <w:contextualSpacing/>
    </w:pPr>
  </w:style>
  <w:style w:type="paragraph" w:styleId="List2">
    <w:name w:val="List 2"/>
    <w:basedOn w:val="Normal"/>
    <w:uiPriority w:val="99"/>
    <w:unhideWhenUsed/>
    <w:rsid w:val="00326F90"/>
    <w:pPr>
      <w:ind w:left="720" w:hanging="360"/>
      <w:contextualSpacing/>
    </w:pPr>
  </w:style>
  <w:style w:type="paragraph" w:styleId="List3">
    <w:name w:val="List 3"/>
    <w:basedOn w:val="Normal"/>
    <w:uiPriority w:val="99"/>
    <w:unhideWhenUsed/>
    <w:rsid w:val="00326F90"/>
    <w:pPr>
      <w:ind w:left="1080" w:hanging="360"/>
      <w:contextualSpacing/>
    </w:pPr>
  </w:style>
  <w:style w:type="paragraph" w:styleId="ListBullet">
    <w:name w:val="List Bullet"/>
    <w:basedOn w:val="Normal"/>
    <w:uiPriority w:val="99"/>
    <w:unhideWhenUsed/>
    <w:rsid w:val="00326F90"/>
    <w:pPr>
      <w:numPr>
        <w:numId w:val="1"/>
      </w:numPr>
      <w:contextualSpacing/>
    </w:pPr>
  </w:style>
  <w:style w:type="paragraph" w:styleId="ListBullet2">
    <w:name w:val="List Bullet 2"/>
    <w:basedOn w:val="Normal"/>
    <w:uiPriority w:val="99"/>
    <w:unhideWhenUsed/>
    <w:rsid w:val="00326F90"/>
    <w:pPr>
      <w:numPr>
        <w:numId w:val="2"/>
      </w:numPr>
      <w:contextualSpacing/>
    </w:pPr>
  </w:style>
  <w:style w:type="paragraph" w:styleId="ListBullet3">
    <w:name w:val="List Bullet 3"/>
    <w:basedOn w:val="Normal"/>
    <w:uiPriority w:val="99"/>
    <w:unhideWhenUsed/>
    <w:rsid w:val="00326F90"/>
    <w:pPr>
      <w:numPr>
        <w:numId w:val="3"/>
      </w:numPr>
      <w:contextualSpacing/>
    </w:pPr>
  </w:style>
  <w:style w:type="paragraph" w:styleId="ListNumber">
    <w:name w:val="List Number"/>
    <w:basedOn w:val="Normal"/>
    <w:uiPriority w:val="99"/>
    <w:unhideWhenUsed/>
    <w:rsid w:val="00326F90"/>
    <w:pPr>
      <w:numPr>
        <w:numId w:val="5"/>
      </w:numPr>
      <w:contextualSpacing/>
    </w:pPr>
  </w:style>
  <w:style w:type="paragraph" w:styleId="ListNumber2">
    <w:name w:val="List Number 2"/>
    <w:basedOn w:val="Normal"/>
    <w:uiPriority w:val="99"/>
    <w:unhideWhenUsed/>
    <w:rsid w:val="0029639D"/>
    <w:pPr>
      <w:numPr>
        <w:numId w:val="6"/>
      </w:numPr>
      <w:contextualSpacing/>
    </w:pPr>
  </w:style>
  <w:style w:type="paragraph" w:styleId="ListNumber3">
    <w:name w:val="List Number 3"/>
    <w:basedOn w:val="Normal"/>
    <w:uiPriority w:val="99"/>
    <w:unhideWhenUsed/>
    <w:rsid w:val="0029639D"/>
    <w:pPr>
      <w:numPr>
        <w:numId w:val="7"/>
      </w:numPr>
      <w:contextualSpacing/>
    </w:pPr>
  </w:style>
  <w:style w:type="paragraph" w:styleId="ListContinue">
    <w:name w:val="List Continue"/>
    <w:basedOn w:val="Normal"/>
    <w:uiPriority w:val="99"/>
    <w:unhideWhenUsed/>
    <w:rsid w:val="0029639D"/>
    <w:pPr>
      <w:spacing w:after="120"/>
      <w:ind w:left="360"/>
      <w:contextualSpacing/>
    </w:pPr>
  </w:style>
  <w:style w:type="paragraph" w:styleId="ListContinue2">
    <w:name w:val="List Continue 2"/>
    <w:basedOn w:val="Normal"/>
    <w:uiPriority w:val="99"/>
    <w:unhideWhenUsed/>
    <w:rsid w:val="0029639D"/>
    <w:pPr>
      <w:spacing w:after="120"/>
      <w:ind w:left="720"/>
      <w:contextualSpacing/>
    </w:pPr>
  </w:style>
  <w:style w:type="paragraph" w:styleId="ListContinue3">
    <w:name w:val="List Continue 3"/>
    <w:basedOn w:val="Normal"/>
    <w:uiPriority w:val="99"/>
    <w:unhideWhenUsed/>
    <w:rsid w:val="0029639D"/>
    <w:pPr>
      <w:spacing w:after="120"/>
      <w:ind w:left="1080"/>
      <w:contextualSpacing/>
    </w:pPr>
  </w:style>
  <w:style w:type="paragraph" w:styleId="MacroText">
    <w:name w:val="macro"/>
    <w:link w:val="MacroTextChar"/>
    <w:uiPriority w:val="99"/>
    <w:unhideWhenUsed/>
    <w:rsid w:val="0029639D"/>
    <w:pPr>
      <w:tabs>
        <w:tab w:val="left" w:pos="576"/>
        <w:tab w:val="left" w:pos="1152"/>
        <w:tab w:val="left" w:pos="1728"/>
        <w:tab w:val="left" w:pos="2304"/>
        <w:tab w:val="left" w:pos="2880"/>
        <w:tab w:val="left" w:pos="3456"/>
        <w:tab w:val="left" w:pos="4032"/>
      </w:tabs>
    </w:pPr>
    <w:rPr>
      <w:rFonts w:ascii="Courier" w:hAnsi="Courier"/>
      <w:sz w:val="20"/>
      <w:szCs w:val="20"/>
    </w:rPr>
  </w:style>
  <w:style w:type="character" w:customStyle="1" w:styleId="MacroTextChar">
    <w:name w:val="Macro Text Char"/>
    <w:basedOn w:val="DefaultParagraphFont"/>
    <w:link w:val="MacroText"/>
    <w:uiPriority w:val="99"/>
    <w:rsid w:val="0029639D"/>
    <w:rPr>
      <w:rFonts w:ascii="Courier" w:hAnsi="Courier"/>
      <w:sz w:val="20"/>
      <w:szCs w:val="20"/>
    </w:rPr>
  </w:style>
  <w:style w:type="paragraph" w:styleId="Quote">
    <w:name w:val="Quote"/>
    <w:basedOn w:val="Normal"/>
    <w:next w:val="Normal"/>
    <w:link w:val="QuoteChar"/>
    <w:uiPriority w:val="29"/>
    <w:qFormat/>
    <w:rsid w:val="00FC693F"/>
    <w:rPr>
      <w:i/>
      <w:iCs/>
      <w:color w:val="000000" w:themeColor="text1"/>
    </w:rPr>
  </w:style>
  <w:style w:type="character" w:customStyle="1" w:styleId="QuoteChar">
    <w:name w:val="Quote Char"/>
    <w:basedOn w:val="DefaultParagraphFont"/>
    <w:link w:val="Quote"/>
    <w:uiPriority w:val="29"/>
    <w:rsid w:val="00FC693F"/>
    <w:rPr>
      <w:i/>
      <w:iCs/>
      <w:color w:val="000000" w:themeColor="text1"/>
    </w:rPr>
  </w:style>
  <w:style w:type="character" w:customStyle="1" w:styleId="Heading4Char">
    <w:name w:val="Heading 4 Char"/>
    <w:basedOn w:val="DefaultParagraphFont"/>
    <w:link w:val="Heading4"/>
    <w:uiPriority w:val="9"/>
    <w:semiHidden/>
    <w:rsid w:val="00FC693F"/>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FC693F"/>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FC693F"/>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FC693F"/>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FC693F"/>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FC693F"/>
    <w:rPr>
      <w:rFonts w:asciiTheme="majorHAnsi" w:eastAsiaTheme="majorEastAsia" w:hAnsiTheme="majorHAnsi" w:cstheme="majorBidi"/>
      <w:i/>
      <w:iCs/>
      <w:color w:val="404040" w:themeColor="text1" w:themeTint="BF"/>
      <w:sz w:val="20"/>
      <w:szCs w:val="20"/>
    </w:rPr>
  </w:style>
  <w:style w:type="paragraph" w:styleId="Caption">
    <w:name w:val="caption"/>
    <w:basedOn w:val="Normal"/>
    <w:next w:val="Normal"/>
    <w:uiPriority w:val="35"/>
    <w:semiHidden/>
    <w:unhideWhenUsed/>
    <w:qFormat/>
    <w:rsid w:val="00FC693F"/>
    <w:pPr>
      <w:spacing w:line="240" w:lineRule="auto"/>
    </w:pPr>
    <w:rPr>
      <w:b/>
      <w:bCs/>
      <w:color w:val="4F81BD" w:themeColor="accent1"/>
      <w:sz w:val="18"/>
      <w:szCs w:val="18"/>
    </w:rPr>
  </w:style>
  <w:style w:type="character" w:styleId="Strong">
    <w:name w:val="Strong"/>
    <w:basedOn w:val="DefaultParagraphFont"/>
    <w:uiPriority w:val="22"/>
    <w:qFormat/>
    <w:rsid w:val="00FC693F"/>
    <w:rPr>
      <w:b/>
      <w:bCs/>
    </w:rPr>
  </w:style>
  <w:style w:type="character" w:styleId="Emphasis">
    <w:name w:val="Emphasis"/>
    <w:basedOn w:val="DefaultParagraphFont"/>
    <w:uiPriority w:val="20"/>
    <w:qFormat/>
    <w:rsid w:val="00FC693F"/>
    <w:rPr>
      <w:i/>
      <w:iCs/>
    </w:rPr>
  </w:style>
  <w:style w:type="paragraph" w:styleId="IntenseQuote">
    <w:name w:val="Intense Quote"/>
    <w:basedOn w:val="Normal"/>
    <w:next w:val="Normal"/>
    <w:link w:val="IntenseQuoteChar"/>
    <w:uiPriority w:val="30"/>
    <w:qFormat/>
    <w:rsid w:val="00FC693F"/>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FC693F"/>
    <w:rPr>
      <w:b/>
      <w:bCs/>
      <w:i/>
      <w:iCs/>
      <w:color w:val="4F81BD" w:themeColor="accent1"/>
    </w:rPr>
  </w:style>
  <w:style w:type="character" w:styleId="SubtleEmphasis">
    <w:name w:val="Subtle Emphasis"/>
    <w:basedOn w:val="DefaultParagraphFont"/>
    <w:uiPriority w:val="19"/>
    <w:qFormat/>
    <w:rsid w:val="00FC693F"/>
    <w:rPr>
      <w:i/>
      <w:iCs/>
      <w:color w:val="808080" w:themeColor="text1" w:themeTint="7F"/>
    </w:rPr>
  </w:style>
  <w:style w:type="character" w:styleId="IntenseEmphasis">
    <w:name w:val="Intense Emphasis"/>
    <w:basedOn w:val="DefaultParagraphFont"/>
    <w:uiPriority w:val="21"/>
    <w:qFormat/>
    <w:rsid w:val="00FC693F"/>
    <w:rPr>
      <w:b/>
      <w:bCs/>
      <w:i/>
      <w:iCs/>
      <w:color w:val="4F81BD" w:themeColor="accent1"/>
    </w:rPr>
  </w:style>
  <w:style w:type="character" w:styleId="SubtleReference">
    <w:name w:val="Subtle Reference"/>
    <w:basedOn w:val="DefaultParagraphFont"/>
    <w:uiPriority w:val="31"/>
    <w:qFormat/>
    <w:rsid w:val="00FC693F"/>
    <w:rPr>
      <w:smallCaps/>
      <w:color w:val="C0504D" w:themeColor="accent2"/>
      <w:u w:val="single"/>
    </w:rPr>
  </w:style>
  <w:style w:type="character" w:styleId="IntenseReference">
    <w:name w:val="Intense Reference"/>
    <w:basedOn w:val="DefaultParagraphFont"/>
    <w:uiPriority w:val="32"/>
    <w:qFormat/>
    <w:rsid w:val="00FC693F"/>
    <w:rPr>
      <w:b/>
      <w:bCs/>
      <w:smallCaps/>
      <w:color w:val="C0504D" w:themeColor="accent2"/>
      <w:spacing w:val="5"/>
      <w:u w:val="single"/>
    </w:rPr>
  </w:style>
  <w:style w:type="character" w:styleId="BookTitle">
    <w:name w:val="Book Title"/>
    <w:basedOn w:val="DefaultParagraphFont"/>
    <w:uiPriority w:val="33"/>
    <w:qFormat/>
    <w:rsid w:val="00FC693F"/>
    <w:rPr>
      <w:b/>
      <w:bCs/>
      <w:smallCaps/>
      <w:spacing w:val="5"/>
    </w:rPr>
  </w:style>
  <w:style w:type="paragraph" w:styleId="TOCHeading">
    <w:name w:val="TOC Heading"/>
    <w:basedOn w:val="Heading1"/>
    <w:next w:val="Normal"/>
    <w:uiPriority w:val="39"/>
    <w:semiHidden/>
    <w:unhideWhenUsed/>
    <w:qFormat/>
    <w:rsid w:val="00FC693F"/>
    <w:pPr>
      <w:outlineLvl w:val="9"/>
    </w:pPr>
  </w:style>
  <w:style w:type="table" w:styleId="TableGrid">
    <w:name w:val="Table Grid"/>
    <w:basedOn w:val="TableNormal"/>
    <w:uiPriority w:val="59"/>
    <w:rsid w:val="00FC693F"/>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styleId="LightShading">
    <w:name w:val="Light Shading"/>
    <w:basedOn w:val="TableNormal"/>
    <w:uiPriority w:val="60"/>
    <w:rsid w:val="00FC693F"/>
    <w:pPr>
      <w:spacing w:after="0" w:line="240" w:lineRule="auto"/>
    </w:pPr>
    <w:rPr>
      <w:color w:val="000000" w:themeColor="text1" w:themeShade="BF"/>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styleId="LightShading-Accent1">
    <w:name w:val="Light Shading Accent 1"/>
    <w:basedOn w:val="TableNormal"/>
    <w:uiPriority w:val="60"/>
    <w:rsid w:val="00FC693F"/>
    <w:pPr>
      <w:spacing w:after="0" w:line="240" w:lineRule="auto"/>
    </w:pPr>
    <w:rPr>
      <w:color w:val="365F91" w:themeColor="accent1" w:themeShade="BF"/>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LightShading-Accent2">
    <w:name w:val="Light Shading Accent 2"/>
    <w:basedOn w:val="TableNormal"/>
    <w:uiPriority w:val="60"/>
    <w:rsid w:val="00FC693F"/>
    <w:pPr>
      <w:spacing w:after="0" w:line="240" w:lineRule="auto"/>
    </w:pPr>
    <w:rPr>
      <w:color w:val="943634" w:themeColor="accent2" w:themeShade="BF"/>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LightShading-Accent3">
    <w:name w:val="Light Shading Accent 3"/>
    <w:basedOn w:val="TableNormal"/>
    <w:uiPriority w:val="60"/>
    <w:rsid w:val="00FC693F"/>
    <w:pPr>
      <w:spacing w:after="0" w:line="240" w:lineRule="auto"/>
    </w:pPr>
    <w:rPr>
      <w:color w:val="76923C" w:themeColor="accent3" w:themeShade="BF"/>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LightShading-Accent4">
    <w:name w:val="Light Shading Accent 4"/>
    <w:basedOn w:val="TableNormal"/>
    <w:uiPriority w:val="60"/>
    <w:rsid w:val="00FC693F"/>
    <w:pPr>
      <w:spacing w:after="0" w:line="240" w:lineRule="auto"/>
    </w:pPr>
    <w:rPr>
      <w:color w:val="5F497A" w:themeColor="accent4" w:themeShade="BF"/>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table" w:styleId="LightShading-Accent5">
    <w:name w:val="Light Shading Accent 5"/>
    <w:basedOn w:val="TableNormal"/>
    <w:uiPriority w:val="60"/>
    <w:rsid w:val="00FC693F"/>
    <w:pPr>
      <w:spacing w:after="0" w:line="240" w:lineRule="auto"/>
    </w:pPr>
    <w:rPr>
      <w:color w:val="31849B" w:themeColor="accent5" w:themeShade="BF"/>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lastRow">
      <w:pPr>
        <w:spacing w:before="0" w:after="0" w:line="240" w:lineRule="auto"/>
      </w:pPr>
      <w:rPr>
        <w:b/>
        <w:bCs/>
      </w:rPr>
      <w:tblPr/>
      <w:tcPr>
        <w:tcBorders>
          <w:top w:val="single" w:sz="8" w:space="0" w:color="4BACC6" w:themeColor="accent5"/>
          <w:left w:val="nil"/>
          <w:bottom w:val="single" w:sz="8" w:space="0" w:color="4BACC6" w:themeColor="accent5"/>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left w:val="nil"/>
          <w:right w:val="nil"/>
          <w:insideH w:val="nil"/>
          <w:insideV w:val="nil"/>
        </w:tcBorders>
        <w:shd w:val="clear" w:color="auto" w:fill="D2EAF1" w:themeFill="accent5" w:themeFillTint="3F"/>
      </w:tcPr>
    </w:tblStylePr>
  </w:style>
  <w:style w:type="table" w:styleId="LightShading-Accent6">
    <w:name w:val="Light Shading Accent 6"/>
    <w:basedOn w:val="TableNormal"/>
    <w:uiPriority w:val="60"/>
    <w:rsid w:val="00FC693F"/>
    <w:pPr>
      <w:spacing w:after="0" w:line="240" w:lineRule="auto"/>
    </w:pPr>
    <w:rPr>
      <w:color w:val="E36C0A" w:themeColor="accent6" w:themeShade="BF"/>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lastRow">
      <w:pPr>
        <w:spacing w:before="0" w:after="0" w:line="240" w:lineRule="auto"/>
      </w:pPr>
      <w:rPr>
        <w:b/>
        <w:bCs/>
      </w:rPr>
      <w:tblPr/>
      <w:tcPr>
        <w:tcBorders>
          <w:top w:val="single" w:sz="8" w:space="0" w:color="F79646" w:themeColor="accent6"/>
          <w:left w:val="nil"/>
          <w:bottom w:val="single" w:sz="8" w:space="0" w:color="F79646" w:themeColor="accent6"/>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left w:val="nil"/>
          <w:right w:val="nil"/>
          <w:insideH w:val="nil"/>
          <w:insideV w:val="nil"/>
        </w:tcBorders>
        <w:shd w:val="clear" w:color="auto" w:fill="FDE4D0" w:themeFill="accent6" w:themeFillTint="3F"/>
      </w:tcPr>
    </w:tblStylePr>
  </w:style>
  <w:style w:type="table" w:styleId="LightList">
    <w:name w:val="Light List"/>
    <w:basedOn w:val="TableNormal"/>
    <w:uiPriority w:val="61"/>
    <w:rsid w:val="00FC693F"/>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table" w:styleId="LightList-Accent1">
    <w:name w:val="Light List Accent 1"/>
    <w:basedOn w:val="TableNormal"/>
    <w:uiPriority w:val="61"/>
    <w:rsid w:val="00FC693F"/>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F81BD" w:themeFill="accent1"/>
      </w:tcPr>
    </w:tblStylePr>
    <w:tblStylePr w:type="lastRow">
      <w:pPr>
        <w:spacing w:before="0" w:after="0" w:line="240" w:lineRule="auto"/>
      </w:pPr>
      <w:rPr>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tcBorders>
      </w:tcPr>
    </w:tblStylePr>
    <w:tblStylePr w:type="firstCol">
      <w:rPr>
        <w:b/>
        <w:bCs/>
      </w:rPr>
    </w:tblStylePr>
    <w:tblStylePr w:type="lastCol">
      <w:rPr>
        <w:b/>
        <w:bCs/>
      </w:r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style>
  <w:style w:type="table" w:styleId="LightList-Accent2">
    <w:name w:val="Light List Accent 2"/>
    <w:basedOn w:val="TableNormal"/>
    <w:uiPriority w:val="61"/>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C0504D" w:themeFill="accent2"/>
      </w:tcPr>
    </w:tblStylePr>
    <w:tblStylePr w:type="lastRow">
      <w:pPr>
        <w:spacing w:before="0" w:after="0" w:line="240" w:lineRule="auto"/>
      </w:pPr>
      <w:rPr>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tcBorders>
      </w:tcPr>
    </w:tblStylePr>
    <w:tblStylePr w:type="firstCol">
      <w:rPr>
        <w:b/>
        <w:bCs/>
      </w:rPr>
    </w:tblStylePr>
    <w:tblStylePr w:type="lastCol">
      <w:rPr>
        <w:b/>
        <w:bCs/>
      </w:r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style>
  <w:style w:type="table" w:styleId="LightList-Accent3">
    <w:name w:val="Light List Accent 3"/>
    <w:basedOn w:val="TableNormal"/>
    <w:uiPriority w:val="61"/>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9BBB59" w:themeFill="accent3"/>
      </w:tcPr>
    </w:tblStylePr>
    <w:tblStylePr w:type="lastRow">
      <w:pPr>
        <w:spacing w:before="0" w:after="0" w:line="240" w:lineRule="auto"/>
      </w:pPr>
      <w:rPr>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tcBorders>
      </w:tcPr>
    </w:tblStylePr>
    <w:tblStylePr w:type="firstCol">
      <w:rPr>
        <w:b/>
        <w:bCs/>
      </w:rPr>
    </w:tblStylePr>
    <w:tblStylePr w:type="lastCol">
      <w:rPr>
        <w:b/>
        <w:bCs/>
      </w:r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style>
  <w:style w:type="table" w:styleId="LightList-Accent4">
    <w:name w:val="Light List Accent 4"/>
    <w:basedOn w:val="TableNormal"/>
    <w:uiPriority w:val="61"/>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8064A2" w:themeFill="accent4"/>
      </w:tcPr>
    </w:tblStylePr>
    <w:tblStylePr w:type="lastRow">
      <w:pPr>
        <w:spacing w:before="0" w:after="0" w:line="240" w:lineRule="auto"/>
      </w:pPr>
      <w:rPr>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tcBorders>
      </w:tcPr>
    </w:tblStylePr>
    <w:tblStylePr w:type="firstCol">
      <w:rPr>
        <w:b/>
        <w:bCs/>
      </w:rPr>
    </w:tblStylePr>
    <w:tblStylePr w:type="lastCol">
      <w:rPr>
        <w:b/>
        <w:bCs/>
      </w:r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style>
  <w:style w:type="table" w:styleId="LightList-Accent5">
    <w:name w:val="Light List Accent 5"/>
    <w:basedOn w:val="TableNormal"/>
    <w:uiPriority w:val="61"/>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4BACC6" w:themeFill="accent5"/>
      </w:tcPr>
    </w:tblStylePr>
    <w:tblStylePr w:type="lastRow">
      <w:pPr>
        <w:spacing w:before="0" w:after="0" w:line="240" w:lineRule="auto"/>
      </w:pPr>
      <w:rPr>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tcBorders>
      </w:tcPr>
    </w:tblStylePr>
    <w:tblStylePr w:type="firstCol">
      <w:rPr>
        <w:b/>
        <w:bCs/>
      </w:rPr>
    </w:tblStylePr>
    <w:tblStylePr w:type="lastCol">
      <w:rPr>
        <w:b/>
        <w:bCs/>
      </w:r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style>
  <w:style w:type="table" w:styleId="LightList-Accent6">
    <w:name w:val="Light List Accent 6"/>
    <w:basedOn w:val="TableNormal"/>
    <w:uiPriority w:val="61"/>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shd w:val="clear" w:color="auto" w:fill="F79646" w:themeFill="accent6"/>
      </w:tcPr>
    </w:tblStylePr>
    <w:tblStylePr w:type="lastRow">
      <w:pPr>
        <w:spacing w:before="0" w:after="0" w:line="240" w:lineRule="auto"/>
      </w:pPr>
      <w:rPr>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tcBorders>
      </w:tcPr>
    </w:tblStylePr>
    <w:tblStylePr w:type="firstCol">
      <w:rPr>
        <w:b/>
        <w:bCs/>
      </w:rPr>
    </w:tblStylePr>
    <w:tblStylePr w:type="lastCol">
      <w:rPr>
        <w:b/>
        <w:bCs/>
      </w:r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style>
  <w:style w:type="table" w:styleId="LightGrid">
    <w:name w:val="Light Grid"/>
    <w:basedOn w:val="TableNormal"/>
    <w:uiPriority w:val="62"/>
    <w:rsid w:val="00CB0664"/>
    <w:pPr>
      <w:spacing w:after="0" w:line="240" w:lineRule="auto"/>
    </w:p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18" w:space="0" w:color="000000" w:themeColor="text1"/>
          <w:right w:val="single" w:sz="8" w:space="0" w:color="000000" w:themeColor="text1"/>
          <w:insideH w:val="nil"/>
          <w:insideV w:val="single" w:sz="8" w:space="0" w:color="000000" w:themeColor="tex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insideH w:val="nil"/>
          <w:insideV w:val="single" w:sz="8" w:space="0" w:color="000000" w:themeColor="tex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shd w:val="clear" w:color="auto" w:fill="C0C0C0" w:themeFill="text1" w:themeFillTint="3F"/>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shd w:val="clear" w:color="auto" w:fill="C0C0C0" w:themeFill="text1" w:themeFillTint="3F"/>
      </w:tcPr>
    </w:tblStylePr>
    <w:tblStylePr w:type="band2Horz">
      <w:tblPr/>
      <w:tcPr>
        <w:tcBorders>
          <w:top w:val="single" w:sz="8" w:space="0" w:color="000000" w:themeColor="text1"/>
          <w:left w:val="single" w:sz="8" w:space="0" w:color="000000" w:themeColor="text1"/>
          <w:bottom w:val="single" w:sz="8" w:space="0" w:color="000000" w:themeColor="text1"/>
          <w:right w:val="single" w:sz="8" w:space="0" w:color="000000" w:themeColor="text1"/>
          <w:insideV w:val="single" w:sz="8" w:space="0" w:color="000000" w:themeColor="text1"/>
        </w:tcBorders>
      </w:tcPr>
    </w:tblStylePr>
  </w:style>
  <w:style w:type="table" w:styleId="LightGrid-Accent1">
    <w:name w:val="Light Grid Accent 1"/>
    <w:basedOn w:val="TableNormal"/>
    <w:uiPriority w:val="62"/>
    <w:rsid w:val="00CB0664"/>
    <w:pPr>
      <w:spacing w:after="0" w:line="240" w:lineRule="auto"/>
    </w:p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18" w:space="0" w:color="4F81BD" w:themeColor="accent1"/>
          <w:right w:val="single" w:sz="8" w:space="0" w:color="4F81BD" w:themeColor="accent1"/>
          <w:insideH w:val="nil"/>
          <w:insideV w:val="single" w:sz="8" w:space="0" w:color="4F81BD" w:themeColor="accent1"/>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F81BD" w:themeColor="accent1"/>
          <w:left w:val="single" w:sz="8" w:space="0" w:color="4F81BD" w:themeColor="accent1"/>
          <w:bottom w:val="single" w:sz="8" w:space="0" w:color="4F81BD" w:themeColor="accent1"/>
          <w:right w:val="single" w:sz="8" w:space="0" w:color="4F81BD" w:themeColor="accent1"/>
          <w:insideH w:val="nil"/>
          <w:insideV w:val="single" w:sz="8" w:space="0" w:color="4F81BD" w:themeColor="accent1"/>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tcPr>
    </w:tblStylePr>
    <w:tblStylePr w:type="band1Vert">
      <w:tblPr/>
      <w:tcPr>
        <w:tcBorders>
          <w:top w:val="single" w:sz="8" w:space="0" w:color="4F81BD" w:themeColor="accent1"/>
          <w:left w:val="single" w:sz="8" w:space="0" w:color="4F81BD" w:themeColor="accent1"/>
          <w:bottom w:val="single" w:sz="8" w:space="0" w:color="4F81BD" w:themeColor="accent1"/>
          <w:right w:val="single" w:sz="8" w:space="0" w:color="4F81BD" w:themeColor="accent1"/>
        </w:tcBorders>
        <w:shd w:val="clear" w:color="auto" w:fill="D3DFEE" w:themeFill="accent1" w:themeFillTint="3F"/>
      </w:tcPr>
    </w:tblStylePr>
    <w:tblStylePr w:type="band1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shd w:val="clear" w:color="auto" w:fill="D3DFEE" w:themeFill="accent1" w:themeFillTint="3F"/>
      </w:tcPr>
    </w:tblStylePr>
    <w:tblStylePr w:type="band2Horz">
      <w:tblPr/>
      <w:tcPr>
        <w:tcBorders>
          <w:top w:val="single" w:sz="8" w:space="0" w:color="4F81BD" w:themeColor="accent1"/>
          <w:left w:val="single" w:sz="8" w:space="0" w:color="4F81BD" w:themeColor="accent1"/>
          <w:bottom w:val="single" w:sz="8" w:space="0" w:color="4F81BD" w:themeColor="accent1"/>
          <w:right w:val="single" w:sz="8" w:space="0" w:color="4F81BD" w:themeColor="accent1"/>
          <w:insideV w:val="single" w:sz="8" w:space="0" w:color="4F81BD" w:themeColor="accent1"/>
        </w:tcBorders>
      </w:tcPr>
    </w:tblStylePr>
  </w:style>
  <w:style w:type="table" w:styleId="LightGrid-Accent2">
    <w:name w:val="Light Grid Accent 2"/>
    <w:basedOn w:val="TableNormal"/>
    <w:uiPriority w:val="62"/>
    <w:rsid w:val="00CB0664"/>
    <w:pPr>
      <w:spacing w:after="0" w:line="240" w:lineRule="auto"/>
    </w:p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18" w:space="0" w:color="C0504D" w:themeColor="accent2"/>
          <w:right w:val="single" w:sz="8" w:space="0" w:color="C0504D" w:themeColor="accent2"/>
          <w:insideH w:val="nil"/>
          <w:insideV w:val="single" w:sz="8" w:space="0" w:color="C0504D" w:themeColor="accent2"/>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C0504D" w:themeColor="accent2"/>
          <w:left w:val="single" w:sz="8" w:space="0" w:color="C0504D" w:themeColor="accent2"/>
          <w:bottom w:val="single" w:sz="8" w:space="0" w:color="C0504D" w:themeColor="accent2"/>
          <w:right w:val="single" w:sz="8" w:space="0" w:color="C0504D" w:themeColor="accent2"/>
          <w:insideH w:val="nil"/>
          <w:insideV w:val="single" w:sz="8" w:space="0" w:color="C0504D" w:themeColor="accent2"/>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tcPr>
    </w:tblStylePr>
    <w:tblStylePr w:type="band1Vert">
      <w:tblPr/>
      <w:tcPr>
        <w:tcBorders>
          <w:top w:val="single" w:sz="8" w:space="0" w:color="C0504D" w:themeColor="accent2"/>
          <w:left w:val="single" w:sz="8" w:space="0" w:color="C0504D" w:themeColor="accent2"/>
          <w:bottom w:val="single" w:sz="8" w:space="0" w:color="C0504D" w:themeColor="accent2"/>
          <w:right w:val="single" w:sz="8" w:space="0" w:color="C0504D" w:themeColor="accent2"/>
        </w:tcBorders>
        <w:shd w:val="clear" w:color="auto" w:fill="EFD3D2" w:themeFill="accent2" w:themeFillTint="3F"/>
      </w:tcPr>
    </w:tblStylePr>
    <w:tblStylePr w:type="band1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shd w:val="clear" w:color="auto" w:fill="EFD3D2" w:themeFill="accent2" w:themeFillTint="3F"/>
      </w:tcPr>
    </w:tblStylePr>
    <w:tblStylePr w:type="band2Horz">
      <w:tblPr/>
      <w:tcPr>
        <w:tcBorders>
          <w:top w:val="single" w:sz="8" w:space="0" w:color="C0504D" w:themeColor="accent2"/>
          <w:left w:val="single" w:sz="8" w:space="0" w:color="C0504D" w:themeColor="accent2"/>
          <w:bottom w:val="single" w:sz="8" w:space="0" w:color="C0504D" w:themeColor="accent2"/>
          <w:right w:val="single" w:sz="8" w:space="0" w:color="C0504D" w:themeColor="accent2"/>
          <w:insideV w:val="single" w:sz="8" w:space="0" w:color="C0504D" w:themeColor="accent2"/>
        </w:tcBorders>
      </w:tcPr>
    </w:tblStylePr>
  </w:style>
  <w:style w:type="table" w:styleId="LightGrid-Accent3">
    <w:name w:val="Light Grid Accent 3"/>
    <w:basedOn w:val="TableNormal"/>
    <w:uiPriority w:val="62"/>
    <w:rsid w:val="00CB0664"/>
    <w:pPr>
      <w:spacing w:after="0" w:line="240" w:lineRule="auto"/>
    </w:p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18" w:space="0" w:color="9BBB59" w:themeColor="accent3"/>
          <w:right w:val="single" w:sz="8" w:space="0" w:color="9BBB59" w:themeColor="accent3"/>
          <w:insideH w:val="nil"/>
          <w:insideV w:val="single" w:sz="8" w:space="0" w:color="9BBB59" w:themeColor="accent3"/>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9BBB59" w:themeColor="accent3"/>
          <w:left w:val="single" w:sz="8" w:space="0" w:color="9BBB59" w:themeColor="accent3"/>
          <w:bottom w:val="single" w:sz="8" w:space="0" w:color="9BBB59" w:themeColor="accent3"/>
          <w:right w:val="single" w:sz="8" w:space="0" w:color="9BBB59" w:themeColor="accent3"/>
          <w:insideH w:val="nil"/>
          <w:insideV w:val="single" w:sz="8" w:space="0" w:color="9BBB59" w:themeColor="accent3"/>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tcPr>
    </w:tblStylePr>
    <w:tblStylePr w:type="band1Vert">
      <w:tblPr/>
      <w:tcPr>
        <w:tcBorders>
          <w:top w:val="single" w:sz="8" w:space="0" w:color="9BBB59" w:themeColor="accent3"/>
          <w:left w:val="single" w:sz="8" w:space="0" w:color="9BBB59" w:themeColor="accent3"/>
          <w:bottom w:val="single" w:sz="8" w:space="0" w:color="9BBB59" w:themeColor="accent3"/>
          <w:right w:val="single" w:sz="8" w:space="0" w:color="9BBB59" w:themeColor="accent3"/>
        </w:tcBorders>
        <w:shd w:val="clear" w:color="auto" w:fill="E6EED5" w:themeFill="accent3" w:themeFillTint="3F"/>
      </w:tcPr>
    </w:tblStylePr>
    <w:tblStylePr w:type="band1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shd w:val="clear" w:color="auto" w:fill="E6EED5" w:themeFill="accent3" w:themeFillTint="3F"/>
      </w:tcPr>
    </w:tblStylePr>
    <w:tblStylePr w:type="band2Horz">
      <w:tblPr/>
      <w:tcPr>
        <w:tcBorders>
          <w:top w:val="single" w:sz="8" w:space="0" w:color="9BBB59" w:themeColor="accent3"/>
          <w:left w:val="single" w:sz="8" w:space="0" w:color="9BBB59" w:themeColor="accent3"/>
          <w:bottom w:val="single" w:sz="8" w:space="0" w:color="9BBB59" w:themeColor="accent3"/>
          <w:right w:val="single" w:sz="8" w:space="0" w:color="9BBB59" w:themeColor="accent3"/>
          <w:insideV w:val="single" w:sz="8" w:space="0" w:color="9BBB59" w:themeColor="accent3"/>
        </w:tcBorders>
      </w:tcPr>
    </w:tblStylePr>
  </w:style>
  <w:style w:type="table" w:styleId="LightGrid-Accent4">
    <w:name w:val="Light Grid Accent 4"/>
    <w:basedOn w:val="TableNormal"/>
    <w:uiPriority w:val="62"/>
    <w:rsid w:val="00CB0664"/>
    <w:pPr>
      <w:spacing w:after="0" w:line="240" w:lineRule="auto"/>
    </w:p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18" w:space="0" w:color="8064A2" w:themeColor="accent4"/>
          <w:right w:val="single" w:sz="8" w:space="0" w:color="8064A2" w:themeColor="accent4"/>
          <w:insideH w:val="nil"/>
          <w:insideV w:val="single" w:sz="8" w:space="0" w:color="8064A2" w:themeColor="accent4"/>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8064A2" w:themeColor="accent4"/>
          <w:left w:val="single" w:sz="8" w:space="0" w:color="8064A2" w:themeColor="accent4"/>
          <w:bottom w:val="single" w:sz="8" w:space="0" w:color="8064A2" w:themeColor="accent4"/>
          <w:right w:val="single" w:sz="8" w:space="0" w:color="8064A2" w:themeColor="accent4"/>
          <w:insideH w:val="nil"/>
          <w:insideV w:val="single" w:sz="8" w:space="0" w:color="8064A2" w:themeColor="accent4"/>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tcPr>
    </w:tblStylePr>
    <w:tblStylePr w:type="band1Vert">
      <w:tblPr/>
      <w:tcPr>
        <w:tcBorders>
          <w:top w:val="single" w:sz="8" w:space="0" w:color="8064A2" w:themeColor="accent4"/>
          <w:left w:val="single" w:sz="8" w:space="0" w:color="8064A2" w:themeColor="accent4"/>
          <w:bottom w:val="single" w:sz="8" w:space="0" w:color="8064A2" w:themeColor="accent4"/>
          <w:right w:val="single" w:sz="8" w:space="0" w:color="8064A2" w:themeColor="accent4"/>
        </w:tcBorders>
        <w:shd w:val="clear" w:color="auto" w:fill="DFD8E8" w:themeFill="accent4" w:themeFillTint="3F"/>
      </w:tcPr>
    </w:tblStylePr>
    <w:tblStylePr w:type="band1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shd w:val="clear" w:color="auto" w:fill="DFD8E8" w:themeFill="accent4" w:themeFillTint="3F"/>
      </w:tcPr>
    </w:tblStylePr>
    <w:tblStylePr w:type="band2Horz">
      <w:tblPr/>
      <w:tcPr>
        <w:tcBorders>
          <w:top w:val="single" w:sz="8" w:space="0" w:color="8064A2" w:themeColor="accent4"/>
          <w:left w:val="single" w:sz="8" w:space="0" w:color="8064A2" w:themeColor="accent4"/>
          <w:bottom w:val="single" w:sz="8" w:space="0" w:color="8064A2" w:themeColor="accent4"/>
          <w:right w:val="single" w:sz="8" w:space="0" w:color="8064A2" w:themeColor="accent4"/>
          <w:insideV w:val="single" w:sz="8" w:space="0" w:color="8064A2" w:themeColor="accent4"/>
        </w:tcBorders>
      </w:tcPr>
    </w:tblStylePr>
  </w:style>
  <w:style w:type="table" w:styleId="LightGrid-Accent5">
    <w:name w:val="Light Grid Accent 5"/>
    <w:basedOn w:val="TableNormal"/>
    <w:uiPriority w:val="62"/>
    <w:rsid w:val="00CB0664"/>
    <w:pPr>
      <w:spacing w:after="0" w:line="240" w:lineRule="auto"/>
    </w:p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18" w:space="0" w:color="4BACC6" w:themeColor="accent5"/>
          <w:right w:val="single" w:sz="8" w:space="0" w:color="4BACC6" w:themeColor="accent5"/>
          <w:insideH w:val="nil"/>
          <w:insideV w:val="single" w:sz="8" w:space="0" w:color="4BACC6" w:themeColor="accent5"/>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4BACC6" w:themeColor="accent5"/>
          <w:left w:val="single" w:sz="8" w:space="0" w:color="4BACC6" w:themeColor="accent5"/>
          <w:bottom w:val="single" w:sz="8" w:space="0" w:color="4BACC6" w:themeColor="accent5"/>
          <w:right w:val="single" w:sz="8" w:space="0" w:color="4BACC6" w:themeColor="accent5"/>
          <w:insideH w:val="nil"/>
          <w:insideV w:val="single" w:sz="8" w:space="0" w:color="4BACC6" w:themeColor="accent5"/>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tcPr>
    </w:tblStylePr>
    <w:tblStylePr w:type="band1Vert">
      <w:tblPr/>
      <w:tcPr>
        <w:tcBorders>
          <w:top w:val="single" w:sz="8" w:space="0" w:color="4BACC6" w:themeColor="accent5"/>
          <w:left w:val="single" w:sz="8" w:space="0" w:color="4BACC6" w:themeColor="accent5"/>
          <w:bottom w:val="single" w:sz="8" w:space="0" w:color="4BACC6" w:themeColor="accent5"/>
          <w:right w:val="single" w:sz="8" w:space="0" w:color="4BACC6" w:themeColor="accent5"/>
        </w:tcBorders>
        <w:shd w:val="clear" w:color="auto" w:fill="D2EAF1" w:themeFill="accent5" w:themeFillTint="3F"/>
      </w:tcPr>
    </w:tblStylePr>
    <w:tblStylePr w:type="band1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shd w:val="clear" w:color="auto" w:fill="D2EAF1" w:themeFill="accent5" w:themeFillTint="3F"/>
      </w:tcPr>
    </w:tblStylePr>
    <w:tblStylePr w:type="band2Horz">
      <w:tblPr/>
      <w:tcPr>
        <w:tcBorders>
          <w:top w:val="single" w:sz="8" w:space="0" w:color="4BACC6" w:themeColor="accent5"/>
          <w:left w:val="single" w:sz="8" w:space="0" w:color="4BACC6" w:themeColor="accent5"/>
          <w:bottom w:val="single" w:sz="8" w:space="0" w:color="4BACC6" w:themeColor="accent5"/>
          <w:right w:val="single" w:sz="8" w:space="0" w:color="4BACC6" w:themeColor="accent5"/>
          <w:insideV w:val="single" w:sz="8" w:space="0" w:color="4BACC6" w:themeColor="accent5"/>
        </w:tcBorders>
      </w:tcPr>
    </w:tblStylePr>
  </w:style>
  <w:style w:type="table" w:styleId="LightGrid-Accent6">
    <w:name w:val="Light Grid Accent 6"/>
    <w:basedOn w:val="TableNormal"/>
    <w:uiPriority w:val="62"/>
    <w:rsid w:val="00CB0664"/>
    <w:pPr>
      <w:spacing w:after="0" w:line="240" w:lineRule="auto"/>
    </w:p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blStylePr w:type="firstRow">
      <w:pPr>
        <w:spacing w:before="0" w:after="0" w:line="240" w:lineRule="auto"/>
      </w:pPr>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18" w:space="0" w:color="F79646" w:themeColor="accent6"/>
          <w:right w:val="single" w:sz="8" w:space="0" w:color="F79646" w:themeColor="accent6"/>
          <w:insideH w:val="nil"/>
          <w:insideV w:val="single" w:sz="8" w:space="0" w:color="F79646" w:themeColor="accent6"/>
        </w:tcBorders>
      </w:tcPr>
    </w:tblStylePr>
    <w:tblStylePr w:type="lastRow">
      <w:pPr>
        <w:spacing w:before="0" w:after="0" w:line="240" w:lineRule="auto"/>
      </w:pPr>
      <w:rPr>
        <w:rFonts w:asciiTheme="majorHAnsi" w:eastAsiaTheme="majorEastAsia" w:hAnsiTheme="majorHAnsi" w:cstheme="majorBidi"/>
        <w:b/>
        <w:bCs/>
      </w:rPr>
      <w:tblPr/>
      <w:tcPr>
        <w:tcBorders>
          <w:top w:val="double" w:sz="6" w:space="0" w:color="F79646" w:themeColor="accent6"/>
          <w:left w:val="single" w:sz="8" w:space="0" w:color="F79646" w:themeColor="accent6"/>
          <w:bottom w:val="single" w:sz="8" w:space="0" w:color="F79646" w:themeColor="accent6"/>
          <w:right w:val="single" w:sz="8" w:space="0" w:color="F79646" w:themeColor="accent6"/>
          <w:insideH w:val="nil"/>
          <w:insideV w:val="single" w:sz="8" w:space="0" w:color="F79646" w:themeColor="accent6"/>
        </w:tcBorders>
      </w:tcPr>
    </w:tblStylePr>
    <w:tblStylePr w:type="firstCol">
      <w:rPr>
        <w:rFonts w:asciiTheme="majorHAnsi" w:eastAsiaTheme="majorEastAsia" w:hAnsiTheme="majorHAnsi" w:cstheme="majorBidi"/>
        <w:b/>
        <w:bCs/>
      </w:rPr>
    </w:tblStylePr>
    <w:tblStylePr w:type="lastCol">
      <w:rPr>
        <w:rFonts w:asciiTheme="majorHAnsi" w:eastAsiaTheme="majorEastAsia" w:hAnsiTheme="majorHAnsi" w:cstheme="majorBidi"/>
        <w:b/>
        <w:bCs/>
      </w:rPr>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tcPr>
    </w:tblStylePr>
    <w:tblStylePr w:type="band1Vert">
      <w:tblPr/>
      <w:tcPr>
        <w:tcBorders>
          <w:top w:val="single" w:sz="8" w:space="0" w:color="F79646" w:themeColor="accent6"/>
          <w:left w:val="single" w:sz="8" w:space="0" w:color="F79646" w:themeColor="accent6"/>
          <w:bottom w:val="single" w:sz="8" w:space="0" w:color="F79646" w:themeColor="accent6"/>
          <w:right w:val="single" w:sz="8" w:space="0" w:color="F79646" w:themeColor="accent6"/>
        </w:tcBorders>
        <w:shd w:val="clear" w:color="auto" w:fill="FDE4D0" w:themeFill="accent6" w:themeFillTint="3F"/>
      </w:tcPr>
    </w:tblStylePr>
    <w:tblStylePr w:type="band1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shd w:val="clear" w:color="auto" w:fill="FDE4D0" w:themeFill="accent6" w:themeFillTint="3F"/>
      </w:tcPr>
    </w:tblStylePr>
    <w:tblStylePr w:type="band2Horz">
      <w:tblPr/>
      <w:tcPr>
        <w:tcBorders>
          <w:top w:val="single" w:sz="8" w:space="0" w:color="F79646" w:themeColor="accent6"/>
          <w:left w:val="single" w:sz="8" w:space="0" w:color="F79646" w:themeColor="accent6"/>
          <w:bottom w:val="single" w:sz="8" w:space="0" w:color="F79646" w:themeColor="accent6"/>
          <w:right w:val="single" w:sz="8" w:space="0" w:color="F79646" w:themeColor="accent6"/>
          <w:insideV w:val="single" w:sz="8" w:space="0" w:color="F79646" w:themeColor="accent6"/>
        </w:tcBorders>
      </w:tcPr>
    </w:tblStylePr>
  </w:style>
  <w:style w:type="table" w:styleId="MediumShading1">
    <w:name w:val="Medium Shading 1"/>
    <w:basedOn w:val="TableNormal"/>
    <w:uiPriority w:val="63"/>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shd w:val="clear" w:color="auto" w:fill="000000" w:themeFill="text1"/>
      </w:tcPr>
    </w:tblStylePr>
    <w:tblStylePr w:type="lastRow">
      <w:pPr>
        <w:spacing w:before="0" w:after="0" w:line="240" w:lineRule="auto"/>
      </w:pPr>
      <w:rPr>
        <w:b/>
        <w:bCs/>
      </w:rPr>
      <w:tblPr/>
      <w:tcPr>
        <w:tcBorders>
          <w:top w:val="double" w:sz="6"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nil"/>
          <w:insideV w:val="nil"/>
        </w:tcBorders>
      </w:tcPr>
    </w:tblStylePr>
    <w:tblStylePr w:type="firstCol">
      <w:rPr>
        <w:b/>
        <w:bCs/>
      </w:rPr>
    </w:tblStylePr>
    <w:tblStylePr w:type="lastCol">
      <w:rPr>
        <w:b/>
        <w:bCs/>
      </w:rPr>
    </w:tblStylePr>
    <w:tblStylePr w:type="band1Vert">
      <w:tblPr/>
      <w:tcPr>
        <w:shd w:val="clear" w:color="auto" w:fill="C0C0C0" w:themeFill="text1" w:themeFillTint="3F"/>
      </w:tcPr>
    </w:tblStylePr>
    <w:tblStylePr w:type="band1Horz">
      <w:tblPr/>
      <w:tcPr>
        <w:tcBorders>
          <w:insideH w:val="nil"/>
          <w:insideV w:val="nil"/>
        </w:tcBorders>
        <w:shd w:val="clear" w:color="auto" w:fill="C0C0C0" w:themeFill="text1" w:themeFillTint="3F"/>
      </w:tcPr>
    </w:tblStylePr>
    <w:tblStylePr w:type="band2Horz">
      <w:tblPr/>
      <w:tcPr>
        <w:tcBorders>
          <w:insideH w:val="nil"/>
          <w:insideV w:val="nil"/>
        </w:tcBorders>
      </w:tcPr>
    </w:tblStylePr>
  </w:style>
  <w:style w:type="table" w:styleId="MediumShading1-Accent1">
    <w:name w:val="Medium Shading 1 Accent 1"/>
    <w:basedOn w:val="TableNormal"/>
    <w:uiPriority w:val="63"/>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shd w:val="clear" w:color="auto" w:fill="4F81BD" w:themeFill="accent1"/>
      </w:tcPr>
    </w:tblStylePr>
    <w:tblStylePr w:type="lastRow">
      <w:pPr>
        <w:spacing w:before="0" w:after="0" w:line="240" w:lineRule="auto"/>
      </w:pPr>
      <w:rPr>
        <w:b/>
        <w:bCs/>
      </w:rPr>
      <w:tblPr/>
      <w:tcPr>
        <w:tcBorders>
          <w:top w:val="double" w:sz="6"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nil"/>
          <w:insideV w:val="nil"/>
        </w:tcBorders>
      </w:tcPr>
    </w:tblStylePr>
    <w:tblStylePr w:type="firstCol">
      <w:rPr>
        <w:b/>
        <w:bCs/>
      </w:rPr>
    </w:tblStylePr>
    <w:tblStylePr w:type="lastCol">
      <w:rPr>
        <w:b/>
        <w:bCs/>
      </w:rPr>
    </w:tblStylePr>
    <w:tblStylePr w:type="band1Vert">
      <w:tblPr/>
      <w:tcPr>
        <w:shd w:val="clear" w:color="auto" w:fill="D3DFEE" w:themeFill="accent1" w:themeFillTint="3F"/>
      </w:tcPr>
    </w:tblStylePr>
    <w:tblStylePr w:type="band1Horz">
      <w:tblPr/>
      <w:tcPr>
        <w:tcBorders>
          <w:insideH w:val="nil"/>
          <w:insideV w:val="nil"/>
        </w:tcBorders>
        <w:shd w:val="clear" w:color="auto" w:fill="D3DFEE" w:themeFill="accent1" w:themeFillTint="3F"/>
      </w:tcPr>
    </w:tblStylePr>
    <w:tblStylePr w:type="band2Horz">
      <w:tblPr/>
      <w:tcPr>
        <w:tcBorders>
          <w:insideH w:val="nil"/>
          <w:insideV w:val="nil"/>
        </w:tcBorders>
      </w:tcPr>
    </w:tblStylePr>
  </w:style>
  <w:style w:type="table" w:styleId="MediumShading1-Accent2">
    <w:name w:val="Medium Shading 1 Accent 2"/>
    <w:basedOn w:val="TableNormal"/>
    <w:uiPriority w:val="63"/>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shd w:val="clear" w:color="auto" w:fill="C0504D" w:themeFill="accent2"/>
      </w:tcPr>
    </w:tblStylePr>
    <w:tblStylePr w:type="lastRow">
      <w:pPr>
        <w:spacing w:before="0" w:after="0" w:line="240" w:lineRule="auto"/>
      </w:pPr>
      <w:rPr>
        <w:b/>
        <w:bCs/>
      </w:rPr>
      <w:tblPr/>
      <w:tcPr>
        <w:tcBorders>
          <w:top w:val="double" w:sz="6"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nil"/>
          <w:insideV w:val="nil"/>
        </w:tcBorders>
      </w:tcPr>
    </w:tblStylePr>
    <w:tblStylePr w:type="firstCol">
      <w:rPr>
        <w:b/>
        <w:bCs/>
      </w:rPr>
    </w:tblStylePr>
    <w:tblStylePr w:type="lastCol">
      <w:rPr>
        <w:b/>
        <w:bCs/>
      </w:rPr>
    </w:tblStylePr>
    <w:tblStylePr w:type="band1Vert">
      <w:tblPr/>
      <w:tcPr>
        <w:shd w:val="clear" w:color="auto" w:fill="EFD3D2" w:themeFill="accent2" w:themeFillTint="3F"/>
      </w:tcPr>
    </w:tblStylePr>
    <w:tblStylePr w:type="band1Horz">
      <w:tblPr/>
      <w:tcPr>
        <w:tcBorders>
          <w:insideH w:val="nil"/>
          <w:insideV w:val="nil"/>
        </w:tcBorders>
        <w:shd w:val="clear" w:color="auto" w:fill="EFD3D2" w:themeFill="accent2" w:themeFillTint="3F"/>
      </w:tcPr>
    </w:tblStylePr>
    <w:tblStylePr w:type="band2Horz">
      <w:tblPr/>
      <w:tcPr>
        <w:tcBorders>
          <w:insideH w:val="nil"/>
          <w:insideV w:val="nil"/>
        </w:tcBorders>
      </w:tcPr>
    </w:tblStylePr>
  </w:style>
  <w:style w:type="table" w:styleId="MediumShading1-Accent3">
    <w:name w:val="Medium Shading 1 Accent 3"/>
    <w:basedOn w:val="TableNormal"/>
    <w:uiPriority w:val="63"/>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shd w:val="clear" w:color="auto" w:fill="9BBB59" w:themeFill="accent3"/>
      </w:tcPr>
    </w:tblStylePr>
    <w:tblStylePr w:type="lastRow">
      <w:pPr>
        <w:spacing w:before="0" w:after="0" w:line="240" w:lineRule="auto"/>
      </w:pPr>
      <w:rPr>
        <w:b/>
        <w:bCs/>
      </w:rPr>
      <w:tblPr/>
      <w:tcPr>
        <w:tcBorders>
          <w:top w:val="double" w:sz="6"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nil"/>
          <w:insideV w:val="nil"/>
        </w:tcBorders>
      </w:tcPr>
    </w:tblStylePr>
    <w:tblStylePr w:type="firstCol">
      <w:rPr>
        <w:b/>
        <w:bCs/>
      </w:rPr>
    </w:tblStylePr>
    <w:tblStylePr w:type="lastCol">
      <w:rPr>
        <w:b/>
        <w:bCs/>
      </w:rPr>
    </w:tblStylePr>
    <w:tblStylePr w:type="band1Vert">
      <w:tblPr/>
      <w:tcPr>
        <w:shd w:val="clear" w:color="auto" w:fill="E6EED5" w:themeFill="accent3" w:themeFillTint="3F"/>
      </w:tcPr>
    </w:tblStylePr>
    <w:tblStylePr w:type="band1Horz">
      <w:tblPr/>
      <w:tcPr>
        <w:tcBorders>
          <w:insideH w:val="nil"/>
          <w:insideV w:val="nil"/>
        </w:tcBorders>
        <w:shd w:val="clear" w:color="auto" w:fill="E6EED5" w:themeFill="accent3" w:themeFillTint="3F"/>
      </w:tcPr>
    </w:tblStylePr>
    <w:tblStylePr w:type="band2Horz">
      <w:tblPr/>
      <w:tcPr>
        <w:tcBorders>
          <w:insideH w:val="nil"/>
          <w:insideV w:val="nil"/>
        </w:tcBorders>
      </w:tcPr>
    </w:tblStylePr>
  </w:style>
  <w:style w:type="table" w:styleId="MediumShading1-Accent4">
    <w:name w:val="Medium Shading 1 Accent 4"/>
    <w:basedOn w:val="TableNormal"/>
    <w:uiPriority w:val="63"/>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shd w:val="clear" w:color="auto" w:fill="8064A2" w:themeFill="accent4"/>
      </w:tcPr>
    </w:tblStylePr>
    <w:tblStylePr w:type="lastRow">
      <w:pPr>
        <w:spacing w:before="0" w:after="0" w:line="240" w:lineRule="auto"/>
      </w:pPr>
      <w:rPr>
        <w:b/>
        <w:bCs/>
      </w:rPr>
      <w:tblPr/>
      <w:tcPr>
        <w:tcBorders>
          <w:top w:val="double" w:sz="6"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nil"/>
          <w:insideV w:val="nil"/>
        </w:tcBorders>
      </w:tcPr>
    </w:tblStylePr>
    <w:tblStylePr w:type="firstCol">
      <w:rPr>
        <w:b/>
        <w:bCs/>
      </w:rPr>
    </w:tblStylePr>
    <w:tblStylePr w:type="lastCol">
      <w:rPr>
        <w:b/>
        <w:bCs/>
      </w:rPr>
    </w:tblStylePr>
    <w:tblStylePr w:type="band1Vert">
      <w:tblPr/>
      <w:tcPr>
        <w:shd w:val="clear" w:color="auto" w:fill="DFD8E8" w:themeFill="accent4" w:themeFillTint="3F"/>
      </w:tcPr>
    </w:tblStylePr>
    <w:tblStylePr w:type="band1Horz">
      <w:tblPr/>
      <w:tcPr>
        <w:tcBorders>
          <w:insideH w:val="nil"/>
          <w:insideV w:val="nil"/>
        </w:tcBorders>
        <w:shd w:val="clear" w:color="auto" w:fill="DFD8E8" w:themeFill="accent4" w:themeFillTint="3F"/>
      </w:tcPr>
    </w:tblStylePr>
    <w:tblStylePr w:type="band2Horz">
      <w:tblPr/>
      <w:tcPr>
        <w:tcBorders>
          <w:insideH w:val="nil"/>
          <w:insideV w:val="nil"/>
        </w:tcBorders>
      </w:tcPr>
    </w:tblStylePr>
  </w:style>
  <w:style w:type="table" w:styleId="MediumShading1-Accent5">
    <w:name w:val="Medium Shading 1 Accent 5"/>
    <w:basedOn w:val="TableNormal"/>
    <w:uiPriority w:val="63"/>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shd w:val="clear" w:color="auto" w:fill="4BACC6" w:themeFill="accent5"/>
      </w:tcPr>
    </w:tblStylePr>
    <w:tblStylePr w:type="lastRow">
      <w:pPr>
        <w:spacing w:before="0" w:after="0" w:line="240" w:lineRule="auto"/>
      </w:pPr>
      <w:rPr>
        <w:b/>
        <w:bCs/>
      </w:rPr>
      <w:tblPr/>
      <w:tcPr>
        <w:tcBorders>
          <w:top w:val="double" w:sz="6"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nil"/>
          <w:insideV w:val="nil"/>
        </w:tcBorders>
      </w:tcPr>
    </w:tblStylePr>
    <w:tblStylePr w:type="firstCol">
      <w:rPr>
        <w:b/>
        <w:bCs/>
      </w:rPr>
    </w:tblStylePr>
    <w:tblStylePr w:type="lastCol">
      <w:rPr>
        <w:b/>
        <w:bCs/>
      </w:rPr>
    </w:tblStylePr>
    <w:tblStylePr w:type="band1Vert">
      <w:tblPr/>
      <w:tcPr>
        <w:shd w:val="clear" w:color="auto" w:fill="D2EAF1" w:themeFill="accent5" w:themeFillTint="3F"/>
      </w:tcPr>
    </w:tblStylePr>
    <w:tblStylePr w:type="band1Horz">
      <w:tblPr/>
      <w:tcPr>
        <w:tcBorders>
          <w:insideH w:val="nil"/>
          <w:insideV w:val="nil"/>
        </w:tcBorders>
        <w:shd w:val="clear" w:color="auto" w:fill="D2EAF1" w:themeFill="accent5" w:themeFillTint="3F"/>
      </w:tcPr>
    </w:tblStylePr>
    <w:tblStylePr w:type="band2Horz">
      <w:tblPr/>
      <w:tcPr>
        <w:tcBorders>
          <w:insideH w:val="nil"/>
          <w:insideV w:val="nil"/>
        </w:tcBorders>
      </w:tcPr>
    </w:tblStylePr>
  </w:style>
  <w:style w:type="table" w:styleId="MediumShading1-Accent6">
    <w:name w:val="Medium Shading 1 Accent 6"/>
    <w:basedOn w:val="TableNormal"/>
    <w:uiPriority w:val="63"/>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shd w:val="clear" w:color="auto" w:fill="F79646" w:themeFill="accent6"/>
      </w:tcPr>
    </w:tblStylePr>
    <w:tblStylePr w:type="lastRow">
      <w:pPr>
        <w:spacing w:before="0" w:after="0" w:line="240" w:lineRule="auto"/>
      </w:pPr>
      <w:rPr>
        <w:b/>
        <w:bCs/>
      </w:rPr>
      <w:tblPr/>
      <w:tcPr>
        <w:tcBorders>
          <w:top w:val="double" w:sz="6"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nil"/>
          <w:insideV w:val="nil"/>
        </w:tcBorders>
      </w:tcPr>
    </w:tblStylePr>
    <w:tblStylePr w:type="firstCol">
      <w:rPr>
        <w:b/>
        <w:bCs/>
      </w:rPr>
    </w:tblStylePr>
    <w:tblStylePr w:type="lastCol">
      <w:rPr>
        <w:b/>
        <w:bCs/>
      </w:rPr>
    </w:tblStylePr>
    <w:tblStylePr w:type="band1Vert">
      <w:tblPr/>
      <w:tcPr>
        <w:shd w:val="clear" w:color="auto" w:fill="FDE4D0" w:themeFill="accent6" w:themeFillTint="3F"/>
      </w:tcPr>
    </w:tblStylePr>
    <w:tblStylePr w:type="band1Horz">
      <w:tblPr/>
      <w:tcPr>
        <w:tcBorders>
          <w:insideH w:val="nil"/>
          <w:insideV w:val="nil"/>
        </w:tcBorders>
        <w:shd w:val="clear" w:color="auto" w:fill="FDE4D0" w:themeFill="accent6" w:themeFillTint="3F"/>
      </w:tcPr>
    </w:tblStylePr>
    <w:tblStylePr w:type="band2Horz">
      <w:tblPr/>
      <w:tcPr>
        <w:tcBorders>
          <w:insideH w:val="nil"/>
          <w:insideV w:val="nil"/>
        </w:tcBorders>
      </w:tcPr>
    </w:tblStylePr>
  </w:style>
  <w:style w:type="table" w:styleId="MediumShading2">
    <w:name w:val="Medium Shading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000000" w:themeFill="tex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000000" w:themeFill="text1"/>
      </w:tcPr>
    </w:tblStylePr>
    <w:tblStylePr w:type="lastCol">
      <w:rPr>
        <w:b/>
        <w:bCs/>
        <w:color w:val="FFFFFF" w:themeColor="background1"/>
      </w:rPr>
      <w:tblPr/>
      <w:tcPr>
        <w:tcBorders>
          <w:left w:val="nil"/>
          <w:right w:val="nil"/>
          <w:insideH w:val="nil"/>
          <w:insideV w:val="nil"/>
        </w:tcBorders>
        <w:shd w:val="clear" w:color="auto" w:fill="000000" w:themeFill="tex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1">
    <w:name w:val="Medium Shading 2 Accent 1"/>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F81BD" w:themeFill="accent1"/>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F81BD" w:themeFill="accent1"/>
      </w:tcPr>
    </w:tblStylePr>
    <w:tblStylePr w:type="lastCol">
      <w:rPr>
        <w:b/>
        <w:bCs/>
        <w:color w:val="FFFFFF" w:themeColor="background1"/>
      </w:rPr>
      <w:tblPr/>
      <w:tcPr>
        <w:tcBorders>
          <w:left w:val="nil"/>
          <w:right w:val="nil"/>
          <w:insideH w:val="nil"/>
          <w:insideV w:val="nil"/>
        </w:tcBorders>
        <w:shd w:val="clear" w:color="auto" w:fill="4F81BD" w:themeFill="accent1"/>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2">
    <w:name w:val="Medium Shading 2 Accent 2"/>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C0504D" w:themeFill="accent2"/>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C0504D" w:themeFill="accent2"/>
      </w:tcPr>
    </w:tblStylePr>
    <w:tblStylePr w:type="lastCol">
      <w:rPr>
        <w:b/>
        <w:bCs/>
        <w:color w:val="FFFFFF" w:themeColor="background1"/>
      </w:rPr>
      <w:tblPr/>
      <w:tcPr>
        <w:tcBorders>
          <w:left w:val="nil"/>
          <w:right w:val="nil"/>
          <w:insideH w:val="nil"/>
          <w:insideV w:val="nil"/>
        </w:tcBorders>
        <w:shd w:val="clear" w:color="auto" w:fill="C0504D" w:themeFill="accent2"/>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3">
    <w:name w:val="Medium Shading 2 Accent 3"/>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9BBB59" w:themeFill="accent3"/>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9BBB59" w:themeFill="accent3"/>
      </w:tcPr>
    </w:tblStylePr>
    <w:tblStylePr w:type="lastCol">
      <w:rPr>
        <w:b/>
        <w:bCs/>
        <w:color w:val="FFFFFF" w:themeColor="background1"/>
      </w:rPr>
      <w:tblPr/>
      <w:tcPr>
        <w:tcBorders>
          <w:left w:val="nil"/>
          <w:right w:val="nil"/>
          <w:insideH w:val="nil"/>
          <w:insideV w:val="nil"/>
        </w:tcBorders>
        <w:shd w:val="clear" w:color="auto" w:fill="9BBB59" w:themeFill="accent3"/>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4">
    <w:name w:val="Medium Shading 2 Accent 4"/>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8064A2" w:themeFill="accent4"/>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8064A2" w:themeFill="accent4"/>
      </w:tcPr>
    </w:tblStylePr>
    <w:tblStylePr w:type="lastCol">
      <w:rPr>
        <w:b/>
        <w:bCs/>
        <w:color w:val="FFFFFF" w:themeColor="background1"/>
      </w:rPr>
      <w:tblPr/>
      <w:tcPr>
        <w:tcBorders>
          <w:left w:val="nil"/>
          <w:right w:val="nil"/>
          <w:insideH w:val="nil"/>
          <w:insideV w:val="nil"/>
        </w:tcBorders>
        <w:shd w:val="clear" w:color="auto" w:fill="8064A2" w:themeFill="accent4"/>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5">
    <w:name w:val="Medium Shading 2 Accent 5"/>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4BACC6" w:themeFill="accent5"/>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4BACC6" w:themeFill="accent5"/>
      </w:tcPr>
    </w:tblStylePr>
    <w:tblStylePr w:type="lastCol">
      <w:rPr>
        <w:b/>
        <w:bCs/>
        <w:color w:val="FFFFFF" w:themeColor="background1"/>
      </w:rPr>
      <w:tblPr/>
      <w:tcPr>
        <w:tcBorders>
          <w:left w:val="nil"/>
          <w:right w:val="nil"/>
          <w:insideH w:val="nil"/>
          <w:insideV w:val="nil"/>
        </w:tcBorders>
        <w:shd w:val="clear" w:color="auto" w:fill="4BACC6" w:themeFill="accent5"/>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Shading2-Accent6">
    <w:name w:val="Medium Shading 2 Accent 6"/>
    <w:basedOn w:val="TableNormal"/>
    <w:uiPriority w:val="64"/>
    <w:rsid w:val="00CB0664"/>
    <w:pPr>
      <w:spacing w:after="0" w:line="240" w:lineRule="auto"/>
    </w:p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tblStylePr w:type="firstRow">
      <w:pPr>
        <w:spacing w:before="0" w:after="0" w:line="240" w:lineRule="auto"/>
      </w:pPr>
      <w:rPr>
        <w:b/>
        <w:bCs/>
        <w:color w:val="FFFFFF" w:themeColor="background1"/>
      </w:rPr>
      <w:tblPr/>
      <w:tcPr>
        <w:tcBorders>
          <w:top w:val="single" w:sz="18" w:space="0" w:color="auto"/>
          <w:left w:val="nil"/>
          <w:bottom w:val="single" w:sz="18" w:space="0" w:color="auto"/>
          <w:right w:val="nil"/>
          <w:insideH w:val="nil"/>
          <w:insideV w:val="nil"/>
        </w:tcBorders>
        <w:shd w:val="clear" w:color="auto" w:fill="F79646" w:themeFill="accent6"/>
      </w:tcPr>
    </w:tblStylePr>
    <w:tblStylePr w:type="lastRow">
      <w:pPr>
        <w:spacing w:before="0" w:after="0" w:line="240" w:lineRule="auto"/>
      </w:pPr>
      <w:rPr>
        <w:color w:val="auto"/>
      </w:rPr>
      <w:tblPr/>
      <w:tcPr>
        <w:tcBorders>
          <w:top w:val="double" w:sz="6" w:space="0" w:color="auto"/>
          <w:left w:val="nil"/>
          <w:bottom w:val="single" w:sz="18" w:space="0" w:color="auto"/>
          <w:right w:val="nil"/>
          <w:insideH w:val="nil"/>
          <w:insideV w:val="nil"/>
        </w:tcBorders>
        <w:shd w:val="clear" w:color="auto" w:fill="FFFFFF" w:themeFill="background1"/>
      </w:tcPr>
    </w:tblStylePr>
    <w:tblStylePr w:type="firstCol">
      <w:rPr>
        <w:b/>
        <w:bCs/>
        <w:color w:val="FFFFFF" w:themeColor="background1"/>
      </w:rPr>
      <w:tblPr/>
      <w:tcPr>
        <w:tcBorders>
          <w:top w:val="nil"/>
          <w:left w:val="nil"/>
          <w:bottom w:val="single" w:sz="18" w:space="0" w:color="auto"/>
          <w:right w:val="nil"/>
          <w:insideH w:val="nil"/>
          <w:insideV w:val="nil"/>
        </w:tcBorders>
        <w:shd w:val="clear" w:color="auto" w:fill="F79646" w:themeFill="accent6"/>
      </w:tcPr>
    </w:tblStylePr>
    <w:tblStylePr w:type="lastCol">
      <w:rPr>
        <w:b/>
        <w:bCs/>
        <w:color w:val="FFFFFF" w:themeColor="background1"/>
      </w:rPr>
      <w:tblPr/>
      <w:tcPr>
        <w:tcBorders>
          <w:left w:val="nil"/>
          <w:right w:val="nil"/>
          <w:insideH w:val="nil"/>
          <w:insideV w:val="nil"/>
        </w:tcBorders>
        <w:shd w:val="clear" w:color="auto" w:fill="F79646" w:themeFill="accent6"/>
      </w:tcPr>
    </w:tblStylePr>
    <w:tblStylePr w:type="band1Vert">
      <w:tblPr/>
      <w:tcPr>
        <w:tcBorders>
          <w:left w:val="nil"/>
          <w:right w:val="nil"/>
          <w:insideH w:val="nil"/>
          <w:insideV w:val="nil"/>
        </w:tcBorders>
        <w:shd w:val="clear" w:color="auto" w:fill="D8D8D8" w:themeFill="background1" w:themeFillShade="D8"/>
      </w:tcPr>
    </w:tblStylePr>
    <w:tblStylePr w:type="band1Horz">
      <w:tblPr/>
      <w:tcPr>
        <w:shd w:val="clear" w:color="auto" w:fill="D8D8D8" w:themeFill="background1" w:themeFillShade="D8"/>
      </w:tcPr>
    </w:tblStylePr>
    <w:tblStylePr w:type="neCell">
      <w:tblPr/>
      <w:tcPr>
        <w:tcBorders>
          <w:top w:val="single" w:sz="18" w:space="0" w:color="auto"/>
          <w:left w:val="nil"/>
          <w:bottom w:val="single" w:sz="18" w:space="0" w:color="auto"/>
          <w:right w:val="nil"/>
          <w:insideH w:val="nil"/>
          <w:insideV w:val="nil"/>
        </w:tcBorders>
      </w:tcPr>
    </w:tblStylePr>
    <w:tblStylePr w:type="nwCell">
      <w:rPr>
        <w:color w:val="FFFFFF" w:themeColor="background1"/>
      </w:rPr>
      <w:tblPr/>
      <w:tcPr>
        <w:tcBorders>
          <w:top w:val="single" w:sz="18" w:space="0" w:color="auto"/>
          <w:left w:val="nil"/>
          <w:bottom w:val="single" w:sz="18" w:space="0" w:color="auto"/>
          <w:right w:val="nil"/>
          <w:insideH w:val="nil"/>
          <w:insideV w:val="nil"/>
        </w:tcBorders>
      </w:tcPr>
    </w:tblStylePr>
  </w:style>
  <w:style w:type="table" w:styleId="MediumList1">
    <w:name w:val="Medium Lis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000000" w:themeColor="text1"/>
        </w:tcBorders>
      </w:tcPr>
    </w:tblStylePr>
    <w:tblStylePr w:type="lastRow">
      <w:rPr>
        <w:b/>
        <w:bCs/>
        <w:color w:val="1F497D" w:themeColor="text2"/>
      </w:rPr>
      <w:tblPr/>
      <w:tcPr>
        <w:tcBorders>
          <w:top w:val="single" w:sz="8" w:space="0" w:color="000000" w:themeColor="text1"/>
          <w:bottom w:val="single" w:sz="8" w:space="0" w:color="000000" w:themeColor="text1"/>
        </w:tcBorders>
      </w:tcPr>
    </w:tblStylePr>
    <w:tblStylePr w:type="firstCol">
      <w:rPr>
        <w:b/>
        <w:bCs/>
      </w:rPr>
    </w:tblStylePr>
    <w:tblStylePr w:type="lastCol">
      <w:rPr>
        <w:b/>
        <w:bCs/>
      </w:rPr>
      <w:tblPr/>
      <w:tcPr>
        <w:tcBorders>
          <w:top w:val="single" w:sz="8" w:space="0" w:color="000000" w:themeColor="text1"/>
          <w:bottom w:val="single" w:sz="8" w:space="0" w:color="000000" w:themeColor="text1"/>
        </w:tcBorders>
      </w:tcPr>
    </w:tblStylePr>
    <w:tblStylePr w:type="band1Vert">
      <w:tblPr/>
      <w:tcPr>
        <w:shd w:val="clear" w:color="auto" w:fill="C0C0C0" w:themeFill="text1" w:themeFillTint="3F"/>
      </w:tcPr>
    </w:tblStylePr>
    <w:tblStylePr w:type="band1Horz">
      <w:tblPr/>
      <w:tcPr>
        <w:shd w:val="clear" w:color="auto" w:fill="C0C0C0" w:themeFill="text1" w:themeFillTint="3F"/>
      </w:tcPr>
    </w:tblStylePr>
  </w:style>
  <w:style w:type="table" w:styleId="MediumList1-Accent1">
    <w:name w:val="Medium List 1 Accent 1"/>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F81BD" w:themeColor="accent1"/>
        </w:tcBorders>
      </w:tcPr>
    </w:tblStylePr>
    <w:tblStylePr w:type="lastRow">
      <w:rPr>
        <w:b/>
        <w:bCs/>
        <w:color w:val="1F497D" w:themeColor="text2"/>
      </w:rPr>
      <w:tblPr/>
      <w:tcPr>
        <w:tcBorders>
          <w:top w:val="single" w:sz="8" w:space="0" w:color="4F81BD" w:themeColor="accent1"/>
          <w:bottom w:val="single" w:sz="8" w:space="0" w:color="4F81BD" w:themeColor="accent1"/>
        </w:tcBorders>
      </w:tcPr>
    </w:tblStylePr>
    <w:tblStylePr w:type="firstCol">
      <w:rPr>
        <w:b/>
        <w:bCs/>
      </w:rPr>
    </w:tblStylePr>
    <w:tblStylePr w:type="lastCol">
      <w:rPr>
        <w:b/>
        <w:bCs/>
      </w:rPr>
      <w:tblPr/>
      <w:tcPr>
        <w:tcBorders>
          <w:top w:val="single" w:sz="8" w:space="0" w:color="4F81BD" w:themeColor="accent1"/>
          <w:bottom w:val="single" w:sz="8" w:space="0" w:color="4F81BD" w:themeColor="accent1"/>
        </w:tcBorders>
      </w:tcPr>
    </w:tblStylePr>
    <w:tblStylePr w:type="band1Vert">
      <w:tblPr/>
      <w:tcPr>
        <w:shd w:val="clear" w:color="auto" w:fill="D3DFEE" w:themeFill="accent1" w:themeFillTint="3F"/>
      </w:tcPr>
    </w:tblStylePr>
    <w:tblStylePr w:type="band1Horz">
      <w:tblPr/>
      <w:tcPr>
        <w:shd w:val="clear" w:color="auto" w:fill="D3DFEE" w:themeFill="accent1" w:themeFillTint="3F"/>
      </w:tcPr>
    </w:tblStylePr>
  </w:style>
  <w:style w:type="table" w:styleId="MediumList1-Accent2">
    <w:name w:val="Medium List 1 Accent 2"/>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C0504D" w:themeColor="accent2"/>
        </w:tcBorders>
      </w:tcPr>
    </w:tblStylePr>
    <w:tblStylePr w:type="lastRow">
      <w:rPr>
        <w:b/>
        <w:bCs/>
        <w:color w:val="1F497D" w:themeColor="text2"/>
      </w:rPr>
      <w:tblPr/>
      <w:tcPr>
        <w:tcBorders>
          <w:top w:val="single" w:sz="8" w:space="0" w:color="C0504D" w:themeColor="accent2"/>
          <w:bottom w:val="single" w:sz="8" w:space="0" w:color="C0504D" w:themeColor="accent2"/>
        </w:tcBorders>
      </w:tcPr>
    </w:tblStylePr>
    <w:tblStylePr w:type="firstCol">
      <w:rPr>
        <w:b/>
        <w:bCs/>
      </w:rPr>
    </w:tblStylePr>
    <w:tblStylePr w:type="lastCol">
      <w:rPr>
        <w:b/>
        <w:bCs/>
      </w:rPr>
      <w:tblPr/>
      <w:tcPr>
        <w:tcBorders>
          <w:top w:val="single" w:sz="8" w:space="0" w:color="C0504D" w:themeColor="accent2"/>
          <w:bottom w:val="single" w:sz="8" w:space="0" w:color="C0504D" w:themeColor="accent2"/>
        </w:tcBorders>
      </w:tcPr>
    </w:tblStylePr>
    <w:tblStylePr w:type="band1Vert">
      <w:tblPr/>
      <w:tcPr>
        <w:shd w:val="clear" w:color="auto" w:fill="EFD3D2" w:themeFill="accent2" w:themeFillTint="3F"/>
      </w:tcPr>
    </w:tblStylePr>
    <w:tblStylePr w:type="band1Horz">
      <w:tblPr/>
      <w:tcPr>
        <w:shd w:val="clear" w:color="auto" w:fill="EFD3D2" w:themeFill="accent2" w:themeFillTint="3F"/>
      </w:tcPr>
    </w:tblStylePr>
  </w:style>
  <w:style w:type="table" w:styleId="MediumList1-Accent3">
    <w:name w:val="Medium List 1 Accent 3"/>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9BBB59" w:themeColor="accent3"/>
        </w:tcBorders>
      </w:tcPr>
    </w:tblStylePr>
    <w:tblStylePr w:type="lastRow">
      <w:rPr>
        <w:b/>
        <w:bCs/>
        <w:color w:val="1F497D" w:themeColor="text2"/>
      </w:rPr>
      <w:tblPr/>
      <w:tcPr>
        <w:tcBorders>
          <w:top w:val="single" w:sz="8" w:space="0" w:color="9BBB59" w:themeColor="accent3"/>
          <w:bottom w:val="single" w:sz="8" w:space="0" w:color="9BBB59" w:themeColor="accent3"/>
        </w:tcBorders>
      </w:tcPr>
    </w:tblStylePr>
    <w:tblStylePr w:type="firstCol">
      <w:rPr>
        <w:b/>
        <w:bCs/>
      </w:rPr>
    </w:tblStylePr>
    <w:tblStylePr w:type="lastCol">
      <w:rPr>
        <w:b/>
        <w:bCs/>
      </w:rPr>
      <w:tblPr/>
      <w:tcPr>
        <w:tcBorders>
          <w:top w:val="single" w:sz="8" w:space="0" w:color="9BBB59" w:themeColor="accent3"/>
          <w:bottom w:val="single" w:sz="8" w:space="0" w:color="9BBB59" w:themeColor="accent3"/>
        </w:tcBorders>
      </w:tcPr>
    </w:tblStylePr>
    <w:tblStylePr w:type="band1Vert">
      <w:tblPr/>
      <w:tcPr>
        <w:shd w:val="clear" w:color="auto" w:fill="E6EED5" w:themeFill="accent3" w:themeFillTint="3F"/>
      </w:tcPr>
    </w:tblStylePr>
    <w:tblStylePr w:type="band1Horz">
      <w:tblPr/>
      <w:tcPr>
        <w:shd w:val="clear" w:color="auto" w:fill="E6EED5" w:themeFill="accent3" w:themeFillTint="3F"/>
      </w:tcPr>
    </w:tblStylePr>
  </w:style>
  <w:style w:type="table" w:styleId="MediumList1-Accent4">
    <w:name w:val="Medium List 1 Accent 4"/>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8064A2" w:themeColor="accent4"/>
        </w:tcBorders>
      </w:tcPr>
    </w:tblStylePr>
    <w:tblStylePr w:type="lastRow">
      <w:rPr>
        <w:b/>
        <w:bCs/>
        <w:color w:val="1F497D" w:themeColor="text2"/>
      </w:rPr>
      <w:tblPr/>
      <w:tcPr>
        <w:tcBorders>
          <w:top w:val="single" w:sz="8" w:space="0" w:color="8064A2" w:themeColor="accent4"/>
          <w:bottom w:val="single" w:sz="8" w:space="0" w:color="8064A2" w:themeColor="accent4"/>
        </w:tcBorders>
      </w:tcPr>
    </w:tblStylePr>
    <w:tblStylePr w:type="firstCol">
      <w:rPr>
        <w:b/>
        <w:bCs/>
      </w:rPr>
    </w:tblStylePr>
    <w:tblStylePr w:type="lastCol">
      <w:rPr>
        <w:b/>
        <w:bCs/>
      </w:rPr>
      <w:tblPr/>
      <w:tcPr>
        <w:tcBorders>
          <w:top w:val="single" w:sz="8" w:space="0" w:color="8064A2" w:themeColor="accent4"/>
          <w:bottom w:val="single" w:sz="8" w:space="0" w:color="8064A2" w:themeColor="accent4"/>
        </w:tcBorders>
      </w:tcPr>
    </w:tblStylePr>
    <w:tblStylePr w:type="band1Vert">
      <w:tblPr/>
      <w:tcPr>
        <w:shd w:val="clear" w:color="auto" w:fill="DFD8E8" w:themeFill="accent4" w:themeFillTint="3F"/>
      </w:tcPr>
    </w:tblStylePr>
    <w:tblStylePr w:type="band1Horz">
      <w:tblPr/>
      <w:tcPr>
        <w:shd w:val="clear" w:color="auto" w:fill="DFD8E8" w:themeFill="accent4" w:themeFillTint="3F"/>
      </w:tcPr>
    </w:tblStylePr>
  </w:style>
  <w:style w:type="table" w:styleId="MediumList1-Accent5">
    <w:name w:val="Medium List 1 Accent 5"/>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4BACC6" w:themeColor="accent5"/>
        <w:bottom w:val="single" w:sz="8" w:space="0" w:color="4BACC6" w:themeColor="accent5"/>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4BACC6" w:themeColor="accent5"/>
        </w:tcBorders>
      </w:tcPr>
    </w:tblStylePr>
    <w:tblStylePr w:type="lastRow">
      <w:rPr>
        <w:b/>
        <w:bCs/>
        <w:color w:val="1F497D" w:themeColor="text2"/>
      </w:rPr>
      <w:tblPr/>
      <w:tcPr>
        <w:tcBorders>
          <w:top w:val="single" w:sz="8" w:space="0" w:color="4BACC6" w:themeColor="accent5"/>
          <w:bottom w:val="single" w:sz="8" w:space="0" w:color="4BACC6" w:themeColor="accent5"/>
        </w:tcBorders>
      </w:tcPr>
    </w:tblStylePr>
    <w:tblStylePr w:type="firstCol">
      <w:rPr>
        <w:b/>
        <w:bCs/>
      </w:rPr>
    </w:tblStylePr>
    <w:tblStylePr w:type="lastCol">
      <w:rPr>
        <w:b/>
        <w:bCs/>
      </w:rPr>
      <w:tblPr/>
      <w:tcPr>
        <w:tcBorders>
          <w:top w:val="single" w:sz="8" w:space="0" w:color="4BACC6" w:themeColor="accent5"/>
          <w:bottom w:val="single" w:sz="8" w:space="0" w:color="4BACC6" w:themeColor="accent5"/>
        </w:tcBorders>
      </w:tcPr>
    </w:tblStylePr>
    <w:tblStylePr w:type="band1Vert">
      <w:tblPr/>
      <w:tcPr>
        <w:shd w:val="clear" w:color="auto" w:fill="D2EAF1" w:themeFill="accent5" w:themeFillTint="3F"/>
      </w:tcPr>
    </w:tblStylePr>
    <w:tblStylePr w:type="band1Horz">
      <w:tblPr/>
      <w:tcPr>
        <w:shd w:val="clear" w:color="auto" w:fill="D2EAF1" w:themeFill="accent5" w:themeFillTint="3F"/>
      </w:tcPr>
    </w:tblStylePr>
  </w:style>
  <w:style w:type="table" w:styleId="MediumList1-Accent6">
    <w:name w:val="Medium List 1 Accent 6"/>
    <w:basedOn w:val="TableNormal"/>
    <w:uiPriority w:val="65"/>
    <w:rsid w:val="00CB0664"/>
    <w:pPr>
      <w:spacing w:after="0" w:line="240" w:lineRule="auto"/>
    </w:pPr>
    <w:rPr>
      <w:color w:val="000000" w:themeColor="text1"/>
    </w:rPr>
    <w:tblPr>
      <w:tblStyleRowBandSize w:val="1"/>
      <w:tblStyleColBandSize w:val="1"/>
      <w:tblInd w:w="0" w:type="dxa"/>
      <w:tblBorders>
        <w:top w:val="single" w:sz="8" w:space="0" w:color="F79646" w:themeColor="accent6"/>
        <w:bottom w:val="single" w:sz="8" w:space="0" w:color="F79646" w:themeColor="accent6"/>
      </w:tblBorders>
      <w:tblCellMar>
        <w:top w:w="0" w:type="dxa"/>
        <w:left w:w="108" w:type="dxa"/>
        <w:bottom w:w="0" w:type="dxa"/>
        <w:right w:w="108" w:type="dxa"/>
      </w:tblCellMar>
    </w:tblPr>
    <w:tblStylePr w:type="firstRow">
      <w:rPr>
        <w:rFonts w:asciiTheme="majorHAnsi" w:eastAsiaTheme="majorEastAsia" w:hAnsiTheme="majorHAnsi" w:cstheme="majorBidi"/>
      </w:rPr>
      <w:tblPr/>
      <w:tcPr>
        <w:tcBorders>
          <w:top w:val="nil"/>
          <w:bottom w:val="single" w:sz="8" w:space="0" w:color="F79646" w:themeColor="accent6"/>
        </w:tcBorders>
      </w:tcPr>
    </w:tblStylePr>
    <w:tblStylePr w:type="lastRow">
      <w:rPr>
        <w:b/>
        <w:bCs/>
        <w:color w:val="1F497D" w:themeColor="text2"/>
      </w:rPr>
      <w:tblPr/>
      <w:tcPr>
        <w:tcBorders>
          <w:top w:val="single" w:sz="8" w:space="0" w:color="F79646" w:themeColor="accent6"/>
          <w:bottom w:val="single" w:sz="8" w:space="0" w:color="F79646" w:themeColor="accent6"/>
        </w:tcBorders>
      </w:tcPr>
    </w:tblStylePr>
    <w:tblStylePr w:type="firstCol">
      <w:rPr>
        <w:b/>
        <w:bCs/>
      </w:rPr>
    </w:tblStylePr>
    <w:tblStylePr w:type="lastCol">
      <w:rPr>
        <w:b/>
        <w:bCs/>
      </w:rPr>
      <w:tblPr/>
      <w:tcPr>
        <w:tcBorders>
          <w:top w:val="single" w:sz="8" w:space="0" w:color="F79646" w:themeColor="accent6"/>
          <w:bottom w:val="single" w:sz="8" w:space="0" w:color="F79646" w:themeColor="accent6"/>
        </w:tcBorders>
      </w:tcPr>
    </w:tblStylePr>
    <w:tblStylePr w:type="band1Vert">
      <w:tblPr/>
      <w:tcPr>
        <w:shd w:val="clear" w:color="auto" w:fill="FDE4D0" w:themeFill="accent6" w:themeFillTint="3F"/>
      </w:tcPr>
    </w:tblStylePr>
    <w:tblStylePr w:type="band1Horz">
      <w:tblPr/>
      <w:tcPr>
        <w:shd w:val="clear" w:color="auto" w:fill="FDE4D0" w:themeFill="accent6" w:themeFillTint="3F"/>
      </w:tcPr>
    </w:tblStylePr>
  </w:style>
  <w:style w:type="table" w:styleId="MediumList2">
    <w:name w:val="Medium Lis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tblBorders>
      <w:tblCellMar>
        <w:top w:w="0" w:type="dxa"/>
        <w:left w:w="108" w:type="dxa"/>
        <w:bottom w:w="0" w:type="dxa"/>
        <w:right w:w="108" w:type="dxa"/>
      </w:tblCellMar>
    </w:tblPr>
    <w:tblStylePr w:type="firstRow">
      <w:rPr>
        <w:sz w:val="24"/>
        <w:szCs w:val="24"/>
      </w:rPr>
      <w:tblPr/>
      <w:tcPr>
        <w:tcBorders>
          <w:top w:val="nil"/>
          <w:left w:val="nil"/>
          <w:bottom w:val="single" w:sz="24" w:space="0" w:color="000000" w:themeColor="text1"/>
          <w:right w:val="nil"/>
          <w:insideH w:val="nil"/>
          <w:insideV w:val="nil"/>
        </w:tcBorders>
        <w:shd w:val="clear" w:color="auto" w:fill="FFFFFF" w:themeFill="background1"/>
      </w:tcPr>
    </w:tblStylePr>
    <w:tblStylePr w:type="lastRow">
      <w:tblPr/>
      <w:tcPr>
        <w:tcBorders>
          <w:top w:val="single" w:sz="8" w:space="0" w:color="000000" w:themeColor="tex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000000" w:themeColor="text1"/>
          <w:insideH w:val="nil"/>
          <w:insideV w:val="nil"/>
        </w:tcBorders>
        <w:shd w:val="clear" w:color="auto" w:fill="FFFFFF" w:themeFill="background1"/>
      </w:tcPr>
    </w:tblStylePr>
    <w:tblStylePr w:type="lastCol">
      <w:tblPr/>
      <w:tcPr>
        <w:tcBorders>
          <w:top w:val="nil"/>
          <w:left w:val="single" w:sz="8" w:space="0" w:color="000000" w:themeColor="tex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top w:val="nil"/>
          <w:bottom w:val="nil"/>
          <w:insideH w:val="nil"/>
          <w:insideV w:val="nil"/>
        </w:tcBorders>
        <w:shd w:val="clear" w:color="auto" w:fill="C0C0C0" w:themeFill="tex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1">
    <w:name w:val="Medium List 2 Accent 1"/>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tblBorders>
      <w:tblCellMar>
        <w:top w:w="0" w:type="dxa"/>
        <w:left w:w="108" w:type="dxa"/>
        <w:bottom w:w="0" w:type="dxa"/>
        <w:right w:w="108" w:type="dxa"/>
      </w:tblCellMar>
    </w:tblPr>
    <w:tblStylePr w:type="firstRow">
      <w:rPr>
        <w:sz w:val="24"/>
        <w:szCs w:val="24"/>
      </w:rPr>
      <w:tblPr/>
      <w:tcPr>
        <w:tcBorders>
          <w:top w:val="nil"/>
          <w:left w:val="nil"/>
          <w:bottom w:val="single" w:sz="24" w:space="0" w:color="4F81BD" w:themeColor="accent1"/>
          <w:right w:val="nil"/>
          <w:insideH w:val="nil"/>
          <w:insideV w:val="nil"/>
        </w:tcBorders>
        <w:shd w:val="clear" w:color="auto" w:fill="FFFFFF" w:themeFill="background1"/>
      </w:tcPr>
    </w:tblStylePr>
    <w:tblStylePr w:type="lastRow">
      <w:tblPr/>
      <w:tcPr>
        <w:tcBorders>
          <w:top w:val="single" w:sz="8" w:space="0" w:color="4F81BD" w:themeColor="accent1"/>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F81BD" w:themeColor="accent1"/>
          <w:insideH w:val="nil"/>
          <w:insideV w:val="nil"/>
        </w:tcBorders>
        <w:shd w:val="clear" w:color="auto" w:fill="FFFFFF" w:themeFill="background1"/>
      </w:tcPr>
    </w:tblStylePr>
    <w:tblStylePr w:type="lastCol">
      <w:tblPr/>
      <w:tcPr>
        <w:tcBorders>
          <w:top w:val="nil"/>
          <w:left w:val="single" w:sz="8" w:space="0" w:color="4F81BD" w:themeColor="accent1"/>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top w:val="nil"/>
          <w:bottom w:val="nil"/>
          <w:insideH w:val="nil"/>
          <w:insideV w:val="nil"/>
        </w:tcBorders>
        <w:shd w:val="clear" w:color="auto" w:fill="D3DFEE" w:themeFill="accent1"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2">
    <w:name w:val="Medium List 2 Accent 2"/>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tblBorders>
      <w:tblCellMar>
        <w:top w:w="0" w:type="dxa"/>
        <w:left w:w="108" w:type="dxa"/>
        <w:bottom w:w="0" w:type="dxa"/>
        <w:right w:w="108" w:type="dxa"/>
      </w:tblCellMar>
    </w:tblPr>
    <w:tblStylePr w:type="firstRow">
      <w:rPr>
        <w:sz w:val="24"/>
        <w:szCs w:val="24"/>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tblPr/>
      <w:tcPr>
        <w:tcBorders>
          <w:top w:val="single" w:sz="8" w:space="0" w:color="C0504D" w:themeColor="accent2"/>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C0504D" w:themeColor="accent2"/>
          <w:insideH w:val="nil"/>
          <w:insideV w:val="nil"/>
        </w:tcBorders>
        <w:shd w:val="clear" w:color="auto" w:fill="FFFFFF" w:themeFill="background1"/>
      </w:tcPr>
    </w:tblStylePr>
    <w:tblStylePr w:type="lastCol">
      <w:tblPr/>
      <w:tcPr>
        <w:tcBorders>
          <w:top w:val="nil"/>
          <w:left w:val="single" w:sz="8" w:space="0" w:color="C0504D" w:themeColor="accent2"/>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top w:val="nil"/>
          <w:bottom w:val="nil"/>
          <w:insideH w:val="nil"/>
          <w:insideV w:val="nil"/>
        </w:tcBorders>
        <w:shd w:val="clear" w:color="auto" w:fill="EFD3D2" w:themeFill="accent2"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3">
    <w:name w:val="Medium List 2 Accent 3"/>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tblBorders>
      <w:tblCellMar>
        <w:top w:w="0" w:type="dxa"/>
        <w:left w:w="108" w:type="dxa"/>
        <w:bottom w:w="0" w:type="dxa"/>
        <w:right w:w="108" w:type="dxa"/>
      </w:tblCellMar>
    </w:tblPr>
    <w:tblStylePr w:type="firstRow">
      <w:rPr>
        <w:sz w:val="24"/>
        <w:szCs w:val="24"/>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tblPr/>
      <w:tcPr>
        <w:tcBorders>
          <w:top w:val="single" w:sz="8" w:space="0" w:color="9BBB59" w:themeColor="accent3"/>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9BBB59" w:themeColor="accent3"/>
          <w:insideH w:val="nil"/>
          <w:insideV w:val="nil"/>
        </w:tcBorders>
        <w:shd w:val="clear" w:color="auto" w:fill="FFFFFF" w:themeFill="background1"/>
      </w:tcPr>
    </w:tblStylePr>
    <w:tblStylePr w:type="lastCol">
      <w:tblPr/>
      <w:tcPr>
        <w:tcBorders>
          <w:top w:val="nil"/>
          <w:left w:val="single" w:sz="8" w:space="0" w:color="9BBB59" w:themeColor="accent3"/>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top w:val="nil"/>
          <w:bottom w:val="nil"/>
          <w:insideH w:val="nil"/>
          <w:insideV w:val="nil"/>
        </w:tcBorders>
        <w:shd w:val="clear" w:color="auto" w:fill="E6EED5" w:themeFill="accent3"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4">
    <w:name w:val="Medium List 2 Accent 4"/>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tblBorders>
      <w:tblCellMar>
        <w:top w:w="0" w:type="dxa"/>
        <w:left w:w="108" w:type="dxa"/>
        <w:bottom w:w="0" w:type="dxa"/>
        <w:right w:w="108" w:type="dxa"/>
      </w:tblCellMar>
    </w:tblPr>
    <w:tblStylePr w:type="firstRow">
      <w:rPr>
        <w:sz w:val="24"/>
        <w:szCs w:val="24"/>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tblPr/>
      <w:tcPr>
        <w:tcBorders>
          <w:top w:val="single" w:sz="8" w:space="0" w:color="8064A2" w:themeColor="accent4"/>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8064A2" w:themeColor="accent4"/>
          <w:insideH w:val="nil"/>
          <w:insideV w:val="nil"/>
        </w:tcBorders>
        <w:shd w:val="clear" w:color="auto" w:fill="FFFFFF" w:themeFill="background1"/>
      </w:tcPr>
    </w:tblStylePr>
    <w:tblStylePr w:type="lastCol">
      <w:tblPr/>
      <w:tcPr>
        <w:tcBorders>
          <w:top w:val="nil"/>
          <w:left w:val="single" w:sz="8" w:space="0" w:color="8064A2" w:themeColor="accent4"/>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top w:val="nil"/>
          <w:bottom w:val="nil"/>
          <w:insideH w:val="nil"/>
          <w:insideV w:val="nil"/>
        </w:tcBorders>
        <w:shd w:val="clear" w:color="auto" w:fill="DFD8E8" w:themeFill="accent4"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5">
    <w:name w:val="Medium List 2 Accent 5"/>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tblBorders>
      <w:tblCellMar>
        <w:top w:w="0" w:type="dxa"/>
        <w:left w:w="108" w:type="dxa"/>
        <w:bottom w:w="0" w:type="dxa"/>
        <w:right w:w="108" w:type="dxa"/>
      </w:tblCellMar>
    </w:tblPr>
    <w:tblStylePr w:type="firstRow">
      <w:rPr>
        <w:sz w:val="24"/>
        <w:szCs w:val="24"/>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tblPr/>
      <w:tcPr>
        <w:tcBorders>
          <w:top w:val="single" w:sz="8" w:space="0" w:color="4BACC6" w:themeColor="accent5"/>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4BACC6" w:themeColor="accent5"/>
          <w:insideH w:val="nil"/>
          <w:insideV w:val="nil"/>
        </w:tcBorders>
        <w:shd w:val="clear" w:color="auto" w:fill="FFFFFF" w:themeFill="background1"/>
      </w:tcPr>
    </w:tblStylePr>
    <w:tblStylePr w:type="lastCol">
      <w:tblPr/>
      <w:tcPr>
        <w:tcBorders>
          <w:top w:val="nil"/>
          <w:left w:val="single" w:sz="8" w:space="0" w:color="4BACC6" w:themeColor="accent5"/>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D2EAF1" w:themeFill="accent5" w:themeFillTint="3F"/>
      </w:tcPr>
    </w:tblStylePr>
    <w:tblStylePr w:type="band1Horz">
      <w:tblPr/>
      <w:tcPr>
        <w:tcBorders>
          <w:top w:val="nil"/>
          <w:bottom w:val="nil"/>
          <w:insideH w:val="nil"/>
          <w:insideV w:val="nil"/>
        </w:tcBorders>
        <w:shd w:val="clear" w:color="auto" w:fill="D2EAF1" w:themeFill="accent5"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List2-Accent6">
    <w:name w:val="Medium List 2 Accent 6"/>
    <w:basedOn w:val="TableNormal"/>
    <w:uiPriority w:val="66"/>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tblBorders>
      <w:tblCellMar>
        <w:top w:w="0" w:type="dxa"/>
        <w:left w:w="108" w:type="dxa"/>
        <w:bottom w:w="0" w:type="dxa"/>
        <w:right w:w="108" w:type="dxa"/>
      </w:tblCellMar>
    </w:tblPr>
    <w:tblStylePr w:type="firstRow">
      <w:rPr>
        <w:sz w:val="24"/>
        <w:szCs w:val="24"/>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tblPr/>
      <w:tcPr>
        <w:tcBorders>
          <w:top w:val="single" w:sz="8" w:space="0" w:color="F79646" w:themeColor="accent6"/>
          <w:left w:val="nil"/>
          <w:bottom w:val="nil"/>
          <w:right w:val="nil"/>
          <w:insideH w:val="nil"/>
          <w:insideV w:val="nil"/>
        </w:tcBorders>
        <w:shd w:val="clear" w:color="auto" w:fill="FFFFFF" w:themeFill="background1"/>
      </w:tcPr>
    </w:tblStylePr>
    <w:tblStylePr w:type="firstCol">
      <w:tblPr/>
      <w:tcPr>
        <w:tcBorders>
          <w:top w:val="nil"/>
          <w:left w:val="nil"/>
          <w:bottom w:val="nil"/>
          <w:right w:val="single" w:sz="8" w:space="0" w:color="F79646" w:themeColor="accent6"/>
          <w:insideH w:val="nil"/>
          <w:insideV w:val="nil"/>
        </w:tcBorders>
        <w:shd w:val="clear" w:color="auto" w:fill="FFFFFF" w:themeFill="background1"/>
      </w:tcPr>
    </w:tblStylePr>
    <w:tblStylePr w:type="lastCol">
      <w:tblPr/>
      <w:tcPr>
        <w:tcBorders>
          <w:top w:val="nil"/>
          <w:left w:val="single" w:sz="8" w:space="0" w:color="F79646" w:themeColor="accent6"/>
          <w:bottom w:val="nil"/>
          <w:right w:val="nil"/>
          <w:insideH w:val="nil"/>
          <w:insideV w:val="nil"/>
        </w:tcBorders>
        <w:shd w:val="clear" w:color="auto" w:fill="FFFFFF" w:themeFill="background1"/>
      </w:tcPr>
    </w:tblStylePr>
    <w:tblStylePr w:type="band1Vert">
      <w:tblPr/>
      <w:tcPr>
        <w:tcBorders>
          <w:left w:val="nil"/>
          <w:right w:val="nil"/>
          <w:insideH w:val="nil"/>
          <w:insideV w:val="nil"/>
        </w:tcBorders>
        <w:shd w:val="clear" w:color="auto" w:fill="FDE4D0" w:themeFill="accent6" w:themeFillTint="3F"/>
      </w:tcPr>
    </w:tblStylePr>
    <w:tblStylePr w:type="band1Horz">
      <w:tblPr/>
      <w:tcPr>
        <w:tcBorders>
          <w:top w:val="nil"/>
          <w:bottom w:val="nil"/>
          <w:insideH w:val="nil"/>
          <w:insideV w:val="nil"/>
        </w:tcBorders>
        <w:shd w:val="clear" w:color="auto" w:fill="FDE4D0" w:themeFill="accent6" w:themeFillTint="3F"/>
      </w:tcPr>
    </w:tblStylePr>
    <w:tblStylePr w:type="nwCell">
      <w:tblPr/>
      <w:tcPr>
        <w:shd w:val="clear" w:color="auto" w:fill="FFFFFF" w:themeFill="background1"/>
      </w:tcPr>
    </w:tblStylePr>
    <w:tblStylePr w:type="swCell">
      <w:tblPr/>
      <w:tcPr>
        <w:tcBorders>
          <w:top w:val="nil"/>
        </w:tcBorders>
      </w:tcPr>
    </w:tblStylePr>
  </w:style>
  <w:style w:type="table" w:styleId="MediumGrid1">
    <w:name w:val="Medium Grid 1"/>
    <w:basedOn w:val="TableNormal"/>
    <w:uiPriority w:val="67"/>
    <w:rsid w:val="00CB0664"/>
    <w:pPr>
      <w:spacing w:after="0" w:line="240" w:lineRule="auto"/>
    </w:pPr>
    <w:tblPr>
      <w:tblStyleRowBandSize w:val="1"/>
      <w:tblStyleColBandSize w:val="1"/>
      <w:tblInd w:w="0" w:type="dxa"/>
      <w:tblBorders>
        <w:top w:val="single" w:sz="8" w:space="0" w:color="404040" w:themeColor="text1" w:themeTint="BF"/>
        <w:left w:val="single" w:sz="8" w:space="0" w:color="404040" w:themeColor="text1" w:themeTint="BF"/>
        <w:bottom w:val="single" w:sz="8" w:space="0" w:color="404040" w:themeColor="text1" w:themeTint="BF"/>
        <w:right w:val="single" w:sz="8" w:space="0" w:color="404040" w:themeColor="text1" w:themeTint="BF"/>
        <w:insideH w:val="single" w:sz="8" w:space="0" w:color="404040" w:themeColor="text1" w:themeTint="BF"/>
        <w:insideV w:val="single" w:sz="8" w:space="0" w:color="404040" w:themeColor="text1" w:themeTint="BF"/>
      </w:tblBorders>
      <w:tblCellMar>
        <w:top w:w="0" w:type="dxa"/>
        <w:left w:w="108" w:type="dxa"/>
        <w:bottom w:w="0" w:type="dxa"/>
        <w:right w:w="108" w:type="dxa"/>
      </w:tblCellMar>
    </w:tblPr>
    <w:tcPr>
      <w:shd w:val="clear" w:color="auto" w:fill="C0C0C0" w:themeFill="text1" w:themeFillTint="3F"/>
    </w:tcPr>
    <w:tblStylePr w:type="firstRow">
      <w:rPr>
        <w:b/>
        <w:bCs/>
      </w:rPr>
    </w:tblStylePr>
    <w:tblStylePr w:type="lastRow">
      <w:rPr>
        <w:b/>
        <w:bCs/>
      </w:rPr>
      <w:tblPr/>
      <w:tcPr>
        <w:tcBorders>
          <w:top w:val="single" w:sz="18" w:space="0" w:color="404040" w:themeColor="text1" w:themeTint="BF"/>
        </w:tcBorders>
      </w:tcPr>
    </w:tblStylePr>
    <w:tblStylePr w:type="firstCol">
      <w:rPr>
        <w:b/>
        <w:bCs/>
      </w:rPr>
    </w:tblStylePr>
    <w:tblStylePr w:type="lastCol">
      <w:rPr>
        <w:b/>
        <w:bCs/>
      </w:r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MediumGrid1-Accent1">
    <w:name w:val="Medium Grid 1 Accent 1"/>
    <w:basedOn w:val="TableNormal"/>
    <w:uiPriority w:val="67"/>
    <w:rsid w:val="00CB0664"/>
    <w:pPr>
      <w:spacing w:after="0" w:line="240" w:lineRule="auto"/>
    </w:pPr>
    <w:tblPr>
      <w:tblStyleRowBandSize w:val="1"/>
      <w:tblStyleColBandSize w:val="1"/>
      <w:tblInd w:w="0" w:type="dxa"/>
      <w:tblBorders>
        <w:top w:val="single" w:sz="8" w:space="0" w:color="7BA0CD" w:themeColor="accent1" w:themeTint="BF"/>
        <w:left w:val="single" w:sz="8" w:space="0" w:color="7BA0CD" w:themeColor="accent1" w:themeTint="BF"/>
        <w:bottom w:val="single" w:sz="8" w:space="0" w:color="7BA0CD" w:themeColor="accent1" w:themeTint="BF"/>
        <w:right w:val="single" w:sz="8" w:space="0" w:color="7BA0CD" w:themeColor="accent1" w:themeTint="BF"/>
        <w:insideH w:val="single" w:sz="8" w:space="0" w:color="7BA0CD" w:themeColor="accent1" w:themeTint="BF"/>
        <w:insideV w:val="single" w:sz="8" w:space="0" w:color="7BA0CD" w:themeColor="accent1" w:themeTint="BF"/>
      </w:tblBorders>
      <w:tblCellMar>
        <w:top w:w="0" w:type="dxa"/>
        <w:left w:w="108" w:type="dxa"/>
        <w:bottom w:w="0" w:type="dxa"/>
        <w:right w:w="108" w:type="dxa"/>
      </w:tblCellMar>
    </w:tblPr>
    <w:tcPr>
      <w:shd w:val="clear" w:color="auto" w:fill="D3DFEE" w:themeFill="accent1" w:themeFillTint="3F"/>
    </w:tcPr>
    <w:tblStylePr w:type="firstRow">
      <w:rPr>
        <w:b/>
        <w:bCs/>
      </w:rPr>
    </w:tblStylePr>
    <w:tblStylePr w:type="lastRow">
      <w:rPr>
        <w:b/>
        <w:bCs/>
      </w:rPr>
      <w:tblPr/>
      <w:tcPr>
        <w:tcBorders>
          <w:top w:val="single" w:sz="18" w:space="0" w:color="7BA0CD" w:themeColor="accent1" w:themeTint="BF"/>
        </w:tcBorders>
      </w:tcPr>
    </w:tblStylePr>
    <w:tblStylePr w:type="firstCol">
      <w:rPr>
        <w:b/>
        <w:bCs/>
      </w:rPr>
    </w:tblStylePr>
    <w:tblStylePr w:type="lastCol">
      <w:rPr>
        <w:b/>
        <w:bCs/>
      </w:r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MediumGrid1-Accent2">
    <w:name w:val="Medium Grid 1 Accent 2"/>
    <w:basedOn w:val="TableNormal"/>
    <w:uiPriority w:val="67"/>
    <w:rsid w:val="00CB0664"/>
    <w:pPr>
      <w:spacing w:after="0" w:line="240" w:lineRule="auto"/>
    </w:pPr>
    <w:tblPr>
      <w:tblStyleRowBandSize w:val="1"/>
      <w:tblStyleColBandSize w:val="1"/>
      <w:tblInd w:w="0" w:type="dxa"/>
      <w:tblBorders>
        <w:top w:val="single" w:sz="8" w:space="0" w:color="CF7B79" w:themeColor="accent2" w:themeTint="BF"/>
        <w:left w:val="single" w:sz="8" w:space="0" w:color="CF7B79" w:themeColor="accent2" w:themeTint="BF"/>
        <w:bottom w:val="single" w:sz="8" w:space="0" w:color="CF7B79" w:themeColor="accent2" w:themeTint="BF"/>
        <w:right w:val="single" w:sz="8" w:space="0" w:color="CF7B79" w:themeColor="accent2" w:themeTint="BF"/>
        <w:insideH w:val="single" w:sz="8" w:space="0" w:color="CF7B79" w:themeColor="accent2" w:themeTint="BF"/>
        <w:insideV w:val="single" w:sz="8" w:space="0" w:color="CF7B79" w:themeColor="accent2" w:themeTint="BF"/>
      </w:tblBorders>
      <w:tblCellMar>
        <w:top w:w="0" w:type="dxa"/>
        <w:left w:w="108" w:type="dxa"/>
        <w:bottom w:w="0" w:type="dxa"/>
        <w:right w:w="108" w:type="dxa"/>
      </w:tblCellMar>
    </w:tblPr>
    <w:tcPr>
      <w:shd w:val="clear" w:color="auto" w:fill="EFD3D2" w:themeFill="accent2" w:themeFillTint="3F"/>
    </w:tcPr>
    <w:tblStylePr w:type="firstRow">
      <w:rPr>
        <w:b/>
        <w:bCs/>
      </w:rPr>
    </w:tblStylePr>
    <w:tblStylePr w:type="lastRow">
      <w:rPr>
        <w:b/>
        <w:bCs/>
      </w:rPr>
      <w:tblPr/>
      <w:tcPr>
        <w:tcBorders>
          <w:top w:val="single" w:sz="18" w:space="0" w:color="CF7B79" w:themeColor="accent2" w:themeTint="BF"/>
        </w:tcBorders>
      </w:tcPr>
    </w:tblStylePr>
    <w:tblStylePr w:type="firstCol">
      <w:rPr>
        <w:b/>
        <w:bCs/>
      </w:rPr>
    </w:tblStylePr>
    <w:tblStylePr w:type="lastCol">
      <w:rPr>
        <w:b/>
        <w:bCs/>
      </w:r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MediumGrid1-Accent3">
    <w:name w:val="Medium Grid 1 Accent 3"/>
    <w:basedOn w:val="TableNormal"/>
    <w:uiPriority w:val="67"/>
    <w:rsid w:val="00CB0664"/>
    <w:pPr>
      <w:spacing w:after="0" w:line="240" w:lineRule="auto"/>
    </w:pPr>
    <w:tblPr>
      <w:tblStyleRowBandSize w:val="1"/>
      <w:tblStyleColBandSize w:val="1"/>
      <w:tblInd w:w="0" w:type="dxa"/>
      <w:tblBorders>
        <w:top w:val="single" w:sz="8" w:space="0" w:color="B3CC82" w:themeColor="accent3" w:themeTint="BF"/>
        <w:left w:val="single" w:sz="8" w:space="0" w:color="B3CC82" w:themeColor="accent3" w:themeTint="BF"/>
        <w:bottom w:val="single" w:sz="8" w:space="0" w:color="B3CC82" w:themeColor="accent3" w:themeTint="BF"/>
        <w:right w:val="single" w:sz="8" w:space="0" w:color="B3CC82" w:themeColor="accent3" w:themeTint="BF"/>
        <w:insideH w:val="single" w:sz="8" w:space="0" w:color="B3CC82" w:themeColor="accent3" w:themeTint="BF"/>
        <w:insideV w:val="single" w:sz="8" w:space="0" w:color="B3CC82" w:themeColor="accent3" w:themeTint="BF"/>
      </w:tblBorders>
      <w:tblCellMar>
        <w:top w:w="0" w:type="dxa"/>
        <w:left w:w="108" w:type="dxa"/>
        <w:bottom w:w="0" w:type="dxa"/>
        <w:right w:w="108" w:type="dxa"/>
      </w:tblCellMar>
    </w:tblPr>
    <w:tcPr>
      <w:shd w:val="clear" w:color="auto" w:fill="E6EED5" w:themeFill="accent3" w:themeFillTint="3F"/>
    </w:tcPr>
    <w:tblStylePr w:type="firstRow">
      <w:rPr>
        <w:b/>
        <w:bCs/>
      </w:rPr>
    </w:tblStylePr>
    <w:tblStylePr w:type="lastRow">
      <w:rPr>
        <w:b/>
        <w:bCs/>
      </w:rPr>
      <w:tblPr/>
      <w:tcPr>
        <w:tcBorders>
          <w:top w:val="single" w:sz="18" w:space="0" w:color="B3CC82" w:themeColor="accent3" w:themeTint="BF"/>
        </w:tcBorders>
      </w:tcPr>
    </w:tblStylePr>
    <w:tblStylePr w:type="firstCol">
      <w:rPr>
        <w:b/>
        <w:bCs/>
      </w:rPr>
    </w:tblStylePr>
    <w:tblStylePr w:type="lastCol">
      <w:rPr>
        <w:b/>
        <w:bCs/>
      </w:r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MediumGrid1-Accent4">
    <w:name w:val="Medium Grid 1 Accent 4"/>
    <w:basedOn w:val="TableNormal"/>
    <w:uiPriority w:val="67"/>
    <w:rsid w:val="00CB0664"/>
    <w:pPr>
      <w:spacing w:after="0" w:line="240" w:lineRule="auto"/>
    </w:pPr>
    <w:tblPr>
      <w:tblStyleRowBandSize w:val="1"/>
      <w:tblStyleColBandSize w:val="1"/>
      <w:tblInd w:w="0" w:type="dxa"/>
      <w:tblBorders>
        <w:top w:val="single" w:sz="8" w:space="0" w:color="9F8AB9" w:themeColor="accent4" w:themeTint="BF"/>
        <w:left w:val="single" w:sz="8" w:space="0" w:color="9F8AB9" w:themeColor="accent4" w:themeTint="BF"/>
        <w:bottom w:val="single" w:sz="8" w:space="0" w:color="9F8AB9" w:themeColor="accent4" w:themeTint="BF"/>
        <w:right w:val="single" w:sz="8" w:space="0" w:color="9F8AB9" w:themeColor="accent4" w:themeTint="BF"/>
        <w:insideH w:val="single" w:sz="8" w:space="0" w:color="9F8AB9" w:themeColor="accent4" w:themeTint="BF"/>
        <w:insideV w:val="single" w:sz="8" w:space="0" w:color="9F8AB9" w:themeColor="accent4" w:themeTint="BF"/>
      </w:tblBorders>
      <w:tblCellMar>
        <w:top w:w="0" w:type="dxa"/>
        <w:left w:w="108" w:type="dxa"/>
        <w:bottom w:w="0" w:type="dxa"/>
        <w:right w:w="108" w:type="dxa"/>
      </w:tblCellMar>
    </w:tblPr>
    <w:tcPr>
      <w:shd w:val="clear" w:color="auto" w:fill="DFD8E8" w:themeFill="accent4" w:themeFillTint="3F"/>
    </w:tcPr>
    <w:tblStylePr w:type="firstRow">
      <w:rPr>
        <w:b/>
        <w:bCs/>
      </w:rPr>
    </w:tblStylePr>
    <w:tblStylePr w:type="lastRow">
      <w:rPr>
        <w:b/>
        <w:bCs/>
      </w:rPr>
      <w:tblPr/>
      <w:tcPr>
        <w:tcBorders>
          <w:top w:val="single" w:sz="18" w:space="0" w:color="9F8AB9" w:themeColor="accent4" w:themeTint="BF"/>
        </w:tcBorders>
      </w:tcPr>
    </w:tblStylePr>
    <w:tblStylePr w:type="firstCol">
      <w:rPr>
        <w:b/>
        <w:bCs/>
      </w:rPr>
    </w:tblStylePr>
    <w:tblStylePr w:type="lastCol">
      <w:rPr>
        <w:b/>
        <w:bCs/>
      </w:r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MediumGrid1-Accent5">
    <w:name w:val="Medium Grid 1 Accent 5"/>
    <w:basedOn w:val="TableNormal"/>
    <w:uiPriority w:val="67"/>
    <w:rsid w:val="00CB0664"/>
    <w:pPr>
      <w:spacing w:after="0" w:line="240" w:lineRule="auto"/>
    </w:pPr>
    <w:tblPr>
      <w:tblStyleRowBandSize w:val="1"/>
      <w:tblStyleColBandSize w:val="1"/>
      <w:tblInd w:w="0" w:type="dxa"/>
      <w:tblBorders>
        <w:top w:val="single" w:sz="8" w:space="0" w:color="78C0D4" w:themeColor="accent5" w:themeTint="BF"/>
        <w:left w:val="single" w:sz="8" w:space="0" w:color="78C0D4" w:themeColor="accent5" w:themeTint="BF"/>
        <w:bottom w:val="single" w:sz="8" w:space="0" w:color="78C0D4" w:themeColor="accent5" w:themeTint="BF"/>
        <w:right w:val="single" w:sz="8" w:space="0" w:color="78C0D4" w:themeColor="accent5" w:themeTint="BF"/>
        <w:insideH w:val="single" w:sz="8" w:space="0" w:color="78C0D4" w:themeColor="accent5" w:themeTint="BF"/>
        <w:insideV w:val="single" w:sz="8" w:space="0" w:color="78C0D4" w:themeColor="accent5" w:themeTint="BF"/>
      </w:tblBorders>
      <w:tblCellMar>
        <w:top w:w="0" w:type="dxa"/>
        <w:left w:w="108" w:type="dxa"/>
        <w:bottom w:w="0" w:type="dxa"/>
        <w:right w:w="108" w:type="dxa"/>
      </w:tblCellMar>
    </w:tblPr>
    <w:tcPr>
      <w:shd w:val="clear" w:color="auto" w:fill="D2EAF1" w:themeFill="accent5" w:themeFillTint="3F"/>
    </w:tcPr>
    <w:tblStylePr w:type="firstRow">
      <w:rPr>
        <w:b/>
        <w:bCs/>
      </w:rPr>
    </w:tblStylePr>
    <w:tblStylePr w:type="lastRow">
      <w:rPr>
        <w:b/>
        <w:bCs/>
      </w:rPr>
      <w:tblPr/>
      <w:tcPr>
        <w:tcBorders>
          <w:top w:val="single" w:sz="18" w:space="0" w:color="78C0D4" w:themeColor="accent5" w:themeTint="BF"/>
        </w:tcBorders>
      </w:tcPr>
    </w:tblStylePr>
    <w:tblStylePr w:type="firstCol">
      <w:rPr>
        <w:b/>
        <w:bCs/>
      </w:rPr>
    </w:tblStylePr>
    <w:tblStylePr w:type="lastCol">
      <w:rPr>
        <w:b/>
        <w:bCs/>
      </w:r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MediumGrid1-Accent6">
    <w:name w:val="Medium Grid 1 Accent 6"/>
    <w:basedOn w:val="TableNormal"/>
    <w:uiPriority w:val="67"/>
    <w:rsid w:val="00CB0664"/>
    <w:pPr>
      <w:spacing w:after="0" w:line="240" w:lineRule="auto"/>
    </w:pPr>
    <w:tblPr>
      <w:tblStyleRowBandSize w:val="1"/>
      <w:tblStyleColBandSize w:val="1"/>
      <w:tblInd w:w="0" w:type="dxa"/>
      <w:tblBorders>
        <w:top w:val="single" w:sz="8" w:space="0" w:color="F9B074" w:themeColor="accent6" w:themeTint="BF"/>
        <w:left w:val="single" w:sz="8" w:space="0" w:color="F9B074" w:themeColor="accent6" w:themeTint="BF"/>
        <w:bottom w:val="single" w:sz="8" w:space="0" w:color="F9B074" w:themeColor="accent6" w:themeTint="BF"/>
        <w:right w:val="single" w:sz="8" w:space="0" w:color="F9B074" w:themeColor="accent6" w:themeTint="BF"/>
        <w:insideH w:val="single" w:sz="8" w:space="0" w:color="F9B074" w:themeColor="accent6" w:themeTint="BF"/>
        <w:insideV w:val="single" w:sz="8" w:space="0" w:color="F9B074" w:themeColor="accent6" w:themeTint="BF"/>
      </w:tblBorders>
      <w:tblCellMar>
        <w:top w:w="0" w:type="dxa"/>
        <w:left w:w="108" w:type="dxa"/>
        <w:bottom w:w="0" w:type="dxa"/>
        <w:right w:w="108" w:type="dxa"/>
      </w:tblCellMar>
    </w:tblPr>
    <w:tcPr>
      <w:shd w:val="clear" w:color="auto" w:fill="FDE4D0" w:themeFill="accent6" w:themeFillTint="3F"/>
    </w:tcPr>
    <w:tblStylePr w:type="firstRow">
      <w:rPr>
        <w:b/>
        <w:bCs/>
      </w:rPr>
    </w:tblStylePr>
    <w:tblStylePr w:type="lastRow">
      <w:rPr>
        <w:b/>
        <w:bCs/>
      </w:rPr>
      <w:tblPr/>
      <w:tcPr>
        <w:tcBorders>
          <w:top w:val="single" w:sz="18" w:space="0" w:color="F9B074" w:themeColor="accent6" w:themeTint="BF"/>
        </w:tcBorders>
      </w:tcPr>
    </w:tblStylePr>
    <w:tblStylePr w:type="firstCol">
      <w:rPr>
        <w:b/>
        <w:bCs/>
      </w:rPr>
    </w:tblStylePr>
    <w:tblStylePr w:type="lastCol">
      <w:rPr>
        <w:b/>
        <w:bCs/>
      </w:r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 w:type="table" w:styleId="MediumGrid2">
    <w:name w:val="Medium Grid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000000" w:themeColor="text1"/>
        <w:left w:val="single" w:sz="8" w:space="0" w:color="000000" w:themeColor="text1"/>
        <w:bottom w:val="single" w:sz="8" w:space="0" w:color="000000" w:themeColor="text1"/>
        <w:right w:val="single" w:sz="8" w:space="0" w:color="000000" w:themeColor="text1"/>
        <w:insideH w:val="single" w:sz="8" w:space="0" w:color="000000" w:themeColor="text1"/>
        <w:insideV w:val="single" w:sz="8" w:space="0" w:color="000000" w:themeColor="text1"/>
      </w:tblBorders>
      <w:tblCellMar>
        <w:top w:w="0" w:type="dxa"/>
        <w:left w:w="108" w:type="dxa"/>
        <w:bottom w:w="0" w:type="dxa"/>
        <w:right w:w="108" w:type="dxa"/>
      </w:tblCellMar>
    </w:tblPr>
    <w:tcPr>
      <w:shd w:val="clear" w:color="auto" w:fill="C0C0C0" w:themeFill="text1" w:themeFillTint="3F"/>
    </w:tcPr>
    <w:tblStylePr w:type="firstRow">
      <w:rPr>
        <w:b/>
        <w:bCs/>
        <w:color w:val="000000" w:themeColor="text1"/>
      </w:rPr>
      <w:tblPr/>
      <w:tcPr>
        <w:shd w:val="clear" w:color="auto" w:fill="E6E6E6" w:themeFill="tex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CCCCCC" w:themeFill="text1" w:themeFillTint="33"/>
      </w:tcPr>
    </w:tblStylePr>
    <w:tblStylePr w:type="band1Vert">
      <w:tblPr/>
      <w:tcPr>
        <w:shd w:val="clear" w:color="auto" w:fill="808080" w:themeFill="text1" w:themeFillTint="7F"/>
      </w:tcPr>
    </w:tblStylePr>
    <w:tblStylePr w:type="band1Horz">
      <w:tblPr/>
      <w:tcPr>
        <w:tcBorders>
          <w:insideH w:val="single" w:sz="6" w:space="0" w:color="000000" w:themeColor="text1"/>
          <w:insideV w:val="single" w:sz="6" w:space="0" w:color="000000" w:themeColor="text1"/>
        </w:tcBorders>
        <w:shd w:val="clear" w:color="auto" w:fill="808080" w:themeFill="text1" w:themeFillTint="7F"/>
      </w:tcPr>
    </w:tblStylePr>
    <w:tblStylePr w:type="nwCell">
      <w:tblPr/>
      <w:tcPr>
        <w:shd w:val="clear" w:color="auto" w:fill="FFFFFF" w:themeFill="background1"/>
      </w:tcPr>
    </w:tblStylePr>
  </w:style>
  <w:style w:type="table" w:styleId="MediumGrid2-Accent1">
    <w:name w:val="Medium Grid 2 Accent 1"/>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F81BD" w:themeColor="accent1"/>
        <w:left w:val="single" w:sz="8" w:space="0" w:color="4F81BD" w:themeColor="accent1"/>
        <w:bottom w:val="single" w:sz="8" w:space="0" w:color="4F81BD" w:themeColor="accent1"/>
        <w:right w:val="single" w:sz="8" w:space="0" w:color="4F81BD" w:themeColor="accent1"/>
        <w:insideH w:val="single" w:sz="8" w:space="0" w:color="4F81BD" w:themeColor="accent1"/>
        <w:insideV w:val="single" w:sz="8" w:space="0" w:color="4F81BD" w:themeColor="accent1"/>
      </w:tblBorders>
      <w:tblCellMar>
        <w:top w:w="0" w:type="dxa"/>
        <w:left w:w="108" w:type="dxa"/>
        <w:bottom w:w="0" w:type="dxa"/>
        <w:right w:w="108" w:type="dxa"/>
      </w:tblCellMar>
    </w:tblPr>
    <w:tcPr>
      <w:shd w:val="clear" w:color="auto" w:fill="D3DFEE" w:themeFill="accent1" w:themeFillTint="3F"/>
    </w:tcPr>
    <w:tblStylePr w:type="firstRow">
      <w:rPr>
        <w:b/>
        <w:bCs/>
        <w:color w:val="000000" w:themeColor="text1"/>
      </w:rPr>
      <w:tblPr/>
      <w:tcPr>
        <w:shd w:val="clear" w:color="auto" w:fill="EDF2F8" w:themeFill="accent1"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BE5F1" w:themeFill="accent1" w:themeFillTint="33"/>
      </w:tcPr>
    </w:tblStylePr>
    <w:tblStylePr w:type="band1Vert">
      <w:tblPr/>
      <w:tcPr>
        <w:shd w:val="clear" w:color="auto" w:fill="A7BFDE" w:themeFill="accent1" w:themeFillTint="7F"/>
      </w:tcPr>
    </w:tblStylePr>
    <w:tblStylePr w:type="band1Horz">
      <w:tblPr/>
      <w:tcPr>
        <w:tcBorders>
          <w:insideH w:val="single" w:sz="6" w:space="0" w:color="4F81BD" w:themeColor="accent1"/>
          <w:insideV w:val="single" w:sz="6" w:space="0" w:color="4F81BD" w:themeColor="accent1"/>
        </w:tcBorders>
        <w:shd w:val="clear" w:color="auto" w:fill="A7BFDE" w:themeFill="accent1" w:themeFillTint="7F"/>
      </w:tcPr>
    </w:tblStylePr>
    <w:tblStylePr w:type="nwCell">
      <w:tblPr/>
      <w:tcPr>
        <w:shd w:val="clear" w:color="auto" w:fill="FFFFFF" w:themeFill="background1"/>
      </w:tcPr>
    </w:tblStylePr>
  </w:style>
  <w:style w:type="table" w:styleId="MediumGrid2-Accent2">
    <w:name w:val="Medium Grid 2 Accent 2"/>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C0504D" w:themeColor="accent2"/>
        <w:left w:val="single" w:sz="8" w:space="0" w:color="C0504D" w:themeColor="accent2"/>
        <w:bottom w:val="single" w:sz="8" w:space="0" w:color="C0504D" w:themeColor="accent2"/>
        <w:right w:val="single" w:sz="8" w:space="0" w:color="C0504D" w:themeColor="accent2"/>
        <w:insideH w:val="single" w:sz="8" w:space="0" w:color="C0504D" w:themeColor="accent2"/>
        <w:insideV w:val="single" w:sz="8" w:space="0" w:color="C0504D" w:themeColor="accent2"/>
      </w:tblBorders>
      <w:tblCellMar>
        <w:top w:w="0" w:type="dxa"/>
        <w:left w:w="108" w:type="dxa"/>
        <w:bottom w:w="0" w:type="dxa"/>
        <w:right w:w="108" w:type="dxa"/>
      </w:tblCellMar>
    </w:tblPr>
    <w:tcPr>
      <w:shd w:val="clear" w:color="auto" w:fill="EFD3D2" w:themeFill="accent2" w:themeFillTint="3F"/>
    </w:tcPr>
    <w:tblStylePr w:type="firstRow">
      <w:rPr>
        <w:b/>
        <w:bCs/>
        <w:color w:val="000000" w:themeColor="text1"/>
      </w:rPr>
      <w:tblPr/>
      <w:tcPr>
        <w:shd w:val="clear" w:color="auto" w:fill="F8EDED" w:themeFill="accent2"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2DBDB" w:themeFill="accent2" w:themeFillTint="33"/>
      </w:tcPr>
    </w:tblStylePr>
    <w:tblStylePr w:type="band1Vert">
      <w:tblPr/>
      <w:tcPr>
        <w:shd w:val="clear" w:color="auto" w:fill="DFA7A6" w:themeFill="accent2" w:themeFillTint="7F"/>
      </w:tcPr>
    </w:tblStylePr>
    <w:tblStylePr w:type="band1Horz">
      <w:tblPr/>
      <w:tcPr>
        <w:tcBorders>
          <w:insideH w:val="single" w:sz="6" w:space="0" w:color="C0504D" w:themeColor="accent2"/>
          <w:insideV w:val="single" w:sz="6" w:space="0" w:color="C0504D" w:themeColor="accent2"/>
        </w:tcBorders>
        <w:shd w:val="clear" w:color="auto" w:fill="DFA7A6" w:themeFill="accent2" w:themeFillTint="7F"/>
      </w:tcPr>
    </w:tblStylePr>
    <w:tblStylePr w:type="nwCell">
      <w:tblPr/>
      <w:tcPr>
        <w:shd w:val="clear" w:color="auto" w:fill="FFFFFF" w:themeFill="background1"/>
      </w:tcPr>
    </w:tblStylePr>
  </w:style>
  <w:style w:type="table" w:styleId="MediumGrid2-Accent3">
    <w:name w:val="Medium Grid 2 Accent 3"/>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9BBB59" w:themeColor="accent3"/>
        <w:left w:val="single" w:sz="8" w:space="0" w:color="9BBB59" w:themeColor="accent3"/>
        <w:bottom w:val="single" w:sz="8" w:space="0" w:color="9BBB59" w:themeColor="accent3"/>
        <w:right w:val="single" w:sz="8" w:space="0" w:color="9BBB59" w:themeColor="accent3"/>
        <w:insideH w:val="single" w:sz="8" w:space="0" w:color="9BBB59" w:themeColor="accent3"/>
        <w:insideV w:val="single" w:sz="8" w:space="0" w:color="9BBB59" w:themeColor="accent3"/>
      </w:tblBorders>
      <w:tblCellMar>
        <w:top w:w="0" w:type="dxa"/>
        <w:left w:w="108" w:type="dxa"/>
        <w:bottom w:w="0" w:type="dxa"/>
        <w:right w:w="108" w:type="dxa"/>
      </w:tblCellMar>
    </w:tblPr>
    <w:tcPr>
      <w:shd w:val="clear" w:color="auto" w:fill="E6EED5" w:themeFill="accent3" w:themeFillTint="3F"/>
    </w:tcPr>
    <w:tblStylePr w:type="firstRow">
      <w:rPr>
        <w:b/>
        <w:bCs/>
        <w:color w:val="000000" w:themeColor="text1"/>
      </w:rPr>
      <w:tblPr/>
      <w:tcPr>
        <w:shd w:val="clear" w:color="auto" w:fill="F5F8EE" w:themeFill="accent3"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AF1DD" w:themeFill="accent3" w:themeFillTint="33"/>
      </w:tcPr>
    </w:tblStylePr>
    <w:tblStylePr w:type="band1Vert">
      <w:tblPr/>
      <w:tcPr>
        <w:shd w:val="clear" w:color="auto" w:fill="CDDDAC" w:themeFill="accent3" w:themeFillTint="7F"/>
      </w:tcPr>
    </w:tblStylePr>
    <w:tblStylePr w:type="band1Horz">
      <w:tblPr/>
      <w:tcPr>
        <w:tcBorders>
          <w:insideH w:val="single" w:sz="6" w:space="0" w:color="9BBB59" w:themeColor="accent3"/>
          <w:insideV w:val="single" w:sz="6" w:space="0" w:color="9BBB59" w:themeColor="accent3"/>
        </w:tcBorders>
        <w:shd w:val="clear" w:color="auto" w:fill="CDDDAC" w:themeFill="accent3" w:themeFillTint="7F"/>
      </w:tcPr>
    </w:tblStylePr>
    <w:tblStylePr w:type="nwCell">
      <w:tblPr/>
      <w:tcPr>
        <w:shd w:val="clear" w:color="auto" w:fill="FFFFFF" w:themeFill="background1"/>
      </w:tcPr>
    </w:tblStylePr>
  </w:style>
  <w:style w:type="table" w:styleId="MediumGrid2-Accent4">
    <w:name w:val="Medium Grid 2 Accent 4"/>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8064A2" w:themeColor="accent4"/>
        <w:left w:val="single" w:sz="8" w:space="0" w:color="8064A2" w:themeColor="accent4"/>
        <w:bottom w:val="single" w:sz="8" w:space="0" w:color="8064A2" w:themeColor="accent4"/>
        <w:right w:val="single" w:sz="8" w:space="0" w:color="8064A2" w:themeColor="accent4"/>
        <w:insideH w:val="single" w:sz="8" w:space="0" w:color="8064A2" w:themeColor="accent4"/>
        <w:insideV w:val="single" w:sz="8" w:space="0" w:color="8064A2" w:themeColor="accent4"/>
      </w:tblBorders>
      <w:tblCellMar>
        <w:top w:w="0" w:type="dxa"/>
        <w:left w:w="108" w:type="dxa"/>
        <w:bottom w:w="0" w:type="dxa"/>
        <w:right w:w="108" w:type="dxa"/>
      </w:tblCellMar>
    </w:tblPr>
    <w:tcPr>
      <w:shd w:val="clear" w:color="auto" w:fill="DFD8E8" w:themeFill="accent4" w:themeFillTint="3F"/>
    </w:tcPr>
    <w:tblStylePr w:type="firstRow">
      <w:rPr>
        <w:b/>
        <w:bCs/>
        <w:color w:val="000000" w:themeColor="text1"/>
      </w:rPr>
      <w:tblPr/>
      <w:tcPr>
        <w:shd w:val="clear" w:color="auto" w:fill="F2EFF6" w:themeFill="accent4"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E5DFEC" w:themeFill="accent4" w:themeFillTint="33"/>
      </w:tcPr>
    </w:tblStylePr>
    <w:tblStylePr w:type="band1Vert">
      <w:tblPr/>
      <w:tcPr>
        <w:shd w:val="clear" w:color="auto" w:fill="BFB1D0" w:themeFill="accent4" w:themeFillTint="7F"/>
      </w:tcPr>
    </w:tblStylePr>
    <w:tblStylePr w:type="band1Horz">
      <w:tblPr/>
      <w:tcPr>
        <w:tcBorders>
          <w:insideH w:val="single" w:sz="6" w:space="0" w:color="8064A2" w:themeColor="accent4"/>
          <w:insideV w:val="single" w:sz="6" w:space="0" w:color="8064A2" w:themeColor="accent4"/>
        </w:tcBorders>
        <w:shd w:val="clear" w:color="auto" w:fill="BFB1D0" w:themeFill="accent4" w:themeFillTint="7F"/>
      </w:tcPr>
    </w:tblStylePr>
    <w:tblStylePr w:type="nwCell">
      <w:tblPr/>
      <w:tcPr>
        <w:shd w:val="clear" w:color="auto" w:fill="FFFFFF" w:themeFill="background1"/>
      </w:tcPr>
    </w:tblStylePr>
  </w:style>
  <w:style w:type="table" w:styleId="MediumGrid2-Accent5">
    <w:name w:val="Medium Grid 2 Accent 5"/>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4BACC6" w:themeColor="accent5"/>
        <w:left w:val="single" w:sz="8" w:space="0" w:color="4BACC6" w:themeColor="accent5"/>
        <w:bottom w:val="single" w:sz="8" w:space="0" w:color="4BACC6" w:themeColor="accent5"/>
        <w:right w:val="single" w:sz="8" w:space="0" w:color="4BACC6" w:themeColor="accent5"/>
        <w:insideH w:val="single" w:sz="8" w:space="0" w:color="4BACC6" w:themeColor="accent5"/>
        <w:insideV w:val="single" w:sz="8" w:space="0" w:color="4BACC6" w:themeColor="accent5"/>
      </w:tblBorders>
      <w:tblCellMar>
        <w:top w:w="0" w:type="dxa"/>
        <w:left w:w="108" w:type="dxa"/>
        <w:bottom w:w="0" w:type="dxa"/>
        <w:right w:w="108" w:type="dxa"/>
      </w:tblCellMar>
    </w:tblPr>
    <w:tcPr>
      <w:shd w:val="clear" w:color="auto" w:fill="D2EAF1" w:themeFill="accent5" w:themeFillTint="3F"/>
    </w:tcPr>
    <w:tblStylePr w:type="firstRow">
      <w:rPr>
        <w:b/>
        <w:bCs/>
        <w:color w:val="000000" w:themeColor="text1"/>
      </w:rPr>
      <w:tblPr/>
      <w:tcPr>
        <w:shd w:val="clear" w:color="auto" w:fill="EDF6F9" w:themeFill="accent5"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DAEEF3" w:themeFill="accent5" w:themeFillTint="33"/>
      </w:tcPr>
    </w:tblStylePr>
    <w:tblStylePr w:type="band1Vert">
      <w:tblPr/>
      <w:tcPr>
        <w:shd w:val="clear" w:color="auto" w:fill="A5D5E2" w:themeFill="accent5" w:themeFillTint="7F"/>
      </w:tcPr>
    </w:tblStylePr>
    <w:tblStylePr w:type="band1Horz">
      <w:tblPr/>
      <w:tcPr>
        <w:tcBorders>
          <w:insideH w:val="single" w:sz="6" w:space="0" w:color="4BACC6" w:themeColor="accent5"/>
          <w:insideV w:val="single" w:sz="6" w:space="0" w:color="4BACC6" w:themeColor="accent5"/>
        </w:tcBorders>
        <w:shd w:val="clear" w:color="auto" w:fill="A5D5E2" w:themeFill="accent5" w:themeFillTint="7F"/>
      </w:tcPr>
    </w:tblStylePr>
    <w:tblStylePr w:type="nwCell">
      <w:tblPr/>
      <w:tcPr>
        <w:shd w:val="clear" w:color="auto" w:fill="FFFFFF" w:themeFill="background1"/>
      </w:tcPr>
    </w:tblStylePr>
  </w:style>
  <w:style w:type="table" w:styleId="MediumGrid2-Accent6">
    <w:name w:val="Medium Grid 2 Accent 6"/>
    <w:basedOn w:val="TableNormal"/>
    <w:uiPriority w:val="68"/>
    <w:rsid w:val="00CB0664"/>
    <w:pPr>
      <w:spacing w:after="0" w:line="240" w:lineRule="auto"/>
    </w:pPr>
    <w:rPr>
      <w:rFonts w:asciiTheme="majorHAnsi" w:eastAsiaTheme="majorEastAsia" w:hAnsiTheme="majorHAnsi" w:cstheme="majorBidi"/>
      <w:color w:val="000000" w:themeColor="text1"/>
    </w:rPr>
    <w:tblPr>
      <w:tblStyleRowBandSize w:val="1"/>
      <w:tblStyleColBandSize w:val="1"/>
      <w:tblInd w:w="0" w:type="dxa"/>
      <w:tblBorders>
        <w:top w:val="single" w:sz="8" w:space="0" w:color="F79646" w:themeColor="accent6"/>
        <w:left w:val="single" w:sz="8" w:space="0" w:color="F79646" w:themeColor="accent6"/>
        <w:bottom w:val="single" w:sz="8" w:space="0" w:color="F79646" w:themeColor="accent6"/>
        <w:right w:val="single" w:sz="8" w:space="0" w:color="F79646" w:themeColor="accent6"/>
        <w:insideH w:val="single" w:sz="8" w:space="0" w:color="F79646" w:themeColor="accent6"/>
        <w:insideV w:val="single" w:sz="8" w:space="0" w:color="F79646" w:themeColor="accent6"/>
      </w:tblBorders>
      <w:tblCellMar>
        <w:top w:w="0" w:type="dxa"/>
        <w:left w:w="108" w:type="dxa"/>
        <w:bottom w:w="0" w:type="dxa"/>
        <w:right w:w="108" w:type="dxa"/>
      </w:tblCellMar>
    </w:tblPr>
    <w:tcPr>
      <w:shd w:val="clear" w:color="auto" w:fill="FDE4D0" w:themeFill="accent6" w:themeFillTint="3F"/>
    </w:tcPr>
    <w:tblStylePr w:type="firstRow">
      <w:rPr>
        <w:b/>
        <w:bCs/>
        <w:color w:val="000000" w:themeColor="text1"/>
      </w:rPr>
      <w:tblPr/>
      <w:tcPr>
        <w:shd w:val="clear" w:color="auto" w:fill="FEF4EC" w:themeFill="accent6" w:themeFillTint="19"/>
      </w:tcPr>
    </w:tblStylePr>
    <w:tblStylePr w:type="lastRow">
      <w:rPr>
        <w:b/>
        <w:bCs/>
        <w:color w:val="000000" w:themeColor="text1"/>
      </w:rPr>
      <w:tblPr/>
      <w:tcPr>
        <w:tcBorders>
          <w:top w:val="single" w:sz="12" w:space="0" w:color="000000" w:themeColor="text1"/>
          <w:left w:val="nil"/>
          <w:bottom w:val="nil"/>
          <w:right w:val="nil"/>
          <w:insideH w:val="nil"/>
          <w:insideV w:val="nil"/>
        </w:tcBorders>
        <w:shd w:val="clear" w:color="auto" w:fill="FFFFFF" w:themeFill="background1"/>
      </w:tcPr>
    </w:tblStylePr>
    <w:tblStylePr w:type="firstCol">
      <w:rPr>
        <w:b/>
        <w:bCs/>
        <w:color w:val="000000" w:themeColor="text1"/>
      </w:rPr>
      <w:tblPr/>
      <w:tcPr>
        <w:tcBorders>
          <w:top w:val="nil"/>
          <w:left w:val="nil"/>
          <w:bottom w:val="nil"/>
          <w:right w:val="nil"/>
          <w:insideH w:val="nil"/>
          <w:insideV w:val="nil"/>
        </w:tcBorders>
        <w:shd w:val="clear" w:color="auto" w:fill="FFFFFF" w:themeFill="background1"/>
      </w:tcPr>
    </w:tblStylePr>
    <w:tblStylePr w:type="lastCol">
      <w:rPr>
        <w:b w:val="0"/>
        <w:bCs w:val="0"/>
        <w:color w:val="000000" w:themeColor="text1"/>
      </w:rPr>
      <w:tblPr/>
      <w:tcPr>
        <w:tcBorders>
          <w:top w:val="nil"/>
          <w:left w:val="nil"/>
          <w:bottom w:val="nil"/>
          <w:right w:val="nil"/>
          <w:insideH w:val="nil"/>
          <w:insideV w:val="nil"/>
        </w:tcBorders>
        <w:shd w:val="clear" w:color="auto" w:fill="FDE9D9" w:themeFill="accent6" w:themeFillTint="33"/>
      </w:tcPr>
    </w:tblStylePr>
    <w:tblStylePr w:type="band1Vert">
      <w:tblPr/>
      <w:tcPr>
        <w:shd w:val="clear" w:color="auto" w:fill="FBCAA2" w:themeFill="accent6" w:themeFillTint="7F"/>
      </w:tcPr>
    </w:tblStylePr>
    <w:tblStylePr w:type="band1Horz">
      <w:tblPr/>
      <w:tcPr>
        <w:tcBorders>
          <w:insideH w:val="single" w:sz="6" w:space="0" w:color="F79646" w:themeColor="accent6"/>
          <w:insideV w:val="single" w:sz="6" w:space="0" w:color="F79646" w:themeColor="accent6"/>
        </w:tcBorders>
        <w:shd w:val="clear" w:color="auto" w:fill="FBCAA2" w:themeFill="accent6" w:themeFillTint="7F"/>
      </w:tcPr>
    </w:tblStylePr>
    <w:tblStylePr w:type="nwCell">
      <w:tblPr/>
      <w:tcPr>
        <w:shd w:val="clear" w:color="auto" w:fill="FFFFFF" w:themeFill="background1"/>
      </w:tcPr>
    </w:tblStylePr>
  </w:style>
  <w:style w:type="table" w:styleId="MediumGrid3">
    <w:name w:val="Medium Grid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C0C0C0" w:themeFill="tex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000000" w:themeFill="tex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000000" w:themeFill="tex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000000" w:themeFill="tex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808080" w:themeFill="tex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808080" w:themeFill="text1" w:themeFillTint="7F"/>
      </w:tcPr>
    </w:tblStylePr>
  </w:style>
  <w:style w:type="table" w:styleId="MediumGrid3-Accent1">
    <w:name w:val="Medium Grid 3 Accent 1"/>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3DFEE" w:themeFill="accent1"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F81BD" w:themeFill="accent1"/>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F81BD" w:themeFill="accent1"/>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F81BD" w:themeFill="accent1"/>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7BFDE" w:themeFill="accent1"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7BFDE" w:themeFill="accent1" w:themeFillTint="7F"/>
      </w:tcPr>
    </w:tblStylePr>
  </w:style>
  <w:style w:type="table" w:styleId="MediumGrid3-Accent2">
    <w:name w:val="Medium Grid 3 Accent 2"/>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FD3D2" w:themeFill="accent2"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C0504D" w:themeFill="accent2"/>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C0504D" w:themeFill="accent2"/>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C0504D" w:themeFill="accent2"/>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DFA7A6" w:themeFill="accent2"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DFA7A6" w:themeFill="accent2" w:themeFillTint="7F"/>
      </w:tcPr>
    </w:tblStylePr>
  </w:style>
  <w:style w:type="table" w:styleId="MediumGrid3-Accent3">
    <w:name w:val="Medium Grid 3 Accent 3"/>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E6EED5" w:themeFill="accent3"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9BBB59" w:themeFill="accent3"/>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9BBB59" w:themeFill="accent3"/>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9BBB59" w:themeFill="accent3"/>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CDDDAC" w:themeFill="accent3"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CDDDAC" w:themeFill="accent3" w:themeFillTint="7F"/>
      </w:tcPr>
    </w:tblStylePr>
  </w:style>
  <w:style w:type="table" w:styleId="MediumGrid3-Accent4">
    <w:name w:val="Medium Grid 3 Accent 4"/>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FD8E8" w:themeFill="accent4"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8064A2" w:themeFill="accent4"/>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8064A2" w:themeFill="accent4"/>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8064A2" w:themeFill="accent4"/>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BFB1D0" w:themeFill="accent4"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BFB1D0" w:themeFill="accent4" w:themeFillTint="7F"/>
      </w:tcPr>
    </w:tblStylePr>
  </w:style>
  <w:style w:type="table" w:styleId="MediumGrid3-Accent5">
    <w:name w:val="Medium Grid 3 Accent 5"/>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D2EAF1" w:themeFill="accent5"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4BACC6" w:themeFill="accent5"/>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4BACC6" w:themeFill="accent5"/>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4BACC6" w:themeFill="accent5"/>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A5D5E2" w:themeFill="accent5"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A5D5E2" w:themeFill="accent5" w:themeFillTint="7F"/>
      </w:tcPr>
    </w:tblStylePr>
  </w:style>
  <w:style w:type="table" w:styleId="MediumGrid3-Accent6">
    <w:name w:val="Medium Grid 3 Accent 6"/>
    <w:basedOn w:val="TableNormal"/>
    <w:uiPriority w:val="69"/>
    <w:rsid w:val="00CB0664"/>
    <w:pPr>
      <w:spacing w:after="0" w:line="240" w:lineRule="auto"/>
    </w:pPr>
    <w:tblPr>
      <w:tblStyleRowBandSize w:val="1"/>
      <w:tblStyleColBandSize w:val="1"/>
      <w:tblInd w:w="0" w:type="dxa"/>
      <w:tbl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6" w:space="0" w:color="FFFFFF" w:themeColor="background1"/>
        <w:insideV w:val="single" w:sz="6" w:space="0" w:color="FFFFFF" w:themeColor="background1"/>
      </w:tblBorders>
      <w:tblCellMar>
        <w:top w:w="0" w:type="dxa"/>
        <w:left w:w="108" w:type="dxa"/>
        <w:bottom w:w="0" w:type="dxa"/>
        <w:right w:w="108" w:type="dxa"/>
      </w:tblCellMar>
    </w:tblPr>
    <w:tcPr>
      <w:shd w:val="clear" w:color="auto" w:fill="FDE4D0" w:themeFill="accent6" w:themeFillTint="3F"/>
    </w:tcPr>
    <w:tblStylePr w:type="firstRow">
      <w:rPr>
        <w:b/>
        <w:bCs/>
        <w:i w:val="0"/>
        <w:iCs w:val="0"/>
        <w:color w:val="FFFFFF" w:themeColor="background1"/>
      </w:rPr>
      <w:tblPr/>
      <w:tcPr>
        <w:tcBorders>
          <w:top w:val="single" w:sz="8" w:space="0" w:color="FFFFFF" w:themeColor="background1"/>
          <w:left w:val="single" w:sz="8" w:space="0" w:color="FFFFFF" w:themeColor="background1"/>
          <w:bottom w:val="single" w:sz="24"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lastRow">
      <w:rPr>
        <w:b/>
        <w:bCs/>
        <w:i w:val="0"/>
        <w:iCs w:val="0"/>
        <w:color w:val="FFFFFF" w:themeColor="background1"/>
      </w:rPr>
      <w:tblPr/>
      <w:tcPr>
        <w:tcBorders>
          <w:top w:val="single" w:sz="24" w:space="0" w:color="FFFFFF" w:themeColor="background1"/>
          <w:left w:val="single" w:sz="8" w:space="0" w:color="FFFFFF" w:themeColor="background1"/>
          <w:bottom w:val="single" w:sz="8" w:space="0" w:color="FFFFFF" w:themeColor="background1"/>
          <w:right w:val="single" w:sz="8" w:space="0" w:color="FFFFFF" w:themeColor="background1"/>
          <w:insideH w:val="nil"/>
          <w:insideV w:val="single" w:sz="8" w:space="0" w:color="FFFFFF" w:themeColor="background1"/>
        </w:tcBorders>
        <w:shd w:val="clear" w:color="auto" w:fill="F79646" w:themeFill="accent6"/>
      </w:tcPr>
    </w:tblStylePr>
    <w:tblStylePr w:type="firstCol">
      <w:rPr>
        <w:b/>
        <w:bCs/>
        <w:i w:val="0"/>
        <w:iCs w:val="0"/>
        <w:color w:val="FFFFFF" w:themeColor="background1"/>
      </w:rPr>
      <w:tblPr/>
      <w:tcPr>
        <w:tcBorders>
          <w:left w:val="single" w:sz="8" w:space="0" w:color="FFFFFF" w:themeColor="background1"/>
          <w:right w:val="single" w:sz="24" w:space="0" w:color="FFFFFF" w:themeColor="background1"/>
          <w:insideH w:val="nil"/>
          <w:insideV w:val="nil"/>
        </w:tcBorders>
        <w:shd w:val="clear" w:color="auto" w:fill="F79646" w:themeFill="accent6"/>
      </w:tcPr>
    </w:tblStylePr>
    <w:tblStylePr w:type="lastCol">
      <w:rPr>
        <w:b/>
        <w:bCs/>
        <w:i w:val="0"/>
        <w:iCs w:val="0"/>
        <w:color w:val="FFFFFF" w:themeColor="background1"/>
      </w:rPr>
      <w:tblPr/>
      <w:tcPr>
        <w:tcBorders>
          <w:top w:val="nil"/>
          <w:left w:val="single" w:sz="24" w:space="0" w:color="FFFFFF" w:themeColor="background1"/>
          <w:bottom w:val="nil"/>
          <w:right w:val="nil"/>
          <w:insideH w:val="nil"/>
          <w:insideV w:val="nil"/>
        </w:tcBorders>
        <w:shd w:val="clear" w:color="auto" w:fill="F79646" w:themeFill="accent6"/>
      </w:tcPr>
    </w:tblStylePr>
    <w:tblStylePr w:type="band1Vert">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nil"/>
          <w:insideV w:val="nil"/>
        </w:tcBorders>
        <w:shd w:val="clear" w:color="auto" w:fill="FBCAA2" w:themeFill="accent6" w:themeFillTint="7F"/>
      </w:tcPr>
    </w:tblStylePr>
    <w:tblStylePr w:type="band1Horz">
      <w:tblPr/>
      <w:tcPr>
        <w:tcBorders>
          <w:top w:val="single" w:sz="8" w:space="0" w:color="FFFFFF" w:themeColor="background1"/>
          <w:left w:val="single" w:sz="8" w:space="0" w:color="FFFFFF" w:themeColor="background1"/>
          <w:bottom w:val="single" w:sz="8" w:space="0" w:color="FFFFFF" w:themeColor="background1"/>
          <w:right w:val="single" w:sz="8" w:space="0" w:color="FFFFFF" w:themeColor="background1"/>
          <w:insideH w:val="single" w:sz="8" w:space="0" w:color="FFFFFF" w:themeColor="background1"/>
          <w:insideV w:val="single" w:sz="8" w:space="0" w:color="FFFFFF" w:themeColor="background1"/>
        </w:tcBorders>
        <w:shd w:val="clear" w:color="auto" w:fill="FBCAA2" w:themeFill="accent6" w:themeFillTint="7F"/>
      </w:tcPr>
    </w:tblStylePr>
  </w:style>
  <w:style w:type="table" w:styleId="DarkList">
    <w:name w:val="Dark List"/>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000000" w:themeFill="tex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000000" w:themeFill="text1" w:themeFillShade="7F"/>
      </w:tcPr>
    </w:tblStylePr>
    <w:tblStylePr w:type="firstCol">
      <w:tblPr/>
      <w:tcPr>
        <w:tcBorders>
          <w:top w:val="nil"/>
          <w:left w:val="nil"/>
          <w:bottom w:val="nil"/>
          <w:right w:val="single" w:sz="18" w:space="0" w:color="FFFFFF" w:themeColor="background1"/>
          <w:insideH w:val="nil"/>
          <w:insideV w:val="nil"/>
        </w:tcBorders>
        <w:shd w:val="clear" w:color="auto" w:fill="000000" w:themeFill="text1" w:themeFillShade="BF"/>
      </w:tcPr>
    </w:tblStylePr>
    <w:tblStylePr w:type="lastCol">
      <w:tblPr/>
      <w:tcPr>
        <w:tcBorders>
          <w:top w:val="nil"/>
          <w:left w:val="single" w:sz="18" w:space="0" w:color="FFFFFF" w:themeColor="background1"/>
          <w:bottom w:val="nil"/>
          <w:right w:val="nil"/>
          <w:insideH w:val="nil"/>
          <w:insideV w:val="nil"/>
        </w:tcBorders>
        <w:shd w:val="clear" w:color="auto" w:fill="000000" w:themeFill="text1" w:themeFillShade="BF"/>
      </w:tcPr>
    </w:tblStylePr>
    <w:tblStylePr w:type="band1Vert">
      <w:tblPr/>
      <w:tcPr>
        <w:tcBorders>
          <w:top w:val="nil"/>
          <w:left w:val="nil"/>
          <w:bottom w:val="nil"/>
          <w:right w:val="nil"/>
          <w:insideH w:val="nil"/>
          <w:insideV w:val="nil"/>
        </w:tcBorders>
        <w:shd w:val="clear" w:color="auto" w:fill="000000" w:themeFill="text1" w:themeFillShade="BF"/>
      </w:tcPr>
    </w:tblStylePr>
    <w:tblStylePr w:type="band1Horz">
      <w:tblPr/>
      <w:tcPr>
        <w:tcBorders>
          <w:top w:val="nil"/>
          <w:left w:val="nil"/>
          <w:bottom w:val="nil"/>
          <w:right w:val="nil"/>
          <w:insideH w:val="nil"/>
          <w:insideV w:val="nil"/>
        </w:tcBorders>
        <w:shd w:val="clear" w:color="auto" w:fill="000000" w:themeFill="text1" w:themeFillShade="BF"/>
      </w:tcPr>
    </w:tblStylePr>
  </w:style>
  <w:style w:type="table" w:styleId="DarkList-Accent1">
    <w:name w:val="Dark List Accent 1"/>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F81BD" w:themeFill="accent1"/>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43F60" w:themeFill="accent1" w:themeFillShade="7F"/>
      </w:tcPr>
    </w:tblStylePr>
    <w:tblStylePr w:type="firstCol">
      <w:tblPr/>
      <w:tcPr>
        <w:tcBorders>
          <w:top w:val="nil"/>
          <w:left w:val="nil"/>
          <w:bottom w:val="nil"/>
          <w:right w:val="single" w:sz="18" w:space="0" w:color="FFFFFF" w:themeColor="background1"/>
          <w:insideH w:val="nil"/>
          <w:insideV w:val="nil"/>
        </w:tcBorders>
        <w:shd w:val="clear" w:color="auto" w:fill="365F91" w:themeFill="accent1" w:themeFillShade="BF"/>
      </w:tcPr>
    </w:tblStylePr>
    <w:tblStylePr w:type="lastCol">
      <w:tblPr/>
      <w:tcPr>
        <w:tcBorders>
          <w:top w:val="nil"/>
          <w:left w:val="single" w:sz="18" w:space="0" w:color="FFFFFF" w:themeColor="background1"/>
          <w:bottom w:val="nil"/>
          <w:right w:val="nil"/>
          <w:insideH w:val="nil"/>
          <w:insideV w:val="nil"/>
        </w:tcBorders>
        <w:shd w:val="clear" w:color="auto" w:fill="365F91" w:themeFill="accent1" w:themeFillShade="BF"/>
      </w:tcPr>
    </w:tblStylePr>
    <w:tblStylePr w:type="band1Vert">
      <w:tblPr/>
      <w:tcPr>
        <w:tcBorders>
          <w:top w:val="nil"/>
          <w:left w:val="nil"/>
          <w:bottom w:val="nil"/>
          <w:right w:val="nil"/>
          <w:insideH w:val="nil"/>
          <w:insideV w:val="nil"/>
        </w:tcBorders>
        <w:shd w:val="clear" w:color="auto" w:fill="365F91" w:themeFill="accent1" w:themeFillShade="BF"/>
      </w:tcPr>
    </w:tblStylePr>
    <w:tblStylePr w:type="band1Horz">
      <w:tblPr/>
      <w:tcPr>
        <w:tcBorders>
          <w:top w:val="nil"/>
          <w:left w:val="nil"/>
          <w:bottom w:val="nil"/>
          <w:right w:val="nil"/>
          <w:insideH w:val="nil"/>
          <w:insideV w:val="nil"/>
        </w:tcBorders>
        <w:shd w:val="clear" w:color="auto" w:fill="365F91" w:themeFill="accent1" w:themeFillShade="BF"/>
      </w:tcPr>
    </w:tblStylePr>
  </w:style>
  <w:style w:type="table" w:styleId="DarkList-Accent2">
    <w:name w:val="Dark List Accent 2"/>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C0504D" w:themeFill="accent2"/>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622423" w:themeFill="accent2" w:themeFillShade="7F"/>
      </w:tcPr>
    </w:tblStylePr>
    <w:tblStylePr w:type="firstCol">
      <w:tblPr/>
      <w:tcPr>
        <w:tcBorders>
          <w:top w:val="nil"/>
          <w:left w:val="nil"/>
          <w:bottom w:val="nil"/>
          <w:right w:val="single" w:sz="18" w:space="0" w:color="FFFFFF" w:themeColor="background1"/>
          <w:insideH w:val="nil"/>
          <w:insideV w:val="nil"/>
        </w:tcBorders>
        <w:shd w:val="clear" w:color="auto" w:fill="943634" w:themeFill="accent2" w:themeFillShade="BF"/>
      </w:tcPr>
    </w:tblStylePr>
    <w:tblStylePr w:type="lastCol">
      <w:tblPr/>
      <w:tcPr>
        <w:tcBorders>
          <w:top w:val="nil"/>
          <w:left w:val="single" w:sz="18" w:space="0" w:color="FFFFFF" w:themeColor="background1"/>
          <w:bottom w:val="nil"/>
          <w:right w:val="nil"/>
          <w:insideH w:val="nil"/>
          <w:insideV w:val="nil"/>
        </w:tcBorders>
        <w:shd w:val="clear" w:color="auto" w:fill="943634" w:themeFill="accent2" w:themeFillShade="BF"/>
      </w:tcPr>
    </w:tblStylePr>
    <w:tblStylePr w:type="band1Vert">
      <w:tblPr/>
      <w:tcPr>
        <w:tcBorders>
          <w:top w:val="nil"/>
          <w:left w:val="nil"/>
          <w:bottom w:val="nil"/>
          <w:right w:val="nil"/>
          <w:insideH w:val="nil"/>
          <w:insideV w:val="nil"/>
        </w:tcBorders>
        <w:shd w:val="clear" w:color="auto" w:fill="943634" w:themeFill="accent2" w:themeFillShade="BF"/>
      </w:tcPr>
    </w:tblStylePr>
    <w:tblStylePr w:type="band1Horz">
      <w:tblPr/>
      <w:tcPr>
        <w:tcBorders>
          <w:top w:val="nil"/>
          <w:left w:val="nil"/>
          <w:bottom w:val="nil"/>
          <w:right w:val="nil"/>
          <w:insideH w:val="nil"/>
          <w:insideV w:val="nil"/>
        </w:tcBorders>
        <w:shd w:val="clear" w:color="auto" w:fill="943634" w:themeFill="accent2" w:themeFillShade="BF"/>
      </w:tcPr>
    </w:tblStylePr>
  </w:style>
  <w:style w:type="table" w:styleId="DarkList-Accent3">
    <w:name w:val="Dark List Accent 3"/>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9BBB59" w:themeFill="accent3"/>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4E6128" w:themeFill="accent3" w:themeFillShade="7F"/>
      </w:tcPr>
    </w:tblStylePr>
    <w:tblStylePr w:type="firstCol">
      <w:tblPr/>
      <w:tcPr>
        <w:tcBorders>
          <w:top w:val="nil"/>
          <w:left w:val="nil"/>
          <w:bottom w:val="nil"/>
          <w:right w:val="single" w:sz="18" w:space="0" w:color="FFFFFF" w:themeColor="background1"/>
          <w:insideH w:val="nil"/>
          <w:insideV w:val="nil"/>
        </w:tcBorders>
        <w:shd w:val="clear" w:color="auto" w:fill="76923C" w:themeFill="accent3" w:themeFillShade="BF"/>
      </w:tcPr>
    </w:tblStylePr>
    <w:tblStylePr w:type="lastCol">
      <w:tblPr/>
      <w:tcPr>
        <w:tcBorders>
          <w:top w:val="nil"/>
          <w:left w:val="single" w:sz="18" w:space="0" w:color="FFFFFF" w:themeColor="background1"/>
          <w:bottom w:val="nil"/>
          <w:right w:val="nil"/>
          <w:insideH w:val="nil"/>
          <w:insideV w:val="nil"/>
        </w:tcBorders>
        <w:shd w:val="clear" w:color="auto" w:fill="76923C" w:themeFill="accent3" w:themeFillShade="BF"/>
      </w:tcPr>
    </w:tblStylePr>
    <w:tblStylePr w:type="band1Vert">
      <w:tblPr/>
      <w:tcPr>
        <w:tcBorders>
          <w:top w:val="nil"/>
          <w:left w:val="nil"/>
          <w:bottom w:val="nil"/>
          <w:right w:val="nil"/>
          <w:insideH w:val="nil"/>
          <w:insideV w:val="nil"/>
        </w:tcBorders>
        <w:shd w:val="clear" w:color="auto" w:fill="76923C" w:themeFill="accent3" w:themeFillShade="BF"/>
      </w:tcPr>
    </w:tblStylePr>
    <w:tblStylePr w:type="band1Horz">
      <w:tblPr/>
      <w:tcPr>
        <w:tcBorders>
          <w:top w:val="nil"/>
          <w:left w:val="nil"/>
          <w:bottom w:val="nil"/>
          <w:right w:val="nil"/>
          <w:insideH w:val="nil"/>
          <w:insideV w:val="nil"/>
        </w:tcBorders>
        <w:shd w:val="clear" w:color="auto" w:fill="76923C" w:themeFill="accent3" w:themeFillShade="BF"/>
      </w:tcPr>
    </w:tblStylePr>
  </w:style>
  <w:style w:type="table" w:styleId="DarkList-Accent4">
    <w:name w:val="Dark List Accent 4"/>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8064A2" w:themeFill="accent4"/>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3F3151" w:themeFill="accent4" w:themeFillShade="7F"/>
      </w:tcPr>
    </w:tblStylePr>
    <w:tblStylePr w:type="firstCol">
      <w:tblPr/>
      <w:tcPr>
        <w:tcBorders>
          <w:top w:val="nil"/>
          <w:left w:val="nil"/>
          <w:bottom w:val="nil"/>
          <w:right w:val="single" w:sz="18" w:space="0" w:color="FFFFFF" w:themeColor="background1"/>
          <w:insideH w:val="nil"/>
          <w:insideV w:val="nil"/>
        </w:tcBorders>
        <w:shd w:val="clear" w:color="auto" w:fill="5F497A" w:themeFill="accent4" w:themeFillShade="BF"/>
      </w:tcPr>
    </w:tblStylePr>
    <w:tblStylePr w:type="lastCol">
      <w:tblPr/>
      <w:tcPr>
        <w:tcBorders>
          <w:top w:val="nil"/>
          <w:left w:val="single" w:sz="18" w:space="0" w:color="FFFFFF" w:themeColor="background1"/>
          <w:bottom w:val="nil"/>
          <w:right w:val="nil"/>
          <w:insideH w:val="nil"/>
          <w:insideV w:val="nil"/>
        </w:tcBorders>
        <w:shd w:val="clear" w:color="auto" w:fill="5F497A" w:themeFill="accent4" w:themeFillShade="BF"/>
      </w:tcPr>
    </w:tblStylePr>
    <w:tblStylePr w:type="band1Vert">
      <w:tblPr/>
      <w:tcPr>
        <w:tcBorders>
          <w:top w:val="nil"/>
          <w:left w:val="nil"/>
          <w:bottom w:val="nil"/>
          <w:right w:val="nil"/>
          <w:insideH w:val="nil"/>
          <w:insideV w:val="nil"/>
        </w:tcBorders>
        <w:shd w:val="clear" w:color="auto" w:fill="5F497A" w:themeFill="accent4" w:themeFillShade="BF"/>
      </w:tcPr>
    </w:tblStylePr>
    <w:tblStylePr w:type="band1Horz">
      <w:tblPr/>
      <w:tcPr>
        <w:tcBorders>
          <w:top w:val="nil"/>
          <w:left w:val="nil"/>
          <w:bottom w:val="nil"/>
          <w:right w:val="nil"/>
          <w:insideH w:val="nil"/>
          <w:insideV w:val="nil"/>
        </w:tcBorders>
        <w:shd w:val="clear" w:color="auto" w:fill="5F497A" w:themeFill="accent4" w:themeFillShade="BF"/>
      </w:tcPr>
    </w:tblStylePr>
  </w:style>
  <w:style w:type="table" w:styleId="DarkList-Accent5">
    <w:name w:val="Dark List Accent 5"/>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4BACC6" w:themeFill="accent5"/>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205867" w:themeFill="accent5" w:themeFillShade="7F"/>
      </w:tcPr>
    </w:tblStylePr>
    <w:tblStylePr w:type="firstCol">
      <w:tblPr/>
      <w:tcPr>
        <w:tcBorders>
          <w:top w:val="nil"/>
          <w:left w:val="nil"/>
          <w:bottom w:val="nil"/>
          <w:right w:val="single" w:sz="18" w:space="0" w:color="FFFFFF" w:themeColor="background1"/>
          <w:insideH w:val="nil"/>
          <w:insideV w:val="nil"/>
        </w:tcBorders>
        <w:shd w:val="clear" w:color="auto" w:fill="31849B" w:themeFill="accent5" w:themeFillShade="BF"/>
      </w:tcPr>
    </w:tblStylePr>
    <w:tblStylePr w:type="lastCol">
      <w:tblPr/>
      <w:tcPr>
        <w:tcBorders>
          <w:top w:val="nil"/>
          <w:left w:val="single" w:sz="18" w:space="0" w:color="FFFFFF" w:themeColor="background1"/>
          <w:bottom w:val="nil"/>
          <w:right w:val="nil"/>
          <w:insideH w:val="nil"/>
          <w:insideV w:val="nil"/>
        </w:tcBorders>
        <w:shd w:val="clear" w:color="auto" w:fill="31849B" w:themeFill="accent5" w:themeFillShade="BF"/>
      </w:tcPr>
    </w:tblStylePr>
    <w:tblStylePr w:type="band1Vert">
      <w:tblPr/>
      <w:tcPr>
        <w:tcBorders>
          <w:top w:val="nil"/>
          <w:left w:val="nil"/>
          <w:bottom w:val="nil"/>
          <w:right w:val="nil"/>
          <w:insideH w:val="nil"/>
          <w:insideV w:val="nil"/>
        </w:tcBorders>
        <w:shd w:val="clear" w:color="auto" w:fill="31849B" w:themeFill="accent5" w:themeFillShade="BF"/>
      </w:tcPr>
    </w:tblStylePr>
    <w:tblStylePr w:type="band1Horz">
      <w:tblPr/>
      <w:tcPr>
        <w:tcBorders>
          <w:top w:val="nil"/>
          <w:left w:val="nil"/>
          <w:bottom w:val="nil"/>
          <w:right w:val="nil"/>
          <w:insideH w:val="nil"/>
          <w:insideV w:val="nil"/>
        </w:tcBorders>
        <w:shd w:val="clear" w:color="auto" w:fill="31849B" w:themeFill="accent5" w:themeFillShade="BF"/>
      </w:tcPr>
    </w:tblStylePr>
  </w:style>
  <w:style w:type="table" w:styleId="DarkList-Accent6">
    <w:name w:val="Dark List Accent 6"/>
    <w:basedOn w:val="TableNormal"/>
    <w:uiPriority w:val="70"/>
    <w:rsid w:val="00CB0664"/>
    <w:pPr>
      <w:spacing w:after="0" w:line="240" w:lineRule="auto"/>
    </w:pPr>
    <w:rPr>
      <w:color w:val="FFFFFF" w:themeColor="background1"/>
    </w:rPr>
    <w:tblPr>
      <w:tblStyleRowBandSize w:val="1"/>
      <w:tblStyleColBandSize w:val="1"/>
      <w:tblInd w:w="0" w:type="dxa"/>
      <w:tblCellMar>
        <w:top w:w="0" w:type="dxa"/>
        <w:left w:w="108" w:type="dxa"/>
        <w:bottom w:w="0" w:type="dxa"/>
        <w:right w:w="108" w:type="dxa"/>
      </w:tblCellMar>
    </w:tblPr>
    <w:tcPr>
      <w:shd w:val="clear" w:color="auto" w:fill="F79646" w:themeFill="accent6"/>
    </w:tcPr>
    <w:tblStylePr w:type="firstRow">
      <w:rPr>
        <w:b/>
        <w:bCs/>
      </w:rPr>
      <w:tblPr/>
      <w:tcPr>
        <w:tcBorders>
          <w:top w:val="nil"/>
          <w:left w:val="nil"/>
          <w:bottom w:val="single" w:sz="18" w:space="0" w:color="FFFFFF" w:themeColor="background1"/>
          <w:right w:val="nil"/>
          <w:insideH w:val="nil"/>
          <w:insideV w:val="nil"/>
        </w:tcBorders>
        <w:shd w:val="clear" w:color="auto" w:fill="000000" w:themeFill="text1"/>
      </w:tcPr>
    </w:tblStylePr>
    <w:tblStylePr w:type="lastRow">
      <w:tblPr/>
      <w:tcPr>
        <w:tcBorders>
          <w:top w:val="single" w:sz="18" w:space="0" w:color="FFFFFF" w:themeColor="background1"/>
          <w:left w:val="nil"/>
          <w:bottom w:val="nil"/>
          <w:right w:val="nil"/>
          <w:insideH w:val="nil"/>
          <w:insideV w:val="nil"/>
        </w:tcBorders>
        <w:shd w:val="clear" w:color="auto" w:fill="974706" w:themeFill="accent6" w:themeFillShade="7F"/>
      </w:tcPr>
    </w:tblStylePr>
    <w:tblStylePr w:type="firstCol">
      <w:tblPr/>
      <w:tcPr>
        <w:tcBorders>
          <w:top w:val="nil"/>
          <w:left w:val="nil"/>
          <w:bottom w:val="nil"/>
          <w:right w:val="single" w:sz="18" w:space="0" w:color="FFFFFF" w:themeColor="background1"/>
          <w:insideH w:val="nil"/>
          <w:insideV w:val="nil"/>
        </w:tcBorders>
        <w:shd w:val="clear" w:color="auto" w:fill="E36C0A" w:themeFill="accent6" w:themeFillShade="BF"/>
      </w:tcPr>
    </w:tblStylePr>
    <w:tblStylePr w:type="lastCol">
      <w:tblPr/>
      <w:tcPr>
        <w:tcBorders>
          <w:top w:val="nil"/>
          <w:left w:val="single" w:sz="18" w:space="0" w:color="FFFFFF" w:themeColor="background1"/>
          <w:bottom w:val="nil"/>
          <w:right w:val="nil"/>
          <w:insideH w:val="nil"/>
          <w:insideV w:val="nil"/>
        </w:tcBorders>
        <w:shd w:val="clear" w:color="auto" w:fill="E36C0A" w:themeFill="accent6" w:themeFillShade="BF"/>
      </w:tcPr>
    </w:tblStylePr>
    <w:tblStylePr w:type="band1Vert">
      <w:tblPr/>
      <w:tcPr>
        <w:tcBorders>
          <w:top w:val="nil"/>
          <w:left w:val="nil"/>
          <w:bottom w:val="nil"/>
          <w:right w:val="nil"/>
          <w:insideH w:val="nil"/>
          <w:insideV w:val="nil"/>
        </w:tcBorders>
        <w:shd w:val="clear" w:color="auto" w:fill="E36C0A" w:themeFill="accent6" w:themeFillShade="BF"/>
      </w:tcPr>
    </w:tblStylePr>
    <w:tblStylePr w:type="band1Horz">
      <w:tblPr/>
      <w:tcPr>
        <w:tcBorders>
          <w:top w:val="nil"/>
          <w:left w:val="nil"/>
          <w:bottom w:val="nil"/>
          <w:right w:val="nil"/>
          <w:insideH w:val="nil"/>
          <w:insideV w:val="nil"/>
        </w:tcBorders>
        <w:shd w:val="clear" w:color="auto" w:fill="E36C0A" w:themeFill="accent6" w:themeFillShade="BF"/>
      </w:tcPr>
    </w:tblStylePr>
  </w:style>
  <w:style w:type="table" w:styleId="ColorfulShading">
    <w:name w:val="Colorful Shading"/>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000000" w:themeColor="text1"/>
        <w:bottom w:val="single" w:sz="4" w:space="0" w:color="000000" w:themeColor="text1"/>
        <w:right w:val="single" w:sz="4" w:space="0" w:color="000000" w:themeColor="tex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6E6E6" w:themeFill="tex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000000" w:themeFill="text1" w:themeFillShade="99"/>
      </w:tcPr>
    </w:tblStylePr>
    <w:tblStylePr w:type="firstCol">
      <w:rPr>
        <w:color w:val="FFFFFF" w:themeColor="background1"/>
      </w:rPr>
      <w:tblPr/>
      <w:tcPr>
        <w:tcBorders>
          <w:top w:val="nil"/>
          <w:left w:val="nil"/>
          <w:bottom w:val="nil"/>
          <w:right w:val="nil"/>
          <w:insideH w:val="single" w:sz="4" w:space="0" w:color="000000" w:themeColor="text1" w:themeShade="99"/>
          <w:insideV w:val="nil"/>
        </w:tcBorders>
        <w:shd w:val="clear" w:color="auto" w:fill="000000" w:themeFill="text1" w:themeFillShade="99"/>
      </w:tcPr>
    </w:tblStylePr>
    <w:tblStylePr w:type="lastCol">
      <w:rPr>
        <w:color w:val="FFFFFF" w:themeColor="background1"/>
      </w:rPr>
      <w:tblPr/>
      <w:tcPr>
        <w:tcBorders>
          <w:top w:val="nil"/>
          <w:left w:val="nil"/>
          <w:bottom w:val="nil"/>
          <w:right w:val="nil"/>
          <w:insideH w:val="nil"/>
          <w:insideV w:val="nil"/>
        </w:tcBorders>
        <w:shd w:val="clear" w:color="auto" w:fill="000000" w:themeFill="text1" w:themeFillShade="BF"/>
      </w:tcPr>
    </w:tblStylePr>
    <w:tblStylePr w:type="band1Vert">
      <w:tblPr/>
      <w:tcPr>
        <w:shd w:val="clear" w:color="auto" w:fill="999999" w:themeFill="text1" w:themeFillTint="66"/>
      </w:tcPr>
    </w:tblStylePr>
    <w:tblStylePr w:type="band1Horz">
      <w:tblPr/>
      <w:tcPr>
        <w:shd w:val="clear" w:color="auto" w:fill="808080" w:themeFill="text1" w:themeFillTint="7F"/>
      </w:tcPr>
    </w:tblStylePr>
    <w:tblStylePr w:type="neCell">
      <w:rPr>
        <w:color w:val="000000" w:themeColor="text1"/>
      </w:rPr>
    </w:tblStylePr>
    <w:tblStylePr w:type="nwCell">
      <w:rPr>
        <w:color w:val="000000" w:themeColor="text1"/>
      </w:rPr>
    </w:tblStylePr>
  </w:style>
  <w:style w:type="table" w:styleId="ColorfulShading-Accent1">
    <w:name w:val="Colorful Shading Accent 1"/>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4F81BD" w:themeColor="accent1"/>
        <w:bottom w:val="single" w:sz="4" w:space="0" w:color="4F81BD" w:themeColor="accent1"/>
        <w:right w:val="single" w:sz="4" w:space="0" w:color="4F81BD" w:themeColor="accent1"/>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2F8" w:themeFill="accent1"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C4C74" w:themeFill="accent1" w:themeFillShade="99"/>
      </w:tcPr>
    </w:tblStylePr>
    <w:tblStylePr w:type="firstCol">
      <w:rPr>
        <w:color w:val="FFFFFF" w:themeColor="background1"/>
      </w:rPr>
      <w:tblPr/>
      <w:tcPr>
        <w:tcBorders>
          <w:top w:val="nil"/>
          <w:left w:val="nil"/>
          <w:bottom w:val="nil"/>
          <w:right w:val="nil"/>
          <w:insideH w:val="single" w:sz="4" w:space="0" w:color="2C4C74" w:themeColor="accent1" w:themeShade="99"/>
          <w:insideV w:val="nil"/>
        </w:tcBorders>
        <w:shd w:val="clear" w:color="auto" w:fill="2C4C74" w:themeFill="accent1" w:themeFillShade="99"/>
      </w:tcPr>
    </w:tblStylePr>
    <w:tblStylePr w:type="lastCol">
      <w:rPr>
        <w:color w:val="FFFFFF" w:themeColor="background1"/>
      </w:rPr>
      <w:tblPr/>
      <w:tcPr>
        <w:tcBorders>
          <w:top w:val="nil"/>
          <w:left w:val="nil"/>
          <w:bottom w:val="nil"/>
          <w:right w:val="nil"/>
          <w:insideH w:val="nil"/>
          <w:insideV w:val="nil"/>
        </w:tcBorders>
        <w:shd w:val="clear" w:color="auto" w:fill="2C4C74" w:themeFill="accent1" w:themeFillShade="99"/>
      </w:tcPr>
    </w:tblStylePr>
    <w:tblStylePr w:type="band1Vert">
      <w:tblPr/>
      <w:tcPr>
        <w:shd w:val="clear" w:color="auto" w:fill="B8CCE4" w:themeFill="accent1" w:themeFillTint="66"/>
      </w:tcPr>
    </w:tblStylePr>
    <w:tblStylePr w:type="band1Horz">
      <w:tblPr/>
      <w:tcPr>
        <w:shd w:val="clear" w:color="auto" w:fill="A7BFDE" w:themeFill="accent1" w:themeFillTint="7F"/>
      </w:tcPr>
    </w:tblStylePr>
    <w:tblStylePr w:type="neCell">
      <w:rPr>
        <w:color w:val="000000" w:themeColor="text1"/>
      </w:rPr>
    </w:tblStylePr>
    <w:tblStylePr w:type="nwCell">
      <w:rPr>
        <w:color w:val="000000" w:themeColor="text1"/>
      </w:rPr>
    </w:tblStylePr>
  </w:style>
  <w:style w:type="table" w:styleId="ColorfulShading-Accent2">
    <w:name w:val="Colorful Shading Accent 2"/>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C0504D" w:themeColor="accent2"/>
        <w:left w:val="single" w:sz="4" w:space="0" w:color="C0504D" w:themeColor="accent2"/>
        <w:bottom w:val="single" w:sz="4" w:space="0" w:color="C0504D" w:themeColor="accent2"/>
        <w:right w:val="single" w:sz="4" w:space="0" w:color="C0504D" w:themeColor="accent2"/>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8EDED" w:themeFill="accent2" w:themeFillTint="19"/>
    </w:tcPr>
    <w:tblStylePr w:type="firstRow">
      <w:rPr>
        <w:b/>
        <w:bCs/>
      </w:rPr>
      <w:tblPr/>
      <w:tcPr>
        <w:tcBorders>
          <w:top w:val="nil"/>
          <w:left w:val="nil"/>
          <w:bottom w:val="single" w:sz="24" w:space="0" w:color="C0504D" w:themeColor="accent2"/>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772C2A" w:themeFill="accent2" w:themeFillShade="99"/>
      </w:tcPr>
    </w:tblStylePr>
    <w:tblStylePr w:type="firstCol">
      <w:rPr>
        <w:color w:val="FFFFFF" w:themeColor="background1"/>
      </w:rPr>
      <w:tblPr/>
      <w:tcPr>
        <w:tcBorders>
          <w:top w:val="nil"/>
          <w:left w:val="nil"/>
          <w:bottom w:val="nil"/>
          <w:right w:val="nil"/>
          <w:insideH w:val="single" w:sz="4" w:space="0" w:color="772C2A" w:themeColor="accent2" w:themeShade="99"/>
          <w:insideV w:val="nil"/>
        </w:tcBorders>
        <w:shd w:val="clear" w:color="auto" w:fill="772C2A" w:themeFill="accent2" w:themeFillShade="99"/>
      </w:tcPr>
    </w:tblStylePr>
    <w:tblStylePr w:type="lastCol">
      <w:rPr>
        <w:color w:val="FFFFFF" w:themeColor="background1"/>
      </w:rPr>
      <w:tblPr/>
      <w:tcPr>
        <w:tcBorders>
          <w:top w:val="nil"/>
          <w:left w:val="nil"/>
          <w:bottom w:val="nil"/>
          <w:right w:val="nil"/>
          <w:insideH w:val="nil"/>
          <w:insideV w:val="nil"/>
        </w:tcBorders>
        <w:shd w:val="clear" w:color="auto" w:fill="772C2A" w:themeFill="accent2" w:themeFillShade="99"/>
      </w:tcPr>
    </w:tblStylePr>
    <w:tblStylePr w:type="band1Vert">
      <w:tblPr/>
      <w:tcPr>
        <w:shd w:val="clear" w:color="auto" w:fill="E5B8B7" w:themeFill="accent2" w:themeFillTint="66"/>
      </w:tcPr>
    </w:tblStylePr>
    <w:tblStylePr w:type="band1Horz">
      <w:tblPr/>
      <w:tcPr>
        <w:shd w:val="clear" w:color="auto" w:fill="DFA7A6" w:themeFill="accent2" w:themeFillTint="7F"/>
      </w:tcPr>
    </w:tblStylePr>
    <w:tblStylePr w:type="neCell">
      <w:rPr>
        <w:color w:val="000000" w:themeColor="text1"/>
      </w:rPr>
    </w:tblStylePr>
    <w:tblStylePr w:type="nwCell">
      <w:rPr>
        <w:color w:val="000000" w:themeColor="text1"/>
      </w:rPr>
    </w:tblStylePr>
  </w:style>
  <w:style w:type="table" w:styleId="ColorfulShading-Accent3">
    <w:name w:val="Colorful Shading Accent 3"/>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8064A2" w:themeColor="accent4"/>
        <w:left w:val="single" w:sz="4" w:space="0" w:color="9BBB59" w:themeColor="accent3"/>
        <w:bottom w:val="single" w:sz="4" w:space="0" w:color="9BBB59" w:themeColor="accent3"/>
        <w:right w:val="single" w:sz="4" w:space="0" w:color="9BBB59" w:themeColor="accent3"/>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5F8EE" w:themeFill="accent3" w:themeFillTint="19"/>
    </w:tcPr>
    <w:tblStylePr w:type="firstRow">
      <w:rPr>
        <w:b/>
        <w:bCs/>
      </w:rPr>
      <w:tblPr/>
      <w:tcPr>
        <w:tcBorders>
          <w:top w:val="nil"/>
          <w:left w:val="nil"/>
          <w:bottom w:val="single" w:sz="24" w:space="0" w:color="8064A2" w:themeColor="accent4"/>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5E7530" w:themeFill="accent3" w:themeFillShade="99"/>
      </w:tcPr>
    </w:tblStylePr>
    <w:tblStylePr w:type="firstCol">
      <w:rPr>
        <w:color w:val="FFFFFF" w:themeColor="background1"/>
      </w:rPr>
      <w:tblPr/>
      <w:tcPr>
        <w:tcBorders>
          <w:top w:val="nil"/>
          <w:left w:val="nil"/>
          <w:bottom w:val="nil"/>
          <w:right w:val="nil"/>
          <w:insideH w:val="single" w:sz="4" w:space="0" w:color="5E7530" w:themeColor="accent3" w:themeShade="99"/>
          <w:insideV w:val="nil"/>
        </w:tcBorders>
        <w:shd w:val="clear" w:color="auto" w:fill="5E7530" w:themeFill="accent3" w:themeFillShade="99"/>
      </w:tcPr>
    </w:tblStylePr>
    <w:tblStylePr w:type="lastCol">
      <w:rPr>
        <w:color w:val="FFFFFF" w:themeColor="background1"/>
      </w:rPr>
      <w:tblPr/>
      <w:tcPr>
        <w:tcBorders>
          <w:top w:val="nil"/>
          <w:left w:val="nil"/>
          <w:bottom w:val="nil"/>
          <w:right w:val="nil"/>
          <w:insideH w:val="nil"/>
          <w:insideV w:val="nil"/>
        </w:tcBorders>
        <w:shd w:val="clear" w:color="auto" w:fill="5E7530" w:themeFill="accent3" w:themeFillShade="99"/>
      </w:tcPr>
    </w:tblStylePr>
    <w:tblStylePr w:type="band1Vert">
      <w:tblPr/>
      <w:tcPr>
        <w:shd w:val="clear" w:color="auto" w:fill="D6E3BC" w:themeFill="accent3" w:themeFillTint="66"/>
      </w:tcPr>
    </w:tblStylePr>
    <w:tblStylePr w:type="band1Horz">
      <w:tblPr/>
      <w:tcPr>
        <w:shd w:val="clear" w:color="auto" w:fill="CDDDAC" w:themeFill="accent3" w:themeFillTint="7F"/>
      </w:tcPr>
    </w:tblStylePr>
  </w:style>
  <w:style w:type="table" w:styleId="ColorfulShading-Accent4">
    <w:name w:val="Colorful Shading Accent 4"/>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9BBB59" w:themeColor="accent3"/>
        <w:left w:val="single" w:sz="4" w:space="0" w:color="8064A2" w:themeColor="accent4"/>
        <w:bottom w:val="single" w:sz="4" w:space="0" w:color="8064A2" w:themeColor="accent4"/>
        <w:right w:val="single" w:sz="4" w:space="0" w:color="8064A2" w:themeColor="accent4"/>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2EFF6" w:themeFill="accent4" w:themeFillTint="19"/>
    </w:tcPr>
    <w:tblStylePr w:type="firstRow">
      <w:rPr>
        <w:b/>
        <w:bCs/>
      </w:rPr>
      <w:tblPr/>
      <w:tcPr>
        <w:tcBorders>
          <w:top w:val="nil"/>
          <w:left w:val="nil"/>
          <w:bottom w:val="single" w:sz="24" w:space="0" w:color="9BBB59" w:themeColor="accent3"/>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4C3B62" w:themeFill="accent4" w:themeFillShade="99"/>
      </w:tcPr>
    </w:tblStylePr>
    <w:tblStylePr w:type="firstCol">
      <w:rPr>
        <w:color w:val="FFFFFF" w:themeColor="background1"/>
      </w:rPr>
      <w:tblPr/>
      <w:tcPr>
        <w:tcBorders>
          <w:top w:val="nil"/>
          <w:left w:val="nil"/>
          <w:bottom w:val="nil"/>
          <w:right w:val="nil"/>
          <w:insideH w:val="single" w:sz="4" w:space="0" w:color="4C3B62" w:themeColor="accent4" w:themeShade="99"/>
          <w:insideV w:val="nil"/>
        </w:tcBorders>
        <w:shd w:val="clear" w:color="auto" w:fill="4C3B62" w:themeFill="accent4" w:themeFillShade="99"/>
      </w:tcPr>
    </w:tblStylePr>
    <w:tblStylePr w:type="lastCol">
      <w:rPr>
        <w:color w:val="FFFFFF" w:themeColor="background1"/>
      </w:rPr>
      <w:tblPr/>
      <w:tcPr>
        <w:tcBorders>
          <w:top w:val="nil"/>
          <w:left w:val="nil"/>
          <w:bottom w:val="nil"/>
          <w:right w:val="nil"/>
          <w:insideH w:val="nil"/>
          <w:insideV w:val="nil"/>
        </w:tcBorders>
        <w:shd w:val="clear" w:color="auto" w:fill="4C3B62" w:themeFill="accent4" w:themeFillShade="99"/>
      </w:tcPr>
    </w:tblStylePr>
    <w:tblStylePr w:type="band1Vert">
      <w:tblPr/>
      <w:tcPr>
        <w:shd w:val="clear" w:color="auto" w:fill="CCC0D9" w:themeFill="accent4" w:themeFillTint="66"/>
      </w:tcPr>
    </w:tblStylePr>
    <w:tblStylePr w:type="band1Horz">
      <w:tblPr/>
      <w:tcPr>
        <w:shd w:val="clear" w:color="auto" w:fill="BFB1D0" w:themeFill="accent4" w:themeFillTint="7F"/>
      </w:tcPr>
    </w:tblStylePr>
    <w:tblStylePr w:type="neCell">
      <w:rPr>
        <w:color w:val="000000" w:themeColor="text1"/>
      </w:rPr>
    </w:tblStylePr>
    <w:tblStylePr w:type="nwCell">
      <w:rPr>
        <w:color w:val="000000" w:themeColor="text1"/>
      </w:rPr>
    </w:tblStylePr>
  </w:style>
  <w:style w:type="table" w:styleId="ColorfulShading-Accent5">
    <w:name w:val="Colorful Shading Accent 5"/>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F79646" w:themeColor="accent6"/>
        <w:left w:val="single" w:sz="4" w:space="0" w:color="4BACC6" w:themeColor="accent5"/>
        <w:bottom w:val="single" w:sz="4" w:space="0" w:color="4BACC6" w:themeColor="accent5"/>
        <w:right w:val="single" w:sz="4" w:space="0" w:color="4BACC6" w:themeColor="accent5"/>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EDF6F9" w:themeFill="accent5" w:themeFillTint="19"/>
    </w:tcPr>
    <w:tblStylePr w:type="firstRow">
      <w:rPr>
        <w:b/>
        <w:bCs/>
      </w:rPr>
      <w:tblPr/>
      <w:tcPr>
        <w:tcBorders>
          <w:top w:val="nil"/>
          <w:left w:val="nil"/>
          <w:bottom w:val="single" w:sz="24" w:space="0" w:color="F79646" w:themeColor="accent6"/>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276A7C" w:themeFill="accent5" w:themeFillShade="99"/>
      </w:tcPr>
    </w:tblStylePr>
    <w:tblStylePr w:type="firstCol">
      <w:rPr>
        <w:color w:val="FFFFFF" w:themeColor="background1"/>
      </w:rPr>
      <w:tblPr/>
      <w:tcPr>
        <w:tcBorders>
          <w:top w:val="nil"/>
          <w:left w:val="nil"/>
          <w:bottom w:val="nil"/>
          <w:right w:val="nil"/>
          <w:insideH w:val="single" w:sz="4" w:space="0" w:color="276A7C" w:themeColor="accent5" w:themeShade="99"/>
          <w:insideV w:val="nil"/>
        </w:tcBorders>
        <w:shd w:val="clear" w:color="auto" w:fill="276A7C" w:themeFill="accent5" w:themeFillShade="99"/>
      </w:tcPr>
    </w:tblStylePr>
    <w:tblStylePr w:type="lastCol">
      <w:rPr>
        <w:color w:val="FFFFFF" w:themeColor="background1"/>
      </w:rPr>
      <w:tblPr/>
      <w:tcPr>
        <w:tcBorders>
          <w:top w:val="nil"/>
          <w:left w:val="nil"/>
          <w:bottom w:val="nil"/>
          <w:right w:val="nil"/>
          <w:insideH w:val="nil"/>
          <w:insideV w:val="nil"/>
        </w:tcBorders>
        <w:shd w:val="clear" w:color="auto" w:fill="276A7C" w:themeFill="accent5" w:themeFillShade="99"/>
      </w:tcPr>
    </w:tblStylePr>
    <w:tblStylePr w:type="band1Vert">
      <w:tblPr/>
      <w:tcPr>
        <w:shd w:val="clear" w:color="auto" w:fill="B6DDE8" w:themeFill="accent5" w:themeFillTint="66"/>
      </w:tcPr>
    </w:tblStylePr>
    <w:tblStylePr w:type="band1Horz">
      <w:tblPr/>
      <w:tcPr>
        <w:shd w:val="clear" w:color="auto" w:fill="A5D5E2" w:themeFill="accent5" w:themeFillTint="7F"/>
      </w:tcPr>
    </w:tblStylePr>
    <w:tblStylePr w:type="neCell">
      <w:rPr>
        <w:color w:val="000000" w:themeColor="text1"/>
      </w:rPr>
    </w:tblStylePr>
    <w:tblStylePr w:type="nwCell">
      <w:rPr>
        <w:color w:val="000000" w:themeColor="text1"/>
      </w:rPr>
    </w:tblStylePr>
  </w:style>
  <w:style w:type="table" w:styleId="ColorfulShading-Accent6">
    <w:name w:val="Colorful Shading Accent 6"/>
    <w:basedOn w:val="TableNormal"/>
    <w:uiPriority w:val="71"/>
    <w:rsid w:val="00CB0664"/>
    <w:pPr>
      <w:spacing w:after="0" w:line="240" w:lineRule="auto"/>
    </w:pPr>
    <w:rPr>
      <w:color w:val="000000" w:themeColor="text1"/>
    </w:rPr>
    <w:tblPr>
      <w:tblStyleRowBandSize w:val="1"/>
      <w:tblStyleColBandSize w:val="1"/>
      <w:tblInd w:w="0" w:type="dxa"/>
      <w:tblBorders>
        <w:top w:val="single" w:sz="24" w:space="0" w:color="4BACC6" w:themeColor="accent5"/>
        <w:left w:val="single" w:sz="4" w:space="0" w:color="F79646" w:themeColor="accent6"/>
        <w:bottom w:val="single" w:sz="4" w:space="0" w:color="F79646" w:themeColor="accent6"/>
        <w:right w:val="single" w:sz="4" w:space="0" w:color="F79646" w:themeColor="accent6"/>
        <w:insideH w:val="single" w:sz="4" w:space="0" w:color="FFFFFF" w:themeColor="background1"/>
        <w:insideV w:val="single" w:sz="4" w:space="0" w:color="FFFFFF" w:themeColor="background1"/>
      </w:tblBorders>
      <w:tblCellMar>
        <w:top w:w="0" w:type="dxa"/>
        <w:left w:w="108" w:type="dxa"/>
        <w:bottom w:w="0" w:type="dxa"/>
        <w:right w:w="108" w:type="dxa"/>
      </w:tblCellMar>
    </w:tblPr>
    <w:tcPr>
      <w:shd w:val="clear" w:color="auto" w:fill="FEF4EC" w:themeFill="accent6" w:themeFillTint="19"/>
    </w:tcPr>
    <w:tblStylePr w:type="firstRow">
      <w:rPr>
        <w:b/>
        <w:bCs/>
      </w:rPr>
      <w:tblPr/>
      <w:tcPr>
        <w:tcBorders>
          <w:top w:val="nil"/>
          <w:left w:val="nil"/>
          <w:bottom w:val="single" w:sz="24" w:space="0" w:color="4BACC6" w:themeColor="accent5"/>
          <w:right w:val="nil"/>
          <w:insideH w:val="nil"/>
          <w:insideV w:val="nil"/>
        </w:tcBorders>
        <w:shd w:val="clear" w:color="auto" w:fill="FFFFFF" w:themeFill="background1"/>
      </w:tcPr>
    </w:tblStylePr>
    <w:tblStylePr w:type="lastRow">
      <w:rPr>
        <w:b/>
        <w:bCs/>
        <w:color w:val="FFFFFF" w:themeColor="background1"/>
      </w:rPr>
      <w:tblPr/>
      <w:tcPr>
        <w:tcBorders>
          <w:top w:val="single" w:sz="6" w:space="0" w:color="FFFFFF" w:themeColor="background1"/>
        </w:tcBorders>
        <w:shd w:val="clear" w:color="auto" w:fill="B65608" w:themeFill="accent6" w:themeFillShade="99"/>
      </w:tcPr>
    </w:tblStylePr>
    <w:tblStylePr w:type="firstCol">
      <w:rPr>
        <w:color w:val="FFFFFF" w:themeColor="background1"/>
      </w:rPr>
      <w:tblPr/>
      <w:tcPr>
        <w:tcBorders>
          <w:top w:val="nil"/>
          <w:left w:val="nil"/>
          <w:bottom w:val="nil"/>
          <w:right w:val="nil"/>
          <w:insideH w:val="single" w:sz="4" w:space="0" w:color="B65608" w:themeColor="accent6" w:themeShade="99"/>
          <w:insideV w:val="nil"/>
        </w:tcBorders>
        <w:shd w:val="clear" w:color="auto" w:fill="B65608" w:themeFill="accent6" w:themeFillShade="99"/>
      </w:tcPr>
    </w:tblStylePr>
    <w:tblStylePr w:type="lastCol">
      <w:rPr>
        <w:color w:val="FFFFFF" w:themeColor="background1"/>
      </w:rPr>
      <w:tblPr/>
      <w:tcPr>
        <w:tcBorders>
          <w:top w:val="nil"/>
          <w:left w:val="nil"/>
          <w:bottom w:val="nil"/>
          <w:right w:val="nil"/>
          <w:insideH w:val="nil"/>
          <w:insideV w:val="nil"/>
        </w:tcBorders>
        <w:shd w:val="clear" w:color="auto" w:fill="B65608" w:themeFill="accent6" w:themeFillShade="99"/>
      </w:tcPr>
    </w:tblStylePr>
    <w:tblStylePr w:type="band1Vert">
      <w:tblPr/>
      <w:tcPr>
        <w:shd w:val="clear" w:color="auto" w:fill="FBD4B4" w:themeFill="accent6" w:themeFillTint="66"/>
      </w:tcPr>
    </w:tblStylePr>
    <w:tblStylePr w:type="band1Horz">
      <w:tblPr/>
      <w:tcPr>
        <w:shd w:val="clear" w:color="auto" w:fill="FBCAA2" w:themeFill="accent6" w:themeFillTint="7F"/>
      </w:tcPr>
    </w:tblStylePr>
    <w:tblStylePr w:type="neCell">
      <w:rPr>
        <w:color w:val="000000" w:themeColor="text1"/>
      </w:rPr>
    </w:tblStylePr>
    <w:tblStylePr w:type="nwCell">
      <w:rPr>
        <w:color w:val="000000" w:themeColor="text1"/>
      </w:rPr>
    </w:tblStylePr>
  </w:style>
  <w:style w:type="table" w:styleId="ColorfulList">
    <w:name w:val="Colorful List"/>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6E6E6" w:themeFill="tex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C0C0C0" w:themeFill="text1" w:themeFillTint="3F"/>
      </w:tcPr>
    </w:tblStylePr>
    <w:tblStylePr w:type="band1Horz">
      <w:tblPr/>
      <w:tcPr>
        <w:shd w:val="clear" w:color="auto" w:fill="CCCCCC" w:themeFill="text1" w:themeFillTint="33"/>
      </w:tcPr>
    </w:tblStylePr>
  </w:style>
  <w:style w:type="table" w:styleId="ColorfulList-Accent1">
    <w:name w:val="Colorful List Accent 1"/>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2F8" w:themeFill="accent1"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3DFEE" w:themeFill="accent1" w:themeFillTint="3F"/>
      </w:tcPr>
    </w:tblStylePr>
    <w:tblStylePr w:type="band1Horz">
      <w:tblPr/>
      <w:tcPr>
        <w:shd w:val="clear" w:color="auto" w:fill="DBE5F1" w:themeFill="accent1" w:themeFillTint="33"/>
      </w:tcPr>
    </w:tblStylePr>
  </w:style>
  <w:style w:type="table" w:styleId="ColorfulList-Accent2">
    <w:name w:val="Colorful List Accent 2"/>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8EDED" w:themeFill="accent2" w:themeFillTint="19"/>
    </w:tcPr>
    <w:tblStylePr w:type="firstRow">
      <w:rPr>
        <w:b/>
        <w:bCs/>
        <w:color w:val="FFFFFF" w:themeColor="background1"/>
      </w:rPr>
      <w:tblPr/>
      <w:tcPr>
        <w:tcBorders>
          <w:bottom w:val="single" w:sz="12" w:space="0" w:color="FFFFFF" w:themeColor="background1"/>
        </w:tcBorders>
        <w:shd w:val="clear" w:color="auto" w:fill="9E3A38" w:themeFill="accent2" w:themeFillShade="CC"/>
      </w:tcPr>
    </w:tblStylePr>
    <w:tblStylePr w:type="lastRow">
      <w:rPr>
        <w:b/>
        <w:bCs/>
        <w:color w:val="9E3A38" w:themeColor="accent2"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FD3D2" w:themeFill="accent2" w:themeFillTint="3F"/>
      </w:tcPr>
    </w:tblStylePr>
    <w:tblStylePr w:type="band1Horz">
      <w:tblPr/>
      <w:tcPr>
        <w:shd w:val="clear" w:color="auto" w:fill="F2DBDB" w:themeFill="accent2" w:themeFillTint="33"/>
      </w:tcPr>
    </w:tblStylePr>
  </w:style>
  <w:style w:type="table" w:styleId="ColorfulList-Accent3">
    <w:name w:val="Colorful List Accent 3"/>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5F8EE" w:themeFill="accent3" w:themeFillTint="19"/>
    </w:tcPr>
    <w:tblStylePr w:type="firstRow">
      <w:rPr>
        <w:b/>
        <w:bCs/>
        <w:color w:val="FFFFFF" w:themeColor="background1"/>
      </w:rPr>
      <w:tblPr/>
      <w:tcPr>
        <w:tcBorders>
          <w:bottom w:val="single" w:sz="12" w:space="0" w:color="FFFFFF" w:themeColor="background1"/>
        </w:tcBorders>
        <w:shd w:val="clear" w:color="auto" w:fill="664E82" w:themeFill="accent4" w:themeFillShade="CC"/>
      </w:tcPr>
    </w:tblStylePr>
    <w:tblStylePr w:type="lastRow">
      <w:rPr>
        <w:b/>
        <w:bCs/>
        <w:color w:val="664E82" w:themeColor="accent4"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E6EED5" w:themeFill="accent3" w:themeFillTint="3F"/>
      </w:tcPr>
    </w:tblStylePr>
    <w:tblStylePr w:type="band1Horz">
      <w:tblPr/>
      <w:tcPr>
        <w:shd w:val="clear" w:color="auto" w:fill="EAF1DD" w:themeFill="accent3" w:themeFillTint="33"/>
      </w:tcPr>
    </w:tblStylePr>
  </w:style>
  <w:style w:type="table" w:styleId="ColorfulList-Accent4">
    <w:name w:val="Colorful List Accent 4"/>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2EFF6" w:themeFill="accent4" w:themeFillTint="19"/>
    </w:tcPr>
    <w:tblStylePr w:type="firstRow">
      <w:rPr>
        <w:b/>
        <w:bCs/>
        <w:color w:val="FFFFFF" w:themeColor="background1"/>
      </w:rPr>
      <w:tblPr/>
      <w:tcPr>
        <w:tcBorders>
          <w:bottom w:val="single" w:sz="12" w:space="0" w:color="FFFFFF" w:themeColor="background1"/>
        </w:tcBorders>
        <w:shd w:val="clear" w:color="auto" w:fill="7E9C40" w:themeFill="accent3" w:themeFillShade="CC"/>
      </w:tcPr>
    </w:tblStylePr>
    <w:tblStylePr w:type="lastRow">
      <w:rPr>
        <w:b/>
        <w:bCs/>
        <w:color w:val="7E9C40" w:themeColor="accent3"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FD8E8" w:themeFill="accent4" w:themeFillTint="3F"/>
      </w:tcPr>
    </w:tblStylePr>
    <w:tblStylePr w:type="band1Horz">
      <w:tblPr/>
      <w:tcPr>
        <w:shd w:val="clear" w:color="auto" w:fill="E5DFEC" w:themeFill="accent4" w:themeFillTint="33"/>
      </w:tcPr>
    </w:tblStylePr>
  </w:style>
  <w:style w:type="table" w:styleId="ColorfulList-Accent5">
    <w:name w:val="Colorful List Accent 5"/>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EDF6F9" w:themeFill="accent5" w:themeFillTint="19"/>
    </w:tcPr>
    <w:tblStylePr w:type="firstRow">
      <w:rPr>
        <w:b/>
        <w:bCs/>
        <w:color w:val="FFFFFF" w:themeColor="background1"/>
      </w:rPr>
      <w:tblPr/>
      <w:tcPr>
        <w:tcBorders>
          <w:bottom w:val="single" w:sz="12" w:space="0" w:color="FFFFFF" w:themeColor="background1"/>
        </w:tcBorders>
        <w:shd w:val="clear" w:color="auto" w:fill="F2730A" w:themeFill="accent6" w:themeFillShade="CC"/>
      </w:tcPr>
    </w:tblStylePr>
    <w:tblStylePr w:type="lastRow">
      <w:rPr>
        <w:b/>
        <w:bCs/>
        <w:color w:val="F2730A" w:themeColor="accent6"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D2EAF1" w:themeFill="accent5" w:themeFillTint="3F"/>
      </w:tcPr>
    </w:tblStylePr>
    <w:tblStylePr w:type="band1Horz">
      <w:tblPr/>
      <w:tcPr>
        <w:shd w:val="clear" w:color="auto" w:fill="DAEEF3" w:themeFill="accent5" w:themeFillTint="33"/>
      </w:tcPr>
    </w:tblStylePr>
  </w:style>
  <w:style w:type="table" w:styleId="ColorfulList-Accent6">
    <w:name w:val="Colorful List Accent 6"/>
    <w:basedOn w:val="TableNormal"/>
    <w:uiPriority w:val="72"/>
    <w:rsid w:val="00CB0664"/>
    <w:pPr>
      <w:spacing w:after="0" w:line="240" w:lineRule="auto"/>
    </w:pPr>
    <w:rPr>
      <w:color w:val="000000" w:themeColor="text1"/>
    </w:rPr>
    <w:tblPr>
      <w:tblStyleRowBandSize w:val="1"/>
      <w:tblStyleColBandSize w:val="1"/>
      <w:tblInd w:w="0" w:type="dxa"/>
      <w:tblCellMar>
        <w:top w:w="0" w:type="dxa"/>
        <w:left w:w="108" w:type="dxa"/>
        <w:bottom w:w="0" w:type="dxa"/>
        <w:right w:w="108" w:type="dxa"/>
      </w:tblCellMar>
    </w:tblPr>
    <w:tcPr>
      <w:shd w:val="clear" w:color="auto" w:fill="FEF4EC" w:themeFill="accent6" w:themeFillTint="19"/>
    </w:tcPr>
    <w:tblStylePr w:type="firstRow">
      <w:rPr>
        <w:b/>
        <w:bCs/>
        <w:color w:val="FFFFFF" w:themeColor="background1"/>
      </w:rPr>
      <w:tblPr/>
      <w:tcPr>
        <w:tcBorders>
          <w:bottom w:val="single" w:sz="12" w:space="0" w:color="FFFFFF" w:themeColor="background1"/>
        </w:tcBorders>
        <w:shd w:val="clear" w:color="auto" w:fill="348DA5" w:themeFill="accent5" w:themeFillShade="CC"/>
      </w:tcPr>
    </w:tblStylePr>
    <w:tblStylePr w:type="lastRow">
      <w:rPr>
        <w:b/>
        <w:bCs/>
        <w:color w:val="348DA5" w:themeColor="accent5" w:themeShade="CC"/>
      </w:rPr>
      <w:tblPr/>
      <w:tcPr>
        <w:tcBorders>
          <w:top w:val="single" w:sz="12" w:space="0" w:color="000000" w:themeColor="text1"/>
        </w:tcBorders>
        <w:shd w:val="clear" w:color="auto" w:fill="FFFFFF" w:themeFill="background1"/>
      </w:tcPr>
    </w:tblStylePr>
    <w:tblStylePr w:type="firstCol">
      <w:rPr>
        <w:b/>
        <w:bCs/>
      </w:rPr>
    </w:tblStylePr>
    <w:tblStylePr w:type="lastCol">
      <w:rPr>
        <w:b/>
        <w:bCs/>
      </w:rPr>
    </w:tblStylePr>
    <w:tblStylePr w:type="band1Vert">
      <w:tblPr/>
      <w:tcPr>
        <w:tcBorders>
          <w:top w:val="nil"/>
          <w:left w:val="nil"/>
          <w:bottom w:val="nil"/>
          <w:right w:val="nil"/>
          <w:insideH w:val="nil"/>
          <w:insideV w:val="nil"/>
        </w:tcBorders>
        <w:shd w:val="clear" w:color="auto" w:fill="FDE4D0" w:themeFill="accent6" w:themeFillTint="3F"/>
      </w:tcPr>
    </w:tblStylePr>
    <w:tblStylePr w:type="band1Horz">
      <w:tblPr/>
      <w:tcPr>
        <w:shd w:val="clear" w:color="auto" w:fill="FDE9D9" w:themeFill="accent6" w:themeFillTint="33"/>
      </w:tcPr>
    </w:tblStylePr>
  </w:style>
  <w:style w:type="table" w:styleId="ColorfulGrid">
    <w:name w:val="Colorful Grid"/>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CCCCCC" w:themeFill="text1" w:themeFillTint="33"/>
    </w:tcPr>
    <w:tblStylePr w:type="firstRow">
      <w:rPr>
        <w:b/>
        <w:bCs/>
      </w:rPr>
      <w:tblPr/>
      <w:tcPr>
        <w:shd w:val="clear" w:color="auto" w:fill="999999" w:themeFill="text1" w:themeFillTint="66"/>
      </w:tcPr>
    </w:tblStylePr>
    <w:tblStylePr w:type="lastRow">
      <w:rPr>
        <w:b/>
        <w:bCs/>
        <w:color w:val="000000" w:themeColor="text1"/>
      </w:rPr>
      <w:tblPr/>
      <w:tcPr>
        <w:shd w:val="clear" w:color="auto" w:fill="999999" w:themeFill="text1" w:themeFillTint="66"/>
      </w:tcPr>
    </w:tblStylePr>
    <w:tblStylePr w:type="firstCol">
      <w:rPr>
        <w:color w:val="FFFFFF" w:themeColor="background1"/>
      </w:rPr>
      <w:tblPr/>
      <w:tcPr>
        <w:shd w:val="clear" w:color="auto" w:fill="000000" w:themeFill="text1" w:themeFillShade="BF"/>
      </w:tcPr>
    </w:tblStylePr>
    <w:tblStylePr w:type="lastCol">
      <w:rPr>
        <w:color w:val="FFFFFF" w:themeColor="background1"/>
      </w:rPr>
      <w:tblPr/>
      <w:tcPr>
        <w:shd w:val="clear" w:color="auto" w:fill="000000" w:themeFill="text1" w:themeFillShade="BF"/>
      </w:tcPr>
    </w:tblStylePr>
    <w:tblStylePr w:type="band1Vert">
      <w:tblPr/>
      <w:tcPr>
        <w:shd w:val="clear" w:color="auto" w:fill="808080" w:themeFill="text1" w:themeFillTint="7F"/>
      </w:tcPr>
    </w:tblStylePr>
    <w:tblStylePr w:type="band1Horz">
      <w:tblPr/>
      <w:tcPr>
        <w:shd w:val="clear" w:color="auto" w:fill="808080" w:themeFill="text1" w:themeFillTint="7F"/>
      </w:tcPr>
    </w:tblStylePr>
  </w:style>
  <w:style w:type="table" w:styleId="ColorfulGrid-Accent1">
    <w:name w:val="Colorful Grid Accent 1"/>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BE5F1" w:themeFill="accent1" w:themeFillTint="33"/>
    </w:tcPr>
    <w:tblStylePr w:type="firstRow">
      <w:rPr>
        <w:b/>
        <w:bCs/>
      </w:rPr>
      <w:tblPr/>
      <w:tcPr>
        <w:shd w:val="clear" w:color="auto" w:fill="B8CCE4" w:themeFill="accent1" w:themeFillTint="66"/>
      </w:tcPr>
    </w:tblStylePr>
    <w:tblStylePr w:type="lastRow">
      <w:rPr>
        <w:b/>
        <w:bCs/>
        <w:color w:val="000000" w:themeColor="text1"/>
      </w:rPr>
      <w:tblPr/>
      <w:tcPr>
        <w:shd w:val="clear" w:color="auto" w:fill="B8CCE4" w:themeFill="accent1" w:themeFillTint="66"/>
      </w:tcPr>
    </w:tblStylePr>
    <w:tblStylePr w:type="firstCol">
      <w:rPr>
        <w:color w:val="FFFFFF" w:themeColor="background1"/>
      </w:rPr>
      <w:tblPr/>
      <w:tcPr>
        <w:shd w:val="clear" w:color="auto" w:fill="365F91" w:themeFill="accent1" w:themeFillShade="BF"/>
      </w:tcPr>
    </w:tblStylePr>
    <w:tblStylePr w:type="lastCol">
      <w:rPr>
        <w:color w:val="FFFFFF" w:themeColor="background1"/>
      </w:rPr>
      <w:tblPr/>
      <w:tcPr>
        <w:shd w:val="clear" w:color="auto" w:fill="365F91" w:themeFill="accent1" w:themeFillShade="BF"/>
      </w:tcPr>
    </w:tblStylePr>
    <w:tblStylePr w:type="band1Vert">
      <w:tblPr/>
      <w:tcPr>
        <w:shd w:val="clear" w:color="auto" w:fill="A7BFDE" w:themeFill="accent1" w:themeFillTint="7F"/>
      </w:tcPr>
    </w:tblStylePr>
    <w:tblStylePr w:type="band1Horz">
      <w:tblPr/>
      <w:tcPr>
        <w:shd w:val="clear" w:color="auto" w:fill="A7BFDE" w:themeFill="accent1" w:themeFillTint="7F"/>
      </w:tcPr>
    </w:tblStylePr>
  </w:style>
  <w:style w:type="table" w:styleId="ColorfulGrid-Accent2">
    <w:name w:val="Colorful Grid Accent 2"/>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2DBDB" w:themeFill="accent2" w:themeFillTint="33"/>
    </w:tcPr>
    <w:tblStylePr w:type="firstRow">
      <w:rPr>
        <w:b/>
        <w:bCs/>
      </w:rPr>
      <w:tblPr/>
      <w:tcPr>
        <w:shd w:val="clear" w:color="auto" w:fill="E5B8B7" w:themeFill="accent2" w:themeFillTint="66"/>
      </w:tcPr>
    </w:tblStylePr>
    <w:tblStylePr w:type="lastRow">
      <w:rPr>
        <w:b/>
        <w:bCs/>
        <w:color w:val="000000" w:themeColor="text1"/>
      </w:rPr>
      <w:tblPr/>
      <w:tcPr>
        <w:shd w:val="clear" w:color="auto" w:fill="E5B8B7" w:themeFill="accent2" w:themeFillTint="66"/>
      </w:tcPr>
    </w:tblStylePr>
    <w:tblStylePr w:type="firstCol">
      <w:rPr>
        <w:color w:val="FFFFFF" w:themeColor="background1"/>
      </w:rPr>
      <w:tblPr/>
      <w:tcPr>
        <w:shd w:val="clear" w:color="auto" w:fill="943634" w:themeFill="accent2" w:themeFillShade="BF"/>
      </w:tcPr>
    </w:tblStylePr>
    <w:tblStylePr w:type="lastCol">
      <w:rPr>
        <w:color w:val="FFFFFF" w:themeColor="background1"/>
      </w:rPr>
      <w:tblPr/>
      <w:tcPr>
        <w:shd w:val="clear" w:color="auto" w:fill="943634" w:themeFill="accent2" w:themeFillShade="BF"/>
      </w:tcPr>
    </w:tblStylePr>
    <w:tblStylePr w:type="band1Vert">
      <w:tblPr/>
      <w:tcPr>
        <w:shd w:val="clear" w:color="auto" w:fill="DFA7A6" w:themeFill="accent2" w:themeFillTint="7F"/>
      </w:tcPr>
    </w:tblStylePr>
    <w:tblStylePr w:type="band1Horz">
      <w:tblPr/>
      <w:tcPr>
        <w:shd w:val="clear" w:color="auto" w:fill="DFA7A6" w:themeFill="accent2" w:themeFillTint="7F"/>
      </w:tcPr>
    </w:tblStylePr>
  </w:style>
  <w:style w:type="table" w:styleId="ColorfulGrid-Accent3">
    <w:name w:val="Colorful Grid Accent 3"/>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AF1DD" w:themeFill="accent3" w:themeFillTint="33"/>
    </w:tcPr>
    <w:tblStylePr w:type="firstRow">
      <w:rPr>
        <w:b/>
        <w:bCs/>
      </w:rPr>
      <w:tblPr/>
      <w:tcPr>
        <w:shd w:val="clear" w:color="auto" w:fill="D6E3BC" w:themeFill="accent3" w:themeFillTint="66"/>
      </w:tcPr>
    </w:tblStylePr>
    <w:tblStylePr w:type="lastRow">
      <w:rPr>
        <w:b/>
        <w:bCs/>
        <w:color w:val="000000" w:themeColor="text1"/>
      </w:rPr>
      <w:tblPr/>
      <w:tcPr>
        <w:shd w:val="clear" w:color="auto" w:fill="D6E3BC" w:themeFill="accent3" w:themeFillTint="66"/>
      </w:tcPr>
    </w:tblStylePr>
    <w:tblStylePr w:type="firstCol">
      <w:rPr>
        <w:color w:val="FFFFFF" w:themeColor="background1"/>
      </w:rPr>
      <w:tblPr/>
      <w:tcPr>
        <w:shd w:val="clear" w:color="auto" w:fill="76923C" w:themeFill="accent3" w:themeFillShade="BF"/>
      </w:tcPr>
    </w:tblStylePr>
    <w:tblStylePr w:type="lastCol">
      <w:rPr>
        <w:color w:val="FFFFFF" w:themeColor="background1"/>
      </w:rPr>
      <w:tblPr/>
      <w:tcPr>
        <w:shd w:val="clear" w:color="auto" w:fill="76923C" w:themeFill="accent3" w:themeFillShade="BF"/>
      </w:tcPr>
    </w:tblStylePr>
    <w:tblStylePr w:type="band1Vert">
      <w:tblPr/>
      <w:tcPr>
        <w:shd w:val="clear" w:color="auto" w:fill="CDDDAC" w:themeFill="accent3" w:themeFillTint="7F"/>
      </w:tcPr>
    </w:tblStylePr>
    <w:tblStylePr w:type="band1Horz">
      <w:tblPr/>
      <w:tcPr>
        <w:shd w:val="clear" w:color="auto" w:fill="CDDDAC" w:themeFill="accent3" w:themeFillTint="7F"/>
      </w:tcPr>
    </w:tblStylePr>
  </w:style>
  <w:style w:type="table" w:styleId="ColorfulGrid-Accent4">
    <w:name w:val="Colorful Grid Accent 4"/>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E5DFEC" w:themeFill="accent4" w:themeFillTint="33"/>
    </w:tcPr>
    <w:tblStylePr w:type="firstRow">
      <w:rPr>
        <w:b/>
        <w:bCs/>
      </w:rPr>
      <w:tblPr/>
      <w:tcPr>
        <w:shd w:val="clear" w:color="auto" w:fill="CCC0D9" w:themeFill="accent4" w:themeFillTint="66"/>
      </w:tcPr>
    </w:tblStylePr>
    <w:tblStylePr w:type="lastRow">
      <w:rPr>
        <w:b/>
        <w:bCs/>
        <w:color w:val="000000" w:themeColor="text1"/>
      </w:rPr>
      <w:tblPr/>
      <w:tcPr>
        <w:shd w:val="clear" w:color="auto" w:fill="CCC0D9" w:themeFill="accent4" w:themeFillTint="66"/>
      </w:tcPr>
    </w:tblStylePr>
    <w:tblStylePr w:type="firstCol">
      <w:rPr>
        <w:color w:val="FFFFFF" w:themeColor="background1"/>
      </w:rPr>
      <w:tblPr/>
      <w:tcPr>
        <w:shd w:val="clear" w:color="auto" w:fill="5F497A" w:themeFill="accent4" w:themeFillShade="BF"/>
      </w:tcPr>
    </w:tblStylePr>
    <w:tblStylePr w:type="lastCol">
      <w:rPr>
        <w:color w:val="FFFFFF" w:themeColor="background1"/>
      </w:rPr>
      <w:tblPr/>
      <w:tcPr>
        <w:shd w:val="clear" w:color="auto" w:fill="5F497A" w:themeFill="accent4" w:themeFillShade="BF"/>
      </w:tcPr>
    </w:tblStylePr>
    <w:tblStylePr w:type="band1Vert">
      <w:tblPr/>
      <w:tcPr>
        <w:shd w:val="clear" w:color="auto" w:fill="BFB1D0" w:themeFill="accent4" w:themeFillTint="7F"/>
      </w:tcPr>
    </w:tblStylePr>
    <w:tblStylePr w:type="band1Horz">
      <w:tblPr/>
      <w:tcPr>
        <w:shd w:val="clear" w:color="auto" w:fill="BFB1D0" w:themeFill="accent4" w:themeFillTint="7F"/>
      </w:tcPr>
    </w:tblStylePr>
  </w:style>
  <w:style w:type="table" w:styleId="ColorfulGrid-Accent5">
    <w:name w:val="Colorful Grid Accent 5"/>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DAEEF3" w:themeFill="accent5" w:themeFillTint="33"/>
    </w:tcPr>
    <w:tblStylePr w:type="firstRow">
      <w:rPr>
        <w:b/>
        <w:bCs/>
      </w:rPr>
      <w:tblPr/>
      <w:tcPr>
        <w:shd w:val="clear" w:color="auto" w:fill="B6DDE8" w:themeFill="accent5" w:themeFillTint="66"/>
      </w:tcPr>
    </w:tblStylePr>
    <w:tblStylePr w:type="lastRow">
      <w:rPr>
        <w:b/>
        <w:bCs/>
        <w:color w:val="000000" w:themeColor="text1"/>
      </w:rPr>
      <w:tblPr/>
      <w:tcPr>
        <w:shd w:val="clear" w:color="auto" w:fill="B6DDE8" w:themeFill="accent5" w:themeFillTint="66"/>
      </w:tcPr>
    </w:tblStylePr>
    <w:tblStylePr w:type="firstCol">
      <w:rPr>
        <w:color w:val="FFFFFF" w:themeColor="background1"/>
      </w:rPr>
      <w:tblPr/>
      <w:tcPr>
        <w:shd w:val="clear" w:color="auto" w:fill="31849B" w:themeFill="accent5" w:themeFillShade="BF"/>
      </w:tcPr>
    </w:tblStylePr>
    <w:tblStylePr w:type="lastCol">
      <w:rPr>
        <w:color w:val="FFFFFF" w:themeColor="background1"/>
      </w:rPr>
      <w:tblPr/>
      <w:tcPr>
        <w:shd w:val="clear" w:color="auto" w:fill="31849B" w:themeFill="accent5" w:themeFillShade="BF"/>
      </w:tcPr>
    </w:tblStylePr>
    <w:tblStylePr w:type="band1Vert">
      <w:tblPr/>
      <w:tcPr>
        <w:shd w:val="clear" w:color="auto" w:fill="A5D5E2" w:themeFill="accent5" w:themeFillTint="7F"/>
      </w:tcPr>
    </w:tblStylePr>
    <w:tblStylePr w:type="band1Horz">
      <w:tblPr/>
      <w:tcPr>
        <w:shd w:val="clear" w:color="auto" w:fill="A5D5E2" w:themeFill="accent5" w:themeFillTint="7F"/>
      </w:tcPr>
    </w:tblStylePr>
  </w:style>
  <w:style w:type="table" w:styleId="ColorfulGrid-Accent6">
    <w:name w:val="Colorful Grid Accent 6"/>
    <w:basedOn w:val="TableNormal"/>
    <w:uiPriority w:val="73"/>
    <w:rsid w:val="00CB0664"/>
    <w:pPr>
      <w:spacing w:after="0" w:line="240" w:lineRule="auto"/>
    </w:pPr>
    <w:rPr>
      <w:color w:val="000000" w:themeColor="text1"/>
    </w:rPr>
    <w:tblPr>
      <w:tblStyleRowBandSize w:val="1"/>
      <w:tblStyleColBandSize w:val="1"/>
      <w:tblInd w:w="0" w:type="dxa"/>
      <w:tblBorders>
        <w:insideH w:val="single" w:sz="4" w:space="0" w:color="FFFFFF" w:themeColor="background1"/>
      </w:tblBorders>
      <w:tblCellMar>
        <w:top w:w="0" w:type="dxa"/>
        <w:left w:w="108" w:type="dxa"/>
        <w:bottom w:w="0" w:type="dxa"/>
        <w:right w:w="108" w:type="dxa"/>
      </w:tblCellMar>
    </w:tblPr>
    <w:tcPr>
      <w:shd w:val="clear" w:color="auto" w:fill="FDE9D9" w:themeFill="accent6" w:themeFillTint="33"/>
    </w:tcPr>
    <w:tblStylePr w:type="firstRow">
      <w:rPr>
        <w:b/>
        <w:bCs/>
      </w:rPr>
      <w:tblPr/>
      <w:tcPr>
        <w:shd w:val="clear" w:color="auto" w:fill="FBD4B4" w:themeFill="accent6" w:themeFillTint="66"/>
      </w:tcPr>
    </w:tblStylePr>
    <w:tblStylePr w:type="lastRow">
      <w:rPr>
        <w:b/>
        <w:bCs/>
        <w:color w:val="000000" w:themeColor="text1"/>
      </w:rPr>
      <w:tblPr/>
      <w:tcPr>
        <w:shd w:val="clear" w:color="auto" w:fill="FBD4B4" w:themeFill="accent6" w:themeFillTint="66"/>
      </w:tcPr>
    </w:tblStylePr>
    <w:tblStylePr w:type="firstCol">
      <w:rPr>
        <w:color w:val="FFFFFF" w:themeColor="background1"/>
      </w:rPr>
      <w:tblPr/>
      <w:tcPr>
        <w:shd w:val="clear" w:color="auto" w:fill="E36C0A" w:themeFill="accent6" w:themeFillShade="BF"/>
      </w:tcPr>
    </w:tblStylePr>
    <w:tblStylePr w:type="lastCol">
      <w:rPr>
        <w:color w:val="FFFFFF" w:themeColor="background1"/>
      </w:rPr>
      <w:tblPr/>
      <w:tcPr>
        <w:shd w:val="clear" w:color="auto" w:fill="E36C0A" w:themeFill="accent6" w:themeFillShade="BF"/>
      </w:tcPr>
    </w:tblStylePr>
    <w:tblStylePr w:type="band1Vert">
      <w:tblPr/>
      <w:tcPr>
        <w:shd w:val="clear" w:color="auto" w:fill="FBCAA2" w:themeFill="accent6" w:themeFillTint="7F"/>
      </w:tcPr>
    </w:tblStylePr>
    <w:tblStylePr w:type="band1Horz">
      <w:tblPr/>
      <w:tcPr>
        <w:shd w:val="clear" w:color="auto" w:fill="FBCAA2" w:themeFill="accent6" w:themeFillTint="7F"/>
      </w:tcPr>
    </w:tblStyle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allowPNG/>
  <w:doNotSaveAsSingleFile/>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4" Type="http://schemas.microsoft.com/office/2007/relationships/stylesWithEffects" Target="stylesWithEffects.xml"/><Relationship Id="rId5" Type="http://schemas.openxmlformats.org/officeDocument/2006/relationships/settings" Target="settings.xml"/><Relationship Id="rId6" Type="http://schemas.openxmlformats.org/officeDocument/2006/relationships/webSettings" Target="webSettings.xml"/><Relationship Id="rId7" Type="http://schemas.openxmlformats.org/officeDocument/2006/relationships/fontTable" Target="fontTable.xml"/><Relationship Id="rId8" Type="http://schemas.openxmlformats.org/officeDocument/2006/relationships/theme" Target="theme/theme1.xml"/><Relationship Id="rId1" Type="http://schemas.openxmlformats.org/officeDocument/2006/relationships/customXml" Target="../customXml/item1.xml"/><Relationship Id="rId2" Type="http://schemas.openxmlformats.org/officeDocument/2006/relationships/numbering" Target="numbering.xml"/><Relationship Id="rId9" Type="http://schemas.openxmlformats.org/officeDocument/2006/relationships/image" Target="media/image1.jpg"/><Relationship Id="rId10" Type="http://schemas.openxmlformats.org/officeDocument/2006/relationships/hyperlink" Target="https://www.noahwire.com" TargetMode="External"/><Relationship Id="rId11" Type="http://schemas.openxmlformats.org/officeDocument/2006/relationships/hyperlink" Target="https://www.covelent.com/articles/the-ethical-dilemmas-of-data-science-balancing-privacy-with-innovation" TargetMode="External"/><Relationship Id="rId12" Type="http://schemas.openxmlformats.org/officeDocument/2006/relationships/hyperlink" Target="https://online.maryville.edu/online-masters-degrees/data-science/careers/data-science-ethics-issues-and-strategies/" TargetMode="External"/><Relationship Id="rId13" Type="http://schemas.openxmlformats.org/officeDocument/2006/relationships/hyperlink" Target="https://paiu.ae/what-are-the-ethical-challenges-in-data-science-and-ai-what-you-need-to-know/" TargetMode="External"/><Relationship Id="rId14" Type="http://schemas.openxmlformats.org/officeDocument/2006/relationships/hyperlink" Target="https://www.eugdpr.org/" TargetMode="External"/><Relationship Id="rId15" Type="http://schemas.openxmlformats.org/officeDocument/2006/relationships/hyperlink" Target="https://www.hhs.gov/hipaa/index.html" TargetMode="External"/><Relationship Id="rId16" Type="http://schemas.openxmlformats.org/officeDocument/2006/relationships/hyperlink" Target="https://oag.ca.gov/privacy/ccpa" TargetMode="External"/><Relationship Id="rId17" Type="http://schemas.openxmlformats.org/officeDocument/2006/relationships/hyperlink" Target="https://www.opendatainstitute.org/" TargetMode="External"/><Relationship Id="rId18" Type="http://schemas.openxmlformats.org/officeDocument/2006/relationships/hyperlink" Target="https://www.partnershiponai.org/" TargetMode="External"/><Relationship Id="rId19" Type="http://schemas.openxmlformats.org/officeDocument/2006/relationships/hyperlink" Target="https://www.nist.gov/privacy-framework" TargetMode="External"/><Relationship Id="rId20" Type="http://schemas.openxmlformats.org/officeDocument/2006/relationships/hyperlink" Target="https://www.worldbank.org/en/topic/digital-development/brief/data-ethics" TargetMode="External"/><Relationship Id="rId21" Type="http://schemas.openxmlformats.org/officeDocument/2006/relationships/hyperlink" Target="https://techbullion.com/ethics-in-data-science-balancing-innovation-and-privacy/"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F278816-EC6F-A645-907D-7F25AECB1D4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0</Words>
  <Characters>0</Characters>
  <Application>Microsoft Macintosh Word</Application>
  <DocSecurity>0</DocSecurity>
  <Lines>0</Lines>
  <Paragraphs>0</Paragraphs>
  <ScaleCrop>false</ScaleCrop>
  <HeadingPairs>
    <vt:vector size="2" baseType="variant">
      <vt:variant>
        <vt:lpstr>Title</vt:lpstr>
      </vt:variant>
      <vt:variant>
        <vt:i4>1</vt:i4>
      </vt:variant>
    </vt:vector>
  </HeadingPairs>
  <TitlesOfParts>
    <vt:vector size="1" baseType="lpstr">
      <vt:lpstr/>
    </vt:vector>
  </TitlesOfParts>
  <Manager/>
  <Company/>
  <LinksUpToDate>false</LinksUpToDate>
  <CharactersWithSpaces>0</CharactersWithSpaces>
  <SharedDoc>false</SharedDoc>
  <HyperlinkBase/>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python-docx</dc:creator>
  <cp:keywords/>
  <dc:description>generated by python-docx</dc:description>
  <cp:lastModifiedBy/>
  <cp:revision>1</cp:revision>
  <dcterms:created xsi:type="dcterms:W3CDTF">2013-12-23T23:15:00Z</dcterms:created>
  <dcterms:modified xsi:type="dcterms:W3CDTF">2013-12-23T23:15:00Z</dcterms:modified>
  <cp:category/>
</cp:coreProperties>
</file>