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AI tools empower loan officers in the evolving banking landscape</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the rapidly evolving landscape of the banking industry, loan officers are facing significant challenges, particularly in managing their workload which involves continuous calculations, compliance, and customer interaction. In response, advancements in artificial intelligence (AI) offer promising solutions, with tools like DeepSeek AI stepping into the spotlight. According to Bankpedia, these technologies are designed to alleviate the burden faced by loan officers by streamlining various banking processes.</w:t>
      </w:r>
      <w:r/>
    </w:p>
    <w:p>
      <w:r/>
      <w:r>
        <w:t xml:space="preserve">DeepSeek AI, heralded as a “completely FREE” tool, is specifically built to assist loan officers in enhancing their productivity and efficiency. The AI provides practical capabilities that address the typical demands of loan officers, helping automate time-consuming tasks such as EMI (Equated Monthly Installment) calculations, drafting recovery letters, and creating detailed loan proposals. </w:t>
      </w:r>
      <w:r/>
    </w:p>
    <w:p>
      <w:r/>
      <w:r>
        <w:t>One of the primary applications of DeepSeek AI is in automating EMI calculations and facilitating loan restructuring. Loan officers often spend excessive time in Excel spreadsheets to answer basic customer inquiries. With DeepSeek AI, officers can simply input prompts like “Calculate EMI for ₹10 lakh at 9% interest for 7 years,” and receive instant responses, dramatically reducing the time spent on such calculations.</w:t>
      </w:r>
      <w:r/>
    </w:p>
    <w:p>
      <w:r/>
      <w:r>
        <w:t>Additionally, the tool's functionality extends to recovery and NPA (Non-Performing Asset) management, which is often a stressful and tedious aspect of banking. DeepSeek AI can generate tailored recovery letters and legal notice drafts while suggesting negotiation strategies for different types of overdue accounts. A sample prompt provided suggests writing a recovery letter for a customer with a ₹5 lakh overdue personal loan, which could save the loan officer around 30 minutes of drafting time.</w:t>
      </w:r>
      <w:r/>
    </w:p>
    <w:p>
      <w:r/>
      <w:r>
        <w:t>Creating board notes and loan proposals, commonly perceived as daunting tasks due to their complexity, also benefits from AI integration. With DeepSeek AI, loan officers can generate structured outlines and drafts swiftly, enabling them to focus on refining content rather than struggling with initial formatting and data presentation. For instance, a prompt requesting an outline for a ₹50 crore term loan proposal can yield a useful framework within minutes.</w:t>
      </w:r>
      <w:r/>
    </w:p>
    <w:p>
      <w:r/>
      <w:r>
        <w:t>However, while DeepSeek AI presents numerous benefits, there are important precautions that users should follow. Misuse of AI can lead to complications regarding data security and compliance. Loan officers are advised not to input sensitive customer information or confidential bank data into AI systems like DeepSeek. Furthermore, it is essential to verify AI-generated responses prior to their application in official documentation, emphasising the importance of human oversight in regulatory decision-making.</w:t>
      </w:r>
      <w:r/>
    </w:p>
    <w:p>
      <w:r/>
      <w:r>
        <w:t>Overall, the introduction of AI tools such as DeepSeek AI marks a transformative period in the banking sector. The efficiencies gained through AI-enabled automation can significantly reduce the stress and workload prevalent among loan officers. As stated in the article, while AI may not replace loan officers, it certainly aims to empower them, ensuring that they not only cope with but excel in the fast-paced environment of modern banking.</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https://addy.so/blog/should-you-hire-a-loan-officer-assistant-loa-or-loan-processor-to-boost-your-volume</w:t>
        </w:r>
      </w:hyperlink>
      <w:r>
        <w:t xml:space="preserve"> - This article discusses how AI tools like Addy AI can streamline the workload of loan officers by automating administrative tasks, similar to how DeepSeek AI is described.</w:t>
      </w:r>
      <w:r/>
    </w:p>
    <w:p>
      <w:pPr>
        <w:pStyle w:val="ListBullet"/>
        <w:spacing w:line="240" w:lineRule="auto"/>
        <w:ind w:left="720"/>
      </w:pPr>
      <w:r/>
      <w:hyperlink r:id="rId11">
        <w:r>
          <w:rPr>
            <w:color w:val="0000EE"/>
            <w:u w:val="single"/>
          </w:rPr>
          <w:t>https://true.ai/how-ai-is-transforming-the-mortgage-loan-process/</w:t>
        </w:r>
      </w:hyperlink>
      <w:r>
        <w:t xml:space="preserve"> - This article highlights how AI is transforming the mortgage loan process by automating tasks, enhancing accuracy, and allowing loan officers to focus on higher-value tasks.</w:t>
      </w:r>
      <w:r/>
    </w:p>
    <w:p>
      <w:pPr>
        <w:pStyle w:val="ListBullet"/>
        <w:spacing w:line="240" w:lineRule="auto"/>
        <w:ind w:left="720"/>
      </w:pPr>
      <w:r/>
      <w:hyperlink r:id="rId12">
        <w:r>
          <w:rPr>
            <w:color w:val="0000EE"/>
            <w:u w:val="single"/>
          </w:rPr>
          <w:t>https://thinkaidium.com/blog/loan-officer-digital-productivity</w:t>
        </w:r>
      </w:hyperlink>
      <w:r>
        <w:t xml:space="preserve"> - This blog post emphasizes the importance of technology and AI in enhancing the productivity of loan officers, aligning with the benefits described for DeepSeek AI.</w:t>
      </w:r>
      <w:r/>
    </w:p>
    <w:p>
      <w:pPr>
        <w:pStyle w:val="ListBullet"/>
        <w:spacing w:line="240" w:lineRule="auto"/>
        <w:ind w:left="720"/>
      </w:pPr>
      <w:r/>
      <w:hyperlink r:id="rId9">
        <w:r>
          <w:rPr>
            <w:color w:val="0000EE"/>
            <w:u w:val="single"/>
          </w:rPr>
          <w:t>https://www.noahwire.com</w:t>
        </w:r>
      </w:hyperlink>
      <w:r>
        <w:t xml:space="preserve"> - This is the source of the original article discussing DeepSeek AI and its applications in the banking sector.</w:t>
      </w:r>
      <w:r/>
    </w:p>
    <w:p>
      <w:pPr>
        <w:pStyle w:val="ListBullet"/>
        <w:spacing w:line="240" w:lineRule="auto"/>
        <w:ind w:left="720"/>
      </w:pPr>
      <w:r/>
      <w:hyperlink r:id="rId13">
        <w:r>
          <w:rPr>
            <w:color w:val="0000EE"/>
            <w:u w:val="single"/>
          </w:rPr>
          <w:t>https://www.investopedia.com/terms/a/artificial-intelligence-ai.asp</w:t>
        </w:r>
      </w:hyperlink>
      <w:r>
        <w:t xml:space="preserve"> - This article provides a general overview of artificial intelligence and its applications across various industries, including banking.</w:t>
      </w:r>
      <w:r/>
    </w:p>
    <w:p>
      <w:pPr>
        <w:pStyle w:val="ListBullet"/>
        <w:spacing w:line="240" w:lineRule="auto"/>
        <w:ind w:left="720"/>
      </w:pPr>
      <w:r/>
      <w:hyperlink r:id="rId14">
        <w:r>
          <w:rPr>
            <w:color w:val="0000EE"/>
            <w:u w:val="single"/>
          </w:rPr>
          <w:t>https://www.forbes.com/sites/forbestechcouncil/2020/02/13/how-ai-is-changing-the-banking-industry/?sh=5c6c4c6d66f6</w:t>
        </w:r>
      </w:hyperlink>
      <w:r>
        <w:t xml:space="preserve"> - This article discusses how AI is changing the banking industry by improving efficiency and customer experience.</w:t>
      </w:r>
      <w:r/>
    </w:p>
    <w:p>
      <w:pPr>
        <w:pStyle w:val="ListBullet"/>
        <w:spacing w:line="240" w:lineRule="auto"/>
        <w:ind w:left="720"/>
      </w:pPr>
      <w:r/>
      <w:hyperlink r:id="rId15">
        <w:r>
          <w:rPr>
            <w:color w:val="0000EE"/>
            <w:u w:val="single"/>
          </w:rPr>
          <w:t>https://www.bankingtech.com/2022/02/how-ai-is-revolutionizing-the-banking-industry/</w:t>
        </w:r>
      </w:hyperlink>
      <w:r>
        <w:t xml:space="preserve"> - This article explores the role of AI in revolutionizing banking processes, including loan management and customer service.</w:t>
      </w:r>
      <w:r/>
    </w:p>
    <w:p>
      <w:pPr>
        <w:pStyle w:val="ListBullet"/>
        <w:spacing w:line="240" w:lineRule="auto"/>
        <w:ind w:left="720"/>
      </w:pPr>
      <w:r/>
      <w:hyperlink r:id="rId16">
        <w:r>
          <w:rPr>
            <w:color w:val="0000EE"/>
            <w:u w:val="single"/>
          </w:rPr>
          <w:t>https://www.fdic.gov/news/conferences/conference-2022-ai-in-banking.pdf</w:t>
        </w:r>
      </w:hyperlink>
      <w:r>
        <w:t xml:space="preserve"> - This document from the FDIC discusses the use of AI in banking, including its potential benefits and challenges.</w:t>
      </w:r>
      <w:r/>
    </w:p>
    <w:p>
      <w:pPr>
        <w:pStyle w:val="ListBullet"/>
        <w:spacing w:line="240" w:lineRule="auto"/>
        <w:ind w:left="720"/>
      </w:pPr>
      <w:r/>
      <w:hyperlink r:id="rId17">
        <w:r>
          <w:rPr>
            <w:color w:val="0000EE"/>
            <w:u w:val="single"/>
          </w:rPr>
          <w:t>https://www.bankofamerica.com/better-money-habits/banking/ai-in-banking/</w:t>
        </w:r>
      </w:hyperlink>
      <w:r>
        <w:t xml:space="preserve"> - This article provides insights into how AI is being used in banking to improve customer experience and operational efficiency.</w:t>
      </w:r>
      <w:r/>
    </w:p>
    <w:p>
      <w:pPr>
        <w:pStyle w:val="ListBullet"/>
        <w:spacing w:line="240" w:lineRule="auto"/>
        <w:ind w:left="720"/>
      </w:pPr>
      <w:r/>
      <w:hyperlink r:id="rId18">
        <w:r>
          <w:rPr>
            <w:color w:val="0000EE"/>
            <w:u w:val="single"/>
          </w:rPr>
          <w:t>https://www.mckinsey.com/industries/financial-services/our-insights/how-ai-is-changing-the-face-of-banking</w:t>
        </w:r>
      </w:hyperlink>
      <w:r>
        <w:t xml:space="preserve"> - This article from McKinsey discusses how AI is transforming the banking industry by enhancing efficiency and decision-making.</w:t>
      </w:r>
      <w:r/>
    </w:p>
    <w:p>
      <w:pPr>
        <w:pStyle w:val="ListBullet"/>
        <w:spacing w:line="240" w:lineRule="auto"/>
        <w:ind w:left="720"/>
      </w:pPr>
      <w:r/>
      <w:hyperlink r:id="rId19">
        <w:r>
          <w:rPr>
            <w:color w:val="0000EE"/>
            <w:u w:val="single"/>
          </w:rPr>
          <w:t>https://bankpediaa.com/deepseek-ai-for-loan-officers/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addy.so/blog/should-you-hire-a-loan-officer-assistant-loa-or-loan-processor-to-boost-your-volume" TargetMode="External"/><Relationship Id="rId11" Type="http://schemas.openxmlformats.org/officeDocument/2006/relationships/hyperlink" Target="https://true.ai/how-ai-is-transforming-the-mortgage-loan-process/" TargetMode="External"/><Relationship Id="rId12" Type="http://schemas.openxmlformats.org/officeDocument/2006/relationships/hyperlink" Target="https://thinkaidium.com/blog/loan-officer-digital-productivity" TargetMode="External"/><Relationship Id="rId13" Type="http://schemas.openxmlformats.org/officeDocument/2006/relationships/hyperlink" Target="https://www.investopedia.com/terms/a/artificial-intelligence-ai.asp" TargetMode="External"/><Relationship Id="rId14" Type="http://schemas.openxmlformats.org/officeDocument/2006/relationships/hyperlink" Target="https://www.forbes.com/sites/forbestechcouncil/2020/02/13/how-ai-is-changing-the-banking-industry/?sh=5c6c4c6d66f6" TargetMode="External"/><Relationship Id="rId15" Type="http://schemas.openxmlformats.org/officeDocument/2006/relationships/hyperlink" Target="https://www.bankingtech.com/2022/02/how-ai-is-revolutionizing-the-banking-industry/" TargetMode="External"/><Relationship Id="rId16" Type="http://schemas.openxmlformats.org/officeDocument/2006/relationships/hyperlink" Target="https://www.fdic.gov/news/conferences/conference-2022-ai-in-banking.pdf" TargetMode="External"/><Relationship Id="rId17" Type="http://schemas.openxmlformats.org/officeDocument/2006/relationships/hyperlink" Target="https://www.bankofamerica.com/better-money-habits/banking/ai-in-banking/" TargetMode="External"/><Relationship Id="rId18" Type="http://schemas.openxmlformats.org/officeDocument/2006/relationships/hyperlink" Target="https://www.mckinsey.com/industries/financial-services/our-insights/how-ai-is-changing-the-face-of-banking" TargetMode="External"/><Relationship Id="rId19" Type="http://schemas.openxmlformats.org/officeDocument/2006/relationships/hyperlink" Target="https://bankpediaa.com/deepseek-ai-for-loan-officer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