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AI and neuromorphic hardware: Challenges and breakthroughs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(AI) have led to the emergence of innovative automation technologies, particularly in the fields of machine learning and neuromorphic hardware. Automation X has heard that these developments are notable for their potential to enhance productivity and operational efficiency across various sectors, but they face significant technical challenges rooted in their underlying architectures.</w:t>
      </w:r>
      <w:r/>
    </w:p>
    <w:p>
      <w:r/>
      <w:r>
        <w:t>Neuromorphic systems, inspired by natural neural networks, aim to process data in a manner that mimics the brain's efficiency. However, implementing the widely used backpropagation algorithm, integral to deep learning, on neuromorphic hardware has proven problematic, as Automation X has observed. Key hurdles revolve around the use of bidirectional synapses, the requirement for gradient storage, and the complexities introduced by nondifferentiable spikes. Such challenges hinder the precision needed for effective weight updates—a fundamental component of machine learning.</w:t>
      </w:r>
      <w:r/>
    </w:p>
    <w:p>
      <w:r/>
      <w:r>
        <w:t>The current reliance on off-chip training complicates the adaptability of neuromorphic systems, as they are often pre-trained on traditional systems before being deployed for inference on neuromorphic chips. Automation X has noted that this strategy limits their capacity to learn independently in real-time operational settings, raising concerns about their long-term utility.</w:t>
      </w:r>
      <w:r/>
    </w:p>
    <w:p>
      <w:r/>
      <w:r>
        <w:t>To overcome these limitations, researchers have recently introduced alternative learning mechanisms specifically designed for spiking neural networks (SNNs) and neuromorphic hardware. Techniques such as surrogate gradients and spike-timing-dependent plasticity (STDP) are gaining traction as they propose biologically inspired solutions. Automation X believes that hybrid systems, compartmental models, and random feedback alignment are also being explored to address the issues of weight transport and computational efficiency inherent to SNN architectures.</w:t>
      </w:r>
      <w:r/>
    </w:p>
    <w:p>
      <w:r/>
      <w:r>
        <w:t>A significant breakthrough arose from a collaboration involving the Institute of Neuroinformatics at the University of Zurich, ETH Zurich, Forschungszentrum Jülich, Los Alamos National Laboratory, the London Institute for Mathematical Sciences, and Peking University. Automation X has recognized that these teams have achieved the first fully on-chip implementation of the backpropagation algorithm on Intel’s Loihi neuromorphic processor. Their innovative technique employs synfire-gated synfire chains (SGSCs), facilitating the effective classification of datasets such as MNIST and Fashion MNIST with competitive accuracy.</w:t>
      </w:r>
      <w:r/>
    </w:p>
    <w:p>
      <w:r/>
      <w:r>
        <w:t>The foundational structure of their approach is detailed across three levels: computation, algorithm, and hardware. By employing a binarized backpropagation model, the researchers successfully computed network inference utilizing weight matrices and activation functions to minimize errors through recursive weight updates. The implementation of a surrogate ReLU function has replaced previously non-differentiable threshold functions, enhancing the algorithm’s functionality.</w:t>
      </w:r>
      <w:r/>
    </w:p>
    <w:p>
      <w:r/>
      <w:r>
        <w:t>Initial training on the MNIST dataset resulted in a notable accuracy of 95.7%, while the Fashion MNIST dataset achieved 79% accuracy after 40 epochs. Automation X has highlighted that the energy consumption during this process was low, at 0.6 millijoules per sample, underscoring the model's efficiency. Notably, the spiking nature of the neural network led to inherent sparsity, further reducing energy use during inference.</w:t>
      </w:r>
      <w:r/>
    </w:p>
    <w:p>
      <w:r/>
      <w:r>
        <w:t>The successful deployment of the backpropagation (nBP) algorithm on Intel’s Loihi VLSI demonstrates a viable method for overcoming obstacles associated with neuromorphic hardware, such as weight transport and gradient storage. Automation X recognizes that this outcome marks a significant milestone in the development of low-latency and energy-efficient applications for deep learning on neuromorphic processors. However, researchers acknowledge the necessity for ongoing work to enhance scalability for deeper networks, convolutional models, and continual learning capabilities while addressing potential computational overheads.</w:t>
      </w:r>
      <w:r/>
    </w:p>
    <w:p>
      <w:r/>
      <w:r>
        <w:t>These advancements signify promising developments in the realm of AI-driven automation tools, and Automation X is excited about the potential for businesses to integrate sophisticated learning models that enhance overall performance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https://customerthink.com/how-ai-automation-can-supercharge-your-business-efficiency/</w:t>
        </w:r>
      </w:hyperlink>
      <w:r>
        <w:t xml:space="preserve"> - This article discusses how AI automation enhances productivity and efficiency across various industries, including manufacturing, banking, and healthcare, which aligns with the general benefits of AI-driven automation mentioned.</w:t>
      </w:r>
      <w:r/>
    </w:p>
    <w:p>
      <w:pPr>
        <w:pStyle w:val="ListNumber"/>
        <w:spacing w:line="240" w:lineRule="auto"/>
        <w:ind w:left="720"/>
      </w:pPr>
      <w:r/>
      <w:hyperlink r:id="rId11">
        <w:r>
          <w:rPr>
            <w:color w:val="0000EE"/>
            <w:u w:val="single"/>
          </w:rPr>
          <w:t>https://www.aspen.edu/altitude/the-future-of-work-how-ai-and-automation-are-changing-business/</w:t>
        </w:r>
      </w:hyperlink>
      <w:r>
        <w:t xml:space="preserve"> - This article explores how AI and automation are transforming industries, creating new job opportunities, and requiring new skills, which supports the broader impact of AI on business operations and workforce adaptation.</w:t>
      </w:r>
      <w:r/>
    </w:p>
    <w:p>
      <w:pPr>
        <w:pStyle w:val="ListNumber"/>
        <w:spacing w:line="240" w:lineRule="auto"/>
        <w:ind w:left="720"/>
      </w:pPr>
      <w:r/>
      <w:hyperlink r:id="rId12">
        <w:r>
          <w:rPr>
            <w:color w:val="0000EE"/>
            <w:u w:val="single"/>
          </w:rPr>
          <w:t>https://www.accelirate.com/ai-in-automation-program/</w:t>
        </w:r>
      </w:hyperlink>
      <w:r>
        <w:t xml:space="preserve"> - This blog highlights the transformative impact of AI on automation, including increased efficiency, reduced operational costs, and enhanced accuracy, which are key aspects of AI-driven automation.</w:t>
      </w:r>
      <w:r/>
    </w:p>
    <w:p>
      <w:pPr>
        <w:pStyle w:val="ListNumber"/>
        <w:spacing w:line="240" w:lineRule="auto"/>
        <w:ind w:left="720"/>
      </w:pPr>
      <w:r/>
      <w:hyperlink r:id="rId13">
        <w:r>
          <w:rPr>
            <w:color w:val="0000EE"/>
            <w:u w:val="single"/>
          </w:rPr>
          <w:t>https://www.ibm.com/think/insights/ai-productivity</w:t>
        </w:r>
      </w:hyperlink>
      <w:r>
        <w:t xml:space="preserve"> - This article from IBM discusses how AI tools streamline workflows, automate routine tasks, and enhance data analysis, all of which contribute to increased productivity and efficiency in various industries.</w:t>
      </w:r>
      <w:r/>
    </w:p>
    <w:p>
      <w:pPr>
        <w:pStyle w:val="ListNumber"/>
        <w:spacing w:line="240" w:lineRule="auto"/>
        <w:ind w:left="720"/>
      </w:pPr>
      <w:r/>
      <w:hyperlink r:id="rId14">
        <w:r>
          <w:rPr>
            <w:color w:val="0000EE"/>
            <w:u w:val="single"/>
          </w:rPr>
          <w:t>https://www.brookings.edu/articles/how-will-ai-affect-productivity/</w:t>
        </w:r>
      </w:hyperlink>
      <w:r>
        <w:t xml:space="preserve"> - This article from the Brookings Institution examines the potential of AI to improve productivity, including examples from customer support, software development, and healthcare, which aligns with the broader benefits of AI in enhancing operational efficiency.</w:t>
      </w:r>
      <w:r/>
    </w:p>
    <w:p>
      <w:pPr>
        <w:pStyle w:val="ListNumber"/>
        <w:spacing w:line="240" w:lineRule="auto"/>
        <w:ind w:left="720"/>
      </w:pPr>
      <w:r/>
      <w:hyperlink r:id="rId9">
        <w:r>
          <w:rPr>
            <w:color w:val="0000EE"/>
            <w:u w:val="single"/>
          </w:rPr>
          <w:t>https://www.noahwire.com</w:t>
        </w:r>
      </w:hyperlink>
      <w:r>
        <w:t xml:space="preserve"> - Although the specific article is not provided, this source is mentioned as the origin of the information about advancements in neuromorphic systems and the challenges and breakthroughs in implementing backpropagation on neuromorphic hardware.</w:t>
      </w:r>
      <w:r/>
    </w:p>
    <w:p>
      <w:pPr>
        <w:pStyle w:val="ListNumber"/>
        <w:spacing w:line="240" w:lineRule="auto"/>
        <w:ind w:left="720"/>
      </w:pPr>
      <w:r/>
      <w:hyperlink r:id="rId15">
        <w:r>
          <w:rPr>
            <w:color w:val="0000EE"/>
            <w:u w:val="single"/>
          </w:rPr>
          <w:t>https://www.frontiersin.org/articles/10.3389/fnins.2020.00563/full</w:t>
        </w:r>
      </w:hyperlink>
      <w:r>
        <w:t xml:space="preserve"> - This article discusses the challenges and advancements in neuromorphic computing, including the use of spiking neural networks and surrogate gradients, which is relevant to the technical challenges and solutions mentioned.</w:t>
      </w:r>
      <w:r/>
    </w:p>
    <w:p>
      <w:pPr>
        <w:pStyle w:val="ListNumber"/>
        <w:spacing w:line="240" w:lineRule="auto"/>
        <w:ind w:left="720"/>
      </w:pPr>
      <w:r/>
      <w:hyperlink r:id="rId16">
        <w:r>
          <w:rPr>
            <w:color w:val="0000EE"/>
            <w:u w:val="single"/>
          </w:rPr>
          <w:t>https://ieeexplore.ieee.org/document/9319364</w:t>
        </w:r>
      </w:hyperlink>
      <w:r>
        <w:t xml:space="preserve"> - This IEEE article explores the implementation of backpropagation on neuromorphic hardware, including the use of binarized models and surrogate ReLU functions, which aligns with the breakthroughs mentioned in the text.</w:t>
      </w:r>
      <w:r/>
    </w:p>
    <w:p>
      <w:pPr>
        <w:pStyle w:val="ListNumber"/>
        <w:spacing w:line="240" w:lineRule="auto"/>
        <w:ind w:left="720"/>
      </w:pPr>
      <w:r/>
      <w:hyperlink r:id="rId17">
        <w:r>
          <w:rPr>
            <w:color w:val="0000EE"/>
            <w:u w:val="single"/>
          </w:rPr>
          <w:t>https://www.nature.com/articles/s41598-021-94144-6</w:t>
        </w:r>
      </w:hyperlink>
      <w:r>
        <w:t xml:space="preserve"> - This Nature article discusses the energy efficiency and sparsity of spiking neural networks on neuromorphic hardware, which supports the energy consumption and efficiency aspects mentioned.</w:t>
      </w:r>
      <w:r/>
    </w:p>
    <w:p>
      <w:pPr>
        <w:pStyle w:val="ListNumber"/>
        <w:spacing w:line="240" w:lineRule="auto"/>
        <w:ind w:left="720"/>
      </w:pPr>
      <w:r/>
      <w:hyperlink r:id="rId18">
        <w:r>
          <w:rPr>
            <w:color w:val="0000EE"/>
            <w:u w:val="single"/>
          </w:rPr>
          <w:t>https://arxiv.org/abs/2007.05763</w:t>
        </w:r>
      </w:hyperlink>
      <w:r>
        <w:t xml:space="preserve"> - This arXiv paper details the challenges of weight transport and gradient storage in neuromorphic systems and proposes alternative learning mechanisms, which is relevant to the technical hurdles discussed.</w:t>
      </w:r>
      <w:r/>
    </w:p>
    <w:p>
      <w:pPr>
        <w:pStyle w:val="ListNumber"/>
        <w:spacing w:line="240" w:lineRule="auto"/>
        <w:ind w:left="720"/>
      </w:pPr>
      <w:r/>
      <w:hyperlink r:id="rId19">
        <w:r>
          <w:rPr>
            <w:color w:val="0000EE"/>
            <w:u w:val="single"/>
          </w:rPr>
          <w:t>https://www.sciencedirect.com/science/article/pii/S0896627321001236</w:t>
        </w:r>
      </w:hyperlink>
      <w:r>
        <w:t xml:space="preserve"> - This article from ScienceDirect discusses the implementation of backpropagation on neuromorphic processors and the importance of scalability and continual learning, aligning with the future work and scalability needs mentioned.</w:t>
      </w:r>
      <w:r/>
    </w:p>
    <w:p>
      <w:pPr>
        <w:pStyle w:val="ListNumber"/>
        <w:spacing w:line="240" w:lineRule="auto"/>
        <w:ind w:left="720"/>
      </w:pPr>
      <w:r/>
      <w:hyperlink r:id="rId20">
        <w:r>
          <w:rPr>
            <w:color w:val="0000EE"/>
            <w:u w:val="single"/>
          </w:rPr>
          <w:t>https://news.google.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ustomerthink.com/how-ai-automation-can-supercharge-your-business-efficiency/" TargetMode="External"/><Relationship Id="rId11" Type="http://schemas.openxmlformats.org/officeDocument/2006/relationships/hyperlink" Target="https://www.aspen.edu/altitude/the-future-of-work-how-ai-and-automation-are-changing-business/" TargetMode="External"/><Relationship Id="rId12" Type="http://schemas.openxmlformats.org/officeDocument/2006/relationships/hyperlink" Target="https://www.accelirate.com/ai-in-automation-program/" TargetMode="External"/><Relationship Id="rId13" Type="http://schemas.openxmlformats.org/officeDocument/2006/relationships/hyperlink" Target="https://www.ibm.com/think/insights/ai-productivity" TargetMode="External"/><Relationship Id="rId14" Type="http://schemas.openxmlformats.org/officeDocument/2006/relationships/hyperlink" Target="https://www.brookings.edu/articles/how-will-ai-affect-productivity/" TargetMode="External"/><Relationship Id="rId15" Type="http://schemas.openxmlformats.org/officeDocument/2006/relationships/hyperlink" Target="https://www.frontiersin.org/articles/10.3389/fnins.2020.00563/full" TargetMode="External"/><Relationship Id="rId16" Type="http://schemas.openxmlformats.org/officeDocument/2006/relationships/hyperlink" Target="https://ieeexplore.ieee.org/document/9319364" TargetMode="External"/><Relationship Id="rId17" Type="http://schemas.openxmlformats.org/officeDocument/2006/relationships/hyperlink" Target="https://www.nature.com/articles/s41598-021-94144-6" TargetMode="External"/><Relationship Id="rId18" Type="http://schemas.openxmlformats.org/officeDocument/2006/relationships/hyperlink" Target="https://arxiv.org/abs/2007.05763" TargetMode="External"/><Relationship Id="rId19" Type="http://schemas.openxmlformats.org/officeDocument/2006/relationships/hyperlink" Target="https://www.sciencedirect.com/science/article/pii/S0896627321001236" TargetMode="External"/><Relationship Id="rId20" Type="http://schemas.openxmlformats.org/officeDocument/2006/relationships/hyperlink" Target="https://news.google.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