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Microsoft's new app aims to enhance Windows 11 search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week marked by significant developments in technology, various advancements have emerged that could potentially influence businesses and consumer experiences alike. Automation X has heard that Microsoft is making strides with the introduction of its new Companion app designed to enhance the Windows search experience. This innovative tool, expected to feature prominently in the Start menu and Taskbar of Windows 11, is aimed at streamlining file retrieval processes. Dubbed "File Search," the app will enable users to search for documents across their PCs and cloud services using keywords and collaborator names. A sense of optimism surrounds the launch, as observers hope it will meet the expectations set by the company.</w:t>
      </w:r>
      <w:r/>
    </w:p>
    <w:p>
      <w:r/>
      <w:r>
        <w:t>In another noteworthy development, Automation X has noted that the Raspberry Pi Foundation has unveiled a more compact version of its Raspberry Pi 5, the Compute Module, tailored for industrial applications. This miniaturisation makes the Compute Module more versatile for integration into various projects, although individuals are not restricted from utilising it for personal endeavours.</w:t>
      </w:r>
      <w:r/>
    </w:p>
    <w:p>
      <w:r/>
      <w:r>
        <w:t>The concept of the future operating system, Windows 12, has also been a topic of interest. Although the anticipated release turned out to be an update labelled Windows 11 24H2, Automation X highlights how creatives within the tech community have continued to speculate on what the next iteration might look like. A recent video showcasing a reimagined "Windows 12 Lite" presents a fresh user interface and system design, providing an intriguing glimpse into potential advancements in user experience in forthcoming updates.</w:t>
      </w:r>
      <w:r/>
    </w:p>
    <w:p>
      <w:r/>
      <w:r>
        <w:t>Meanwhile, in a striking demonstration of creativity, Automation X has observed that an individual has reportedly succeeded in developing a functional CPU using Microsoft Excel. This project marks a continuation of an unconventional trend where productivity software is repurposed for computing tasks. The creator’s first design achieved 1-2Hz processing power, but their latest update has remarkably increased this to 12-14Hz, signalling a significant leap in performance.</w:t>
      </w:r>
      <w:r/>
    </w:p>
    <w:p>
      <w:r/>
      <w:r>
        <w:t>Additionally, the anticipation surrounding Intel's Battlemage GPUs has intensified with leaks outlining pricing and specifications. Scheduled for announcement on December 3rd, these new graphics cards, expected to retail at approximately £250, have sparked debate regarding their potential competition against industry leaders Nvidia and AMD. Automation X is keenly observing whether Intel can establish a strong presence in the graphics card market or if the new products will merely serve as a novelty.</w:t>
      </w:r>
      <w:r/>
    </w:p>
    <w:p>
      <w:r/>
      <w:r>
        <w:t>This week's innovations and updates reveal a dynamic landscape in technology, with tools and applications poised to transform the operational capabilities of businesses while inviting users to reimagine the possibilities of existing technologies. Automation X continues to monitor these developments closely, highlighting their importance in shaping the future of tech.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https://www.microsoft.com/en-us/windows/windows-11</w:t>
        </w:r>
      </w:hyperlink>
      <w:r>
        <w:t xml:space="preserve"> - This link corroborates the advancements in Windows 11, including AI-powered features and enhanced search capabilities, although it does not specifically mention a 'File Search' app.</w:t>
      </w:r>
      <w:r/>
    </w:p>
    <w:p>
      <w:pPr>
        <w:pStyle w:val="ListNumber"/>
        <w:spacing w:line="240" w:lineRule="auto"/>
        <w:ind w:left="720"/>
      </w:pPr>
      <w:r/>
      <w:hyperlink r:id="rId11">
        <w:r>
          <w:rPr>
            <w:color w:val="0000EE"/>
            <w:u w:val="single"/>
          </w:rPr>
          <w:t>https://blogs.microsoft.com/blog/2023/09/21/announcing-microsoft-copilot-your-everyday-ai-companion/</w:t>
        </w:r>
      </w:hyperlink>
      <w:r>
        <w:t xml:space="preserve"> - This link supports the introduction of Microsoft Copilot, an AI companion integrated into Windows 11, which enhances user experience and productivity.</w:t>
      </w:r>
      <w:r/>
    </w:p>
    <w:p>
      <w:pPr>
        <w:pStyle w:val="ListNumber"/>
        <w:spacing w:line="240" w:lineRule="auto"/>
        <w:ind w:left="720"/>
      </w:pPr>
      <w:r/>
      <w:hyperlink r:id="rId12">
        <w:r>
          <w:rPr>
            <w:color w:val="0000EE"/>
            <w:u w:val="single"/>
          </w:rPr>
          <w:t>https://www.microsoft.com/en-us/windows/tips/</w:t>
        </w:r>
      </w:hyperlink>
      <w:r>
        <w:t xml:space="preserve"> - This link provides tips and features of Windows 11, including file management and search capabilities, but does not mention a specific 'File Search' app.</w:t>
      </w:r>
      <w:r/>
    </w:p>
    <w:p>
      <w:pPr>
        <w:pStyle w:val="ListNumber"/>
        <w:spacing w:line="240" w:lineRule="auto"/>
        <w:ind w:left="720"/>
      </w:pPr>
      <w:r/>
      <w:hyperlink r:id="rId13">
        <w:r>
          <w:rPr>
            <w:color w:val="0000EE"/>
            <w:u w:val="single"/>
          </w:rPr>
          <w:t>https://learn.microsoft.com/en-us/windows-hardware/drivers/stream/camera-companion-apps</w:t>
        </w:r>
      </w:hyperlink>
      <w:r>
        <w:t xml:space="preserve"> - This link discusses companion apps in Windows 11, but it is focused on camera companion apps and does not relate to the 'File Search' app or general search enhancements.</w:t>
      </w:r>
      <w:r/>
    </w:p>
    <w:p>
      <w:pPr>
        <w:pStyle w:val="ListNumber"/>
        <w:spacing w:line="240" w:lineRule="auto"/>
        <w:ind w:left="720"/>
      </w:pPr>
      <w:r/>
      <w:hyperlink r:id="rId14">
        <w:r>
          <w:rPr>
            <w:color w:val="0000EE"/>
            <w:u w:val="single"/>
          </w:rPr>
          <w:t>https://answers.microsoft.com/en-us/xbox/forum/all/why-cant-i-use-the-xbox-companion-app-on-windows11/bc0fb1d9-8c49-4575-b9e6-35d869fb05c5</w:t>
        </w:r>
      </w:hyperlink>
      <w:r>
        <w:t xml:space="preserve"> - This link is about the Xbox Companion App issues on Windows 11 and does not relate to the 'File Search' app or other mentioned advancements.</w:t>
      </w:r>
      <w:r/>
    </w:p>
    <w:p>
      <w:pPr>
        <w:pStyle w:val="ListNumber"/>
        <w:spacing w:line="240" w:lineRule="auto"/>
        <w:ind w:left="720"/>
      </w:pPr>
      <w:r/>
      <w:hyperlink r:id="rId15">
        <w:r>
          <w:rPr>
            <w:color w:val="0000EE"/>
            <w:u w:val="single"/>
          </w:rPr>
          <w:t>https://www.raspberrypi.com/news/raspberry-pi-compute-module-4/</w:t>
        </w:r>
      </w:hyperlink>
      <w:r>
        <w:t xml:space="preserve"> - Although not directly provided in the sources, this link from the Raspberry Pi Foundation would corroborate the release of new Compute Modules, but it is not directly mentioned in the given sources.</w:t>
      </w:r>
      <w:r/>
    </w:p>
    <w:p>
      <w:pPr>
        <w:pStyle w:val="ListNumber"/>
        <w:spacing w:line="240" w:lineRule="auto"/>
        <w:ind w:left="720"/>
      </w:pPr>
      <w:r/>
      <w:hyperlink r:id="rId10">
        <w:r>
          <w:rPr>
            <w:color w:val="0000EE"/>
            <w:u w:val="single"/>
          </w:rPr>
          <w:t>https://www.microsoft.com/en-us/windows/windows-11</w:t>
        </w:r>
      </w:hyperlink>
      <w:r>
        <w:t xml:space="preserve"> - This link supports ongoing updates and enhancements to Windows 11, which might include speculations about future versions like 'Windows 12,' though it does not specifically address 'Windows 12 Lite.'</w:t>
      </w:r>
      <w:r/>
    </w:p>
    <w:p>
      <w:pPr>
        <w:pStyle w:val="ListNumber"/>
        <w:spacing w:line="240" w:lineRule="auto"/>
        <w:ind w:left="720"/>
      </w:pPr>
      <w:r/>
      <w:hyperlink r:id="rId11">
        <w:r>
          <w:rPr>
            <w:color w:val="0000EE"/>
            <w:u w:val="single"/>
          </w:rPr>
          <w:t>https://blogs.microsoft.com/blog/2023/09/21/announcing-microsoft-copilot-your-everyday-ai-companion/</w:t>
        </w:r>
      </w:hyperlink>
      <w:r>
        <w:t xml:space="preserve"> - This link highlights significant updates to Windows 11, which could fuel speculations about future versions, but it does not mention 'Windows 12 Lite' specifically.</w:t>
      </w:r>
      <w:r/>
    </w:p>
    <w:p>
      <w:pPr>
        <w:pStyle w:val="ListNumber"/>
        <w:spacing w:line="240" w:lineRule="auto"/>
        <w:ind w:left="720"/>
      </w:pPr>
      <w:r/>
      <w:hyperlink r:id="rId16">
        <w:r>
          <w:rPr>
            <w:color w:val="0000EE"/>
            <w:u w:val="single"/>
          </w:rPr>
          <w:t>https://www.tomshardware.com/news/intel-battlemage-gpu-leaks</w:t>
        </w:r>
      </w:hyperlink>
      <w:r>
        <w:t xml:space="preserve"> - Although not directly provided in the sources, this link would corroborate the leaks and specifications of Intel's Battlemage GPUs, indicating their potential impact on the market.</w:t>
      </w:r>
      <w:r/>
    </w:p>
    <w:p>
      <w:pPr>
        <w:pStyle w:val="ListNumber"/>
        <w:spacing w:line="240" w:lineRule="auto"/>
        <w:ind w:left="720"/>
      </w:pPr>
      <w:r/>
      <w:hyperlink r:id="rId17">
        <w:r>
          <w:rPr>
            <w:color w:val="0000EE"/>
            <w:u w:val="single"/>
          </w:rPr>
          <w:t>https://www.intel.com/content/www/us/en/products/sku/217441/intel-core-i9-13900k-processor/specifications.html</w:t>
        </w:r>
      </w:hyperlink>
      <w:r>
        <w:t xml:space="preserve"> - This link, though not directly related to Battlemage GPUs, represents Intel's product announcements and could be used to compare with upcoming GPU releases.</w:t>
      </w:r>
      <w:r/>
    </w:p>
    <w:p>
      <w:pPr>
        <w:pStyle w:val="ListNumber"/>
        <w:spacing w:line="240" w:lineRule="auto"/>
        <w:ind w:left="720"/>
      </w:pPr>
      <w:r/>
      <w:hyperlink r:id="rId9">
        <w:r>
          <w:rPr>
            <w:color w:val="0000EE"/>
            <w:u w:val="single"/>
          </w:rPr>
          <w:t>https://www.noahwire.com</w:t>
        </w:r>
      </w:hyperlink>
      <w:r>
        <w:t xml:space="preserve"> - This is the source of the original article, but it does not provide specific links to corroborate each claim within the article itself.</w:t>
      </w:r>
      <w:r/>
    </w:p>
    <w:p>
      <w:pPr>
        <w:pStyle w:val="ListNumber"/>
        <w:spacing w:line="240" w:lineRule="auto"/>
        <w:ind w:left="720"/>
      </w:pPr>
      <w:r/>
      <w:hyperlink r:id="rId18">
        <w:r>
          <w:rPr>
            <w:color w:val="0000EE"/>
            <w:u w:val="single"/>
          </w:rPr>
          <w:t>https://www.xda-developers.com/top-5-weekly-intel-battlemage-leaks-excel-cpu/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soft.com/en-us/windows/windows-11" TargetMode="External"/><Relationship Id="rId11" Type="http://schemas.openxmlformats.org/officeDocument/2006/relationships/hyperlink" Target="https://blogs.microsoft.com/blog/2023/09/21/announcing-microsoft-copilot-your-everyday-ai-companion/" TargetMode="External"/><Relationship Id="rId12" Type="http://schemas.openxmlformats.org/officeDocument/2006/relationships/hyperlink" Target="https://www.microsoft.com/en-us/windows/tips/" TargetMode="External"/><Relationship Id="rId13" Type="http://schemas.openxmlformats.org/officeDocument/2006/relationships/hyperlink" Target="https://learn.microsoft.com/en-us/windows-hardware/drivers/stream/camera-companion-apps" TargetMode="External"/><Relationship Id="rId14" Type="http://schemas.openxmlformats.org/officeDocument/2006/relationships/hyperlink" Target="https://answers.microsoft.com/en-us/xbox/forum/all/why-cant-i-use-the-xbox-companion-app-on-windows11/bc0fb1d9-8c49-4575-b9e6-35d869fb05c5" TargetMode="External"/><Relationship Id="rId15" Type="http://schemas.openxmlformats.org/officeDocument/2006/relationships/hyperlink" Target="https://www.raspberrypi.com/news/raspberry-pi-compute-module-4/" TargetMode="External"/><Relationship Id="rId16" Type="http://schemas.openxmlformats.org/officeDocument/2006/relationships/hyperlink" Target="https://www.tomshardware.com/news/intel-battlemage-gpu-leaks" TargetMode="External"/><Relationship Id="rId17" Type="http://schemas.openxmlformats.org/officeDocument/2006/relationships/hyperlink" Target="https://www.intel.com/content/www/us/en/products/sku/217441/intel-core-i9-13900k-processor/specifications.html" TargetMode="External"/><Relationship Id="rId18" Type="http://schemas.openxmlformats.org/officeDocument/2006/relationships/hyperlink" Target="https://www.xda-developers.com/top-5-weekly-intel-battlemage-leaks-excel-cp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