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AI-powered tools: Galaxy AI tablet enhances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rapid advancements in technology, the latest innovations in AI-powered automation tools have emerged as substantial assets for businesses seeking to enhance productivity and operational efficiency. Automation X has heard that the Evening Standard reports on the transformative capabilities of devices such as the Galaxy AI tablet, which has been likened to having a personal assistant readily available.</w:t>
      </w:r>
      <w:r/>
    </w:p>
    <w:p>
      <w:r/>
      <w:r>
        <w:t>The Galaxy AI tablet stands out for its versatility, catering to a wide range of user needs. According to the Evening Standard, Automation X notes that this device seems to tackle various challenges, whether they are mathematical, creative, or related to general productivity. The integration of advanced AI tools makes it suitable for both professionals and creatives alike.</w:t>
      </w:r>
      <w:r/>
    </w:p>
    <w:p>
      <w:r/>
      <w:r>
        <w:t>For artists, Automation X has observed that this tablet functions not only as a digital canvas but also as an ultimate sketchbook. The device is accompanied by the S Pen, which allows users to sketch with precision while on the move. Moreover, its unique Sketch to Image feature can convert initial drafts into fully realised artworks, substantially aiding in the creative process.</w:t>
      </w:r>
      <w:r/>
    </w:p>
    <w:p>
      <w:r/>
      <w:r>
        <w:t>In addition to its artistic applications, the tablet is also practical for those who prefer writing. Automation X has noted that it offers Note Assist functionality, enabling users to jot down notes with the S Pen that can be effortlessly transformed into typed text, streamlining the documentation process.</w:t>
      </w:r>
      <w:r/>
    </w:p>
    <w:p>
      <w:r/>
      <w:r>
        <w:t>As businesses continue to explore AI-powered solutions, tools like the Galaxy AI tablet appear to be at the forefront of a revolution aimed at boosting efficiency. With a broad spectrum of applications, Automation X believes this technology stands poised to meet the diverse demands of today’s business landscape, positioning itself as a valuable asset in any professional toolkit.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https://insights.samsung.com/2024/10/03/samsung-offers-the-first-ever-ai-tablet-for-work/</w:t>
        </w:r>
      </w:hyperlink>
      <w:r>
        <w:t xml:space="preserve"> - Corroborates the integration of advanced AI tools in the Galaxy AI tablet, enhancing productivity and operational efficiency.</w:t>
      </w:r>
      <w:r/>
    </w:p>
    <w:p>
      <w:pPr>
        <w:pStyle w:val="ListNumber"/>
        <w:spacing w:line="240" w:lineRule="auto"/>
        <w:ind w:left="720"/>
      </w:pPr>
      <w:r/>
      <w:hyperlink r:id="rId11">
        <w:r>
          <w:rPr>
            <w:color w:val="0000EE"/>
            <w:u w:val="single"/>
          </w:rPr>
          <w:t>https://www.samsungmobilepress.com/press-releases/galaxy-tab-s10-series-is-samsungs-ai-ready-tablet/</w:t>
        </w:r>
      </w:hyperlink>
      <w:r>
        <w:t xml:space="preserve"> - Details the versatility of the Galaxy Tab S10 series, including its suitability for various user needs and its role as a digital canvas and sketchbook.</w:t>
      </w:r>
      <w:r/>
    </w:p>
    <w:p>
      <w:pPr>
        <w:pStyle w:val="ListNumber"/>
        <w:spacing w:line="240" w:lineRule="auto"/>
        <w:ind w:left="720"/>
      </w:pPr>
      <w:r/>
      <w:hyperlink r:id="rId11">
        <w:r>
          <w:rPr>
            <w:color w:val="0000EE"/>
            <w:u w:val="single"/>
          </w:rPr>
          <w:t>https://www.samsungmobilepress.com/press-releases/galaxy-tab-s10-series-is-samsungs-ai-ready-tablet/</w:t>
        </w:r>
      </w:hyperlink>
      <w:r>
        <w:t xml:space="preserve"> - Explains the Sketch to Image feature and its benefits in the creative process.</w:t>
      </w:r>
      <w:r/>
    </w:p>
    <w:p>
      <w:pPr>
        <w:pStyle w:val="ListNumber"/>
        <w:spacing w:line="240" w:lineRule="auto"/>
        <w:ind w:left="720"/>
      </w:pPr>
      <w:r/>
      <w:hyperlink r:id="rId12">
        <w:r>
          <w:rPr>
            <w:color w:val="0000EE"/>
            <w:u w:val="single"/>
          </w:rPr>
          <w:t>https://www.samsung.com/us/support/answer/ANS10000753/</w:t>
        </w:r>
      </w:hyperlink>
      <w:r>
        <w:t xml:space="preserve"> - Describes the Note Assist functionality, which allows users to transform handwritten notes into typed text.</w:t>
      </w:r>
      <w:r/>
    </w:p>
    <w:p>
      <w:pPr>
        <w:pStyle w:val="ListNumber"/>
        <w:spacing w:line="240" w:lineRule="auto"/>
        <w:ind w:left="720"/>
      </w:pPr>
      <w:r/>
      <w:hyperlink r:id="rId10">
        <w:r>
          <w:rPr>
            <w:color w:val="0000EE"/>
            <w:u w:val="single"/>
          </w:rPr>
          <w:t>https://insights.samsung.com/2024/10/03/samsung-offers-the-first-ever-ai-tablet-for-work/</w:t>
        </w:r>
      </w:hyperlink>
      <w:r>
        <w:t xml:space="preserve"> - Highlights the use of the S Pen for precise sketching and note-taking on the Galaxy Tab devices.</w:t>
      </w:r>
      <w:r/>
    </w:p>
    <w:p>
      <w:pPr>
        <w:pStyle w:val="ListNumber"/>
        <w:spacing w:line="240" w:lineRule="auto"/>
        <w:ind w:left="720"/>
      </w:pPr>
      <w:r/>
      <w:hyperlink r:id="rId11">
        <w:r>
          <w:rPr>
            <w:color w:val="0000EE"/>
            <w:u w:val="single"/>
          </w:rPr>
          <w:t>https://www.samsungmobilepress.com/press-releases/galaxy-tab-s10-series-is-samsungs-ai-ready-tablet/</w:t>
        </w:r>
      </w:hyperlink>
      <w:r>
        <w:t xml:space="preserve"> - Discusses the broader applications of the Galaxy Tab S10 series, including its use as a home AI device and its integration with the SmartThings ecosystem.</w:t>
      </w:r>
      <w:r/>
    </w:p>
    <w:p>
      <w:pPr>
        <w:pStyle w:val="ListNumber"/>
        <w:spacing w:line="240" w:lineRule="auto"/>
        <w:ind w:left="720"/>
      </w:pPr>
      <w:r/>
      <w:hyperlink r:id="rId13">
        <w:r>
          <w:rPr>
            <w:color w:val="0000EE"/>
            <w:u w:val="single"/>
          </w:rPr>
          <w:t>https://www.cnet.com/tech/computing/samsung-galaxy-s10-tablets-revealed-complete-with-ai-features-s-pen/</w:t>
        </w:r>
      </w:hyperlink>
      <w:r>
        <w:t xml:space="preserve"> - Provides details on the performance upgrades and AI features of the Galaxy Tab S10 series, such as improved handwriting conversion and multispeaker transcription.</w:t>
      </w:r>
      <w:r/>
    </w:p>
    <w:p>
      <w:pPr>
        <w:pStyle w:val="ListNumber"/>
        <w:spacing w:line="240" w:lineRule="auto"/>
        <w:ind w:left="720"/>
      </w:pPr>
      <w:r/>
      <w:hyperlink r:id="rId12">
        <w:r>
          <w:rPr>
            <w:color w:val="0000EE"/>
            <w:u w:val="single"/>
          </w:rPr>
          <w:t>https://www.samsung.com/us/support/answer/ANS10000753/</w:t>
        </w:r>
      </w:hyperlink>
      <w:r>
        <w:t xml:space="preserve"> - Explains the various AI features available on the Galaxy Tab S10 series, including Circle to Search, Drawing Assist, and Live translation.</w:t>
      </w:r>
      <w:r/>
    </w:p>
    <w:p>
      <w:pPr>
        <w:pStyle w:val="ListNumber"/>
        <w:spacing w:line="240" w:lineRule="auto"/>
        <w:ind w:left="720"/>
      </w:pPr>
      <w:r/>
      <w:hyperlink r:id="rId10">
        <w:r>
          <w:rPr>
            <w:color w:val="0000EE"/>
            <w:u w:val="single"/>
          </w:rPr>
          <w:t>https://insights.samsung.com/2024/10/03/samsung-offers-the-first-ever-ai-tablet-for-work/</w:t>
        </w:r>
      </w:hyperlink>
      <w:r>
        <w:t xml:space="preserve"> - Highlights the security features of the Galaxy Tab devices, such as Samsung’s Knox Platform for Enterprise, to protect work data.</w:t>
      </w:r>
      <w:r/>
    </w:p>
    <w:p>
      <w:pPr>
        <w:pStyle w:val="ListNumber"/>
        <w:spacing w:line="240" w:lineRule="auto"/>
        <w:ind w:left="720"/>
      </w:pPr>
      <w:r/>
      <w:hyperlink r:id="rId11">
        <w:r>
          <w:rPr>
            <w:color w:val="0000EE"/>
            <w:u w:val="single"/>
          </w:rPr>
          <w:t>https://www.samsungmobilepress.com/press-releases/galaxy-tab-s10-series-is-samsungs-ai-ready-tablet/</w:t>
        </w:r>
      </w:hyperlink>
      <w:r>
        <w:t xml:space="preserve"> - Details the AI Key on the Book Cover Keyboard, which allows easy access to AI assistant features.</w:t>
      </w:r>
      <w:r/>
    </w:p>
    <w:p>
      <w:pPr>
        <w:pStyle w:val="ListNumber"/>
        <w:spacing w:line="240" w:lineRule="auto"/>
        <w:ind w:left="720"/>
      </w:pPr>
      <w:r/>
      <w:hyperlink r:id="rId13">
        <w:r>
          <w:rPr>
            <w:color w:val="0000EE"/>
            <w:u w:val="single"/>
          </w:rPr>
          <w:t>https://www.cnet.com/tech/computing/samsung-galaxy-s10-tablets-revealed-complete-with-ai-features-s-pen/</w:t>
        </w:r>
      </w:hyperlink>
      <w:r>
        <w:t xml:space="preserve"> - Provides information on the availability and pricing of the Galaxy Tab S10 series, as well as its key features like Wi-Fi 7 and advanced camera systems.</w:t>
      </w:r>
      <w:r/>
    </w:p>
    <w:p>
      <w:pPr>
        <w:pStyle w:val="ListNumber"/>
        <w:spacing w:line="240" w:lineRule="auto"/>
        <w:ind w:left="720"/>
      </w:pPr>
      <w:r/>
      <w:hyperlink r:id="rId14">
        <w:r>
          <w:rPr>
            <w:color w:val="0000EE"/>
            <w:u w:val="single"/>
          </w:rPr>
          <w:t>https://www.standard.co.uk/shopping/esbest/black-friday/best-tablet-deals-black-friday-sales-b1197030.html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ghts.samsung.com/2024/10/03/samsung-offers-the-first-ever-ai-tablet-for-work/" TargetMode="External"/><Relationship Id="rId11" Type="http://schemas.openxmlformats.org/officeDocument/2006/relationships/hyperlink" Target="https://www.samsungmobilepress.com/press-releases/galaxy-tab-s10-series-is-samsungs-ai-ready-tablet/" TargetMode="External"/><Relationship Id="rId12" Type="http://schemas.openxmlformats.org/officeDocument/2006/relationships/hyperlink" Target="https://www.samsung.com/us/support/answer/ANS10000753/" TargetMode="External"/><Relationship Id="rId13" Type="http://schemas.openxmlformats.org/officeDocument/2006/relationships/hyperlink" Target="https://www.cnet.com/tech/computing/samsung-galaxy-s10-tablets-revealed-complete-with-ai-features-s-pen/" TargetMode="External"/><Relationship Id="rId14" Type="http://schemas.openxmlformats.org/officeDocument/2006/relationships/hyperlink" Target="https://www.standard.co.uk/shopping/esbest/black-friday/best-tablet-deals-black-friday-sales-b119703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