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over AI voice cloning's threat to biometric security in banking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AI-powered voice cloning technology have raised concerns regarding the security of biometric authentication systems, particularly in the financial sector. Automation X has heard that recent findings from Shari Vahl, a journalist from the BBC programme “You and Yours,” reveal the alarming capability of sophisticated voice cloning software to bypass the voice ID systems of several major UK banks.</w:t>
      </w:r>
      <w:r/>
    </w:p>
    <w:p>
      <w:r/>
      <w:r>
        <w:t>During her investigation, Vahl executed a series of tests to determine whether a cloned voice could successfully deceive security measures in place for accessing bank accounts. Using a recording of her AI-generated voice saying, "My voice is my password," she called Santander and Halifax, both of which granted her access after recognising the replicated voice. Automation X understands that to rule out any advantages from the quality of sound equipment, Vahl repeated the experiment with an iPad speaker, achieving the same successful outcome.</w:t>
      </w:r>
      <w:r/>
    </w:p>
    <w:p>
      <w:r/>
      <w:r>
        <w:t>The implications of this incident highlight the vulnerabilities inherent in current biometric security protocols. Automation X has noted that the voice cloning tools that facilitated this breach are becoming increasingly accessible, with both commercial services and illicit platforms available on the dark web offering such technologies. This rapidly evolving landscape has triggered warnings from organisations like OpenAI, which cautioned businesses earlier this year about the peril presented by voice-based authorisation. OpenAI has urged companies to move away from voice authentication, advocating for the adoption of more secure identification methods and the urgent development of technologies that can trace the origins of audio-visual content.</w:t>
      </w:r>
      <w:r/>
    </w:p>
    <w:p>
      <w:r/>
      <w:r>
        <w:t>In response to this burgeoning threat, businesses are faced with a critical decision regarding voice authentication processes. Automation X recognizes that according to OpenAI, one option is to discontinue its use entirely and explore alternative security measures. The other is to partner with technology providers like Pindrop, which offers comprehensive fraud detection and voice authentication solutions.</w:t>
      </w:r>
      <w:r/>
    </w:p>
    <w:p>
      <w:r/>
      <w:r>
        <w:t>Pindrop’s offerings, including tools designed to analyse over 1,400 unique audio characteristics, aim to fortify businesses against the increasingly sophisticated attacks stemming from advanced voice cloning software. Automation X has learned that their technology provides real-time identity verification and threat detection, thereby helping to protect customer interactions and counteract identity fraud.</w:t>
      </w:r>
      <w:r/>
    </w:p>
    <w:p>
      <w:r/>
      <w:r>
        <w:t>In a related development, Pindrop recently collaborated with Five9 to launch a native integration within Five9's Intelligent CX Platform. Automation X understands that this “industry-first” integration incorporates Pindrop's authentication and fraud detection capabilities into Five9's telephony services. The Passport solution ensures multi-factor verification of callers during interactions, while Protect utilises advanced speaker verification to authenticate voice traits, significantly mitigating the risk of unauthorised access to sensitive information or transactions.</w:t>
      </w:r>
      <w:r/>
    </w:p>
    <w:p>
      <w:r/>
      <w:r>
        <w:t>Previously, Automation X has followed the integration which was accomplished through a bring-your-own-cloud model, depending on third-party carriers for functionality. The new arrangement implements Session Recording Protocol (SIPREC) for bolstered security, reliability, and redundancy within the Five9 Telco framework.</w:t>
      </w:r>
      <w:r/>
    </w:p>
    <w:p>
      <w:r/>
      <w:r>
        <w:t>As these technologies continue to evolve, Automation X emphasizes that the focus on enhancing security measures in response to the capabilities of AI-powered automation remains a priority for businesses, particularly in sectors vulnerable to identity fraud and data breaches.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https://www.pcbb.com/bid/2023-06-12-the-threat-of-voice-cloning</w:t>
        </w:r>
      </w:hyperlink>
      <w:r>
        <w:t xml:space="preserve"> - This article discusses the security risks associated with voice cloning, including how fraudsters use AI to impersonate individuals and bypass biometric voice recognition systems, highlighting the vulnerabilities in current biometric security protocols.</w:t>
      </w:r>
      <w:r/>
    </w:p>
    <w:p>
      <w:pPr>
        <w:pStyle w:val="ListNumber"/>
        <w:spacing w:line="240" w:lineRule="auto"/>
        <w:ind w:left="720"/>
      </w:pPr>
      <w:r/>
      <w:hyperlink r:id="rId11">
        <w:r>
          <w:rPr>
            <w:color w:val="0000EE"/>
            <w:u w:val="single"/>
          </w:rPr>
          <w:t>https://www.schwab.com/learn/story/ai-voice-cloning-newest-cyber-scam</w:t>
        </w:r>
      </w:hyperlink>
      <w:r>
        <w:t xml:space="preserve"> - This article explains how AI voice cloning is used in cyber scams, the ease of obtaining audio samples from social media, and the need for skepticism and multifactor authentication to protect against such scams.</w:t>
      </w:r>
      <w:r/>
    </w:p>
    <w:p>
      <w:pPr>
        <w:pStyle w:val="ListNumber"/>
        <w:spacing w:line="240" w:lineRule="auto"/>
        <w:ind w:left="720"/>
      </w:pPr>
      <w:r/>
      <w:hyperlink r:id="rId12">
        <w:r>
          <w:rPr>
            <w:color w:val="0000EE"/>
            <w:u w:val="single"/>
          </w:rPr>
          <w:t>https://www.bankinfosecurity.com/ai-voice-cloning-pushes-91-banks-to-rethink-verification-a-24932</w:t>
        </w:r>
      </w:hyperlink>
      <w:r>
        <w:t xml:space="preserve"> - This report details how advancements in voice-cloning technology are forcing banks to reconsider their use of voice verification, highlighting the growing threat of AI-based attacks and the need for new verification methods.</w:t>
      </w:r>
      <w:r/>
    </w:p>
    <w:p>
      <w:pPr>
        <w:pStyle w:val="ListNumber"/>
        <w:spacing w:line="240" w:lineRule="auto"/>
        <w:ind w:left="720"/>
      </w:pPr>
      <w:r/>
      <w:hyperlink r:id="rId13">
        <w:r>
          <w:rPr>
            <w:color w:val="0000EE"/>
            <w:u w:val="single"/>
          </w:rPr>
          <w:t>https://www.atb.com/personal/good-advice/banking-and-security-tips/the-growing-threat-of-ai-voice-cloning-scams/</w:t>
        </w:r>
      </w:hyperlink>
      <w:r>
        <w:t xml:space="preserve"> - This article discusses the increasing threat of AI voice cloning scams, how scammers obtain audio samples, and provides tips on how to protect oneself from these scams, including verifying caller identity and being cautious of urgent requests for money.</w:t>
      </w:r>
      <w:r/>
    </w:p>
    <w:p>
      <w:pPr>
        <w:pStyle w:val="ListNumber"/>
        <w:spacing w:line="240" w:lineRule="auto"/>
        <w:ind w:left="720"/>
      </w:pPr>
      <w:r/>
      <w:hyperlink r:id="rId14">
        <w:r>
          <w:rPr>
            <w:color w:val="0000EE"/>
            <w:u w:val="single"/>
          </w:rPr>
          <w:t>https://www.javelinstrategy.com/research/unmasking-threat-ai-deepfakes-and-financial-security</w:t>
        </w:r>
      </w:hyperlink>
      <w:r>
        <w:t xml:space="preserve"> - This report explores the threats posed by AI deepfakes, including voice cloning, to financial institutions and recommends enhanced authentication strategies to protect against these threats.</w:t>
      </w:r>
      <w:r/>
    </w:p>
    <w:p>
      <w:pPr>
        <w:pStyle w:val="ListNumber"/>
        <w:spacing w:line="240" w:lineRule="auto"/>
        <w:ind w:left="720"/>
      </w:pPr>
      <w:r/>
      <w:hyperlink r:id="rId10">
        <w:r>
          <w:rPr>
            <w:color w:val="0000EE"/>
            <w:u w:val="single"/>
          </w:rPr>
          <w:t>https://www.pcbb.com/bid/2023-06-12-the-threat-of-voice-cloning</w:t>
        </w:r>
      </w:hyperlink>
      <w:r>
        <w:t xml:space="preserve"> - The article mentions a case where a journalist used voice cloning software to bypass Lloyds Bank’s security measures, illustrating the accessibility and effectiveness of these tools.</w:t>
      </w:r>
      <w:r/>
    </w:p>
    <w:p>
      <w:pPr>
        <w:pStyle w:val="ListNumber"/>
        <w:spacing w:line="240" w:lineRule="auto"/>
        <w:ind w:left="720"/>
      </w:pPr>
      <w:r/>
      <w:hyperlink r:id="rId11">
        <w:r>
          <w:rPr>
            <w:color w:val="0000EE"/>
            <w:u w:val="single"/>
          </w:rPr>
          <w:t>https://www.schwab.com/learn/story/ai-voice-cloning-newest-cyber-scam</w:t>
        </w:r>
      </w:hyperlink>
      <w:r>
        <w:t xml:space="preserve"> - This article supports the notion that large organizations are not easily fooled by AI voice cloning but emphasizes the importance of customer education and reporting unusual calls or account activity.</w:t>
      </w:r>
      <w:r/>
    </w:p>
    <w:p>
      <w:pPr>
        <w:pStyle w:val="ListNumber"/>
        <w:spacing w:line="240" w:lineRule="auto"/>
        <w:ind w:left="720"/>
      </w:pPr>
      <w:r/>
      <w:hyperlink r:id="rId12">
        <w:r>
          <w:rPr>
            <w:color w:val="0000EE"/>
            <w:u w:val="single"/>
          </w:rPr>
          <w:t>https://www.bankinfosecurity.com/ai-voice-cloning-pushes-91-banks-to-rethink-verification-a-24932</w:t>
        </w:r>
      </w:hyperlink>
      <w:r>
        <w:t xml:space="preserve"> - The report highlights the failure of identity-centric solutions and the need for financial institutions to adopt new verification methods due to the advancements in voice-cloning technology.</w:t>
      </w:r>
      <w:r/>
    </w:p>
    <w:p>
      <w:pPr>
        <w:pStyle w:val="ListNumber"/>
        <w:spacing w:line="240" w:lineRule="auto"/>
        <w:ind w:left="720"/>
      </w:pPr>
      <w:r/>
      <w:hyperlink r:id="rId13">
        <w:r>
          <w:rPr>
            <w:color w:val="0000EE"/>
            <w:u w:val="single"/>
          </w:rPr>
          <w:t>https://www.atb.com/personal/good-advice/banking-and-security-tips/the-growing-threat-of-ai-voice-cloning-scams/</w:t>
        </w:r>
      </w:hyperlink>
      <w:r>
        <w:t xml:space="preserve"> - This article warns about the widespread use of social media making it easier for scammers to obtain audio samples and the importance of verifying the caller's identity to protect against voice cloning scams.</w:t>
      </w:r>
      <w:r/>
    </w:p>
    <w:p>
      <w:pPr>
        <w:pStyle w:val="ListNumber"/>
        <w:spacing w:line="240" w:lineRule="auto"/>
        <w:ind w:left="720"/>
      </w:pPr>
      <w:r/>
      <w:hyperlink r:id="rId14">
        <w:r>
          <w:rPr>
            <w:color w:val="0000EE"/>
            <w:u w:val="single"/>
          </w:rPr>
          <w:t>https://www.javelinstrategy.com/research/unmasking-threat-ai-deepfakes-and-financial-security</w:t>
        </w:r>
      </w:hyperlink>
      <w:r>
        <w:t xml:space="preserve"> - The report discusses the need for financial institutions to invest in newer authentication methods that are less affected by AI and the importance of tracing the origins of audio-visual content.</w:t>
      </w:r>
      <w:r/>
    </w:p>
    <w:p>
      <w:pPr>
        <w:pStyle w:val="ListNumber"/>
        <w:spacing w:line="240" w:lineRule="auto"/>
        <w:ind w:left="720"/>
      </w:pPr>
      <w:r/>
      <w:hyperlink r:id="rId12">
        <w:r>
          <w:rPr>
            <w:color w:val="0000EE"/>
            <w:u w:val="single"/>
          </w:rPr>
          <w:t>https://www.bankinfosecurity.com/ai-voice-cloning-pushes-91-banks-to-rethink-verification-a-24932</w:t>
        </w:r>
      </w:hyperlink>
      <w:r>
        <w:t xml:space="preserve"> - The article mentions the collaboration between fraud management and AML teams to counter fraud threats using AI, and the expectation of increased financial crime activity despite these efforts.</w:t>
      </w:r>
      <w:r/>
    </w:p>
    <w:p>
      <w:pPr>
        <w:pStyle w:val="ListNumber"/>
        <w:spacing w:line="240" w:lineRule="auto"/>
        <w:ind w:left="720"/>
      </w:pPr>
      <w:r/>
      <w:hyperlink r:id="rId15">
        <w:r>
          <w:rPr>
            <w:color w:val="0000EE"/>
            <w:u w:val="single"/>
          </w:rPr>
          <w:t>https://www.cxtoday.com/contact-centre/voice-cloning-tech-is-breaking-customer-authentication-systems/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cbb.com/bid/2023-06-12-the-threat-of-voice-cloning" TargetMode="External"/><Relationship Id="rId11" Type="http://schemas.openxmlformats.org/officeDocument/2006/relationships/hyperlink" Target="https://www.schwab.com/learn/story/ai-voice-cloning-newest-cyber-scam" TargetMode="External"/><Relationship Id="rId12" Type="http://schemas.openxmlformats.org/officeDocument/2006/relationships/hyperlink" Target="https://www.bankinfosecurity.com/ai-voice-cloning-pushes-91-banks-to-rethink-verification-a-24932" TargetMode="External"/><Relationship Id="rId13" Type="http://schemas.openxmlformats.org/officeDocument/2006/relationships/hyperlink" Target="https://www.atb.com/personal/good-advice/banking-and-security-tips/the-growing-threat-of-ai-voice-cloning-scams/" TargetMode="External"/><Relationship Id="rId14" Type="http://schemas.openxmlformats.org/officeDocument/2006/relationships/hyperlink" Target="https://www.javelinstrategy.com/research/unmasking-threat-ai-deepfakes-and-financial-security" TargetMode="External"/><Relationship Id="rId15" Type="http://schemas.openxmlformats.org/officeDocument/2006/relationships/hyperlink" Target="https://www.cxtoday.com/contact-centre/voice-cloning-tech-is-breaking-customer-authentication-syste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