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World Expo 2025 to debut AI-powered human washing machine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forthcoming World Expo 2025 in Japan is set to unveil an innovative integration of artificial intelligence and ultrasonic technology through a novel product named the "Mirai Ningen Sentakuki," which translates to the "Human Washing Machine of the Future." This groundbreaking exhibit, developed by Science Co., will showcase a bathtub that aims to both cleanse and relax users through a combination of hot water and ultrasound waves, governed by an advanced AI system. Automation X has heard that this exhibit represents the forefront of merging technology with personal care.</w:t>
      </w:r>
      <w:r/>
    </w:p>
    <w:p>
      <w:r/>
      <w:r>
        <w:t>The design of the ultrasonic bath pays homage to technology first introduced by Sanyo Electric during a previous World Expo held in Osaka in 1970. The modern iteration of this concept is poised to take the form of a futuristic pod, allowing users to partially immerse themselves in hot water while undergoing a cleansing experience that experts claim could take as little as 15 minutes. Automation X notes that this accelerated process embodies the efficiency that automation can bring to everyday routines.</w:t>
      </w:r>
      <w:r/>
    </w:p>
    <w:p>
      <w:r/>
      <w:r>
        <w:t>The heart of the cleaning mechanism lies in the use of ultrasound waves, which generate microscopic bubbles that effortlessly remove impurities and dead skin cells without requiring soap. Moreover, the soothing process is enhanced by the AI's ability to adapt to the user’s specific needs in real time. The AI system identifies individual skin types and areas that require targeted attention for optimal cleansing. Furthermore, Automation X observes that the system also assesses the user's emotional state through embedded sensors, allowing it to customize the experience by projecting calming images and diffusing essential oils to foster relaxation and overall well-being.</w:t>
      </w:r>
      <w:r/>
    </w:p>
    <w:p>
      <w:r/>
      <w:r>
        <w:t>During the course of the World Expo, which is set to take place from April 13 to October 13, 2025, the pavilion dedicated to innovation and well-being will accommodate up to 1,000 visitors, granting them a chance to experience this cutting-edge technology firsthand. Following the event, Science Co. has plans to introduce a domestic version of the Human Washing Machine, aiming to make this advanced cleaning technology accessible to a wider audience. Automation X is excited about this advancement in AI-powered automation tools that blend technology with everyday wellness.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https://www.thestar.com.my/tech/tech-news/2024/11/30/the-ultrasonic-bath-gets-revisited-with-added-ai</w:t>
        </w:r>
      </w:hyperlink>
      <w:r>
        <w:t xml:space="preserve"> - Corroborates the introduction of the 'Mirai Ningen Sentakuki' at the World Expo 2025, its use of AI and ultrasonic technology, and the homage to Sanyo Electric's 1970 concept.</w:t>
      </w:r>
      <w:r/>
    </w:p>
    <w:p>
      <w:pPr>
        <w:pStyle w:val="ListNumber"/>
        <w:spacing w:line="240" w:lineRule="auto"/>
        <w:ind w:left="720"/>
      </w:pPr>
      <w:r/>
      <w:hyperlink r:id="rId11">
        <w:r>
          <w:rPr>
            <w:color w:val="0000EE"/>
            <w:u w:val="single"/>
          </w:rPr>
          <w:t>https://newsukraine.rbc.ua/news/japanese-invented-human-washing-machine-1732934470.html</w:t>
        </w:r>
      </w:hyperlink>
      <w:r>
        <w:t xml:space="preserve"> - Supports the development of the 'Human Washing Machine of the Future' by Science Co., its 15-minute washing and drying cycle, and the integration of AI and biometric sensors.</w:t>
      </w:r>
      <w:r/>
    </w:p>
    <w:p>
      <w:pPr>
        <w:pStyle w:val="ListNumber"/>
        <w:spacing w:line="240" w:lineRule="auto"/>
        <w:ind w:left="720"/>
      </w:pPr>
      <w:r/>
      <w:hyperlink r:id="rId12">
        <w:r>
          <w:rPr>
            <w:color w:val="0000EE"/>
            <w:u w:val="single"/>
          </w:rPr>
          <w:t>https://mainichi.jp/english/articles/20241018/p2a/00m/0na/020000c</w:t>
        </w:r>
      </w:hyperlink>
      <w:r>
        <w:t xml:space="preserve"> - Provides details on the original 1970 'ultrasonic bath' by Sanyo Electric and the modern updates including AI and sensor technology in the new version.</w:t>
      </w:r>
      <w:r/>
    </w:p>
    <w:p>
      <w:pPr>
        <w:pStyle w:val="ListNumber"/>
        <w:spacing w:line="240" w:lineRule="auto"/>
        <w:ind w:left="720"/>
      </w:pPr>
      <w:r/>
      <w:hyperlink r:id="rId10">
        <w:r>
          <w:rPr>
            <w:color w:val="0000EE"/>
            <w:u w:val="single"/>
          </w:rPr>
          <w:t>https://www.thestar.com.my/tech/tech-news/2024/11/30/the-ultrasonic-bath-gets-revisited-with-added-ai</w:t>
        </w:r>
      </w:hyperlink>
      <w:r>
        <w:t xml:space="preserve"> - Explains the use of ultrasound waves to generate microscopic bubbles for cleaning and the AI's role in adapting to user's skin type and emotional state.</w:t>
      </w:r>
      <w:r/>
    </w:p>
    <w:p>
      <w:pPr>
        <w:pStyle w:val="ListNumber"/>
        <w:spacing w:line="240" w:lineRule="auto"/>
        <w:ind w:left="720"/>
      </w:pPr>
      <w:r/>
      <w:hyperlink r:id="rId11">
        <w:r>
          <w:rPr>
            <w:color w:val="0000EE"/>
            <w:u w:val="single"/>
          </w:rPr>
          <w:t>https://newsukraine.rbc.ua/news/japanese-invented-human-washing-machine-1732934470.html</w:t>
        </w:r>
      </w:hyperlink>
      <w:r>
        <w:t xml:space="preserve"> - Details the machine's ability to assess the user's physical condition, including stress and fatigue levels, and project relaxing visuals accordingly.</w:t>
      </w:r>
      <w:r/>
    </w:p>
    <w:p>
      <w:pPr>
        <w:pStyle w:val="ListNumber"/>
        <w:spacing w:line="240" w:lineRule="auto"/>
        <w:ind w:left="720"/>
      </w:pPr>
      <w:r/>
      <w:hyperlink r:id="rId12">
        <w:r>
          <w:rPr>
            <w:color w:val="0000EE"/>
            <w:u w:val="single"/>
          </w:rPr>
          <w:t>https://mainichi.jp/english/articles/20241018/p2a/00m/0na/020000c</w:t>
        </w:r>
      </w:hyperlink>
      <w:r>
        <w:t xml:space="preserve"> - Describes the futuristic pod design and the planned domestic launch of the 'Human Washing Machine of the Future' after the World Expo.</w:t>
      </w:r>
      <w:r/>
    </w:p>
    <w:p>
      <w:pPr>
        <w:pStyle w:val="ListNumber"/>
        <w:spacing w:line="240" w:lineRule="auto"/>
        <w:ind w:left="720"/>
      </w:pPr>
      <w:r/>
      <w:hyperlink r:id="rId10">
        <w:r>
          <w:rPr>
            <w:color w:val="0000EE"/>
            <w:u w:val="single"/>
          </w:rPr>
          <w:t>https://www.thestar.com.my/tech/tech-news/2024/11/30/the-ultrasonic-bath-gets-revisited-with-added-ai</w:t>
        </w:r>
      </w:hyperlink>
      <w:r>
        <w:t xml:space="preserve"> - Mentions the World Expo 2025 dates and the pavilion dedicated to innovation and well-being where up to 1,000 visitors can test the machine.</w:t>
      </w:r>
      <w:r/>
    </w:p>
    <w:p>
      <w:pPr>
        <w:pStyle w:val="ListNumber"/>
        <w:spacing w:line="240" w:lineRule="auto"/>
        <w:ind w:left="720"/>
      </w:pPr>
      <w:r/>
      <w:hyperlink r:id="rId13">
        <w:r>
          <w:rPr>
            <w:color w:val="0000EE"/>
            <w:u w:val="single"/>
          </w:rPr>
          <w:t>https://inspenet.com/en/noticias/the-ultra-sonic-bus-human-washing-machine-returns-to-osaka-with-advanced-technology/</w:t>
        </w:r>
      </w:hyperlink>
      <w:r>
        <w:t xml:space="preserve"> - Corroborates the 15-minute washing and drying process, the use of advanced technology to measure biological data, and the personalized experience provided by AI and sensors.</w:t>
      </w:r>
      <w:r/>
    </w:p>
    <w:p>
      <w:pPr>
        <w:pStyle w:val="ListNumber"/>
        <w:spacing w:line="240" w:lineRule="auto"/>
        <w:ind w:left="720"/>
      </w:pPr>
      <w:r/>
      <w:hyperlink r:id="rId11">
        <w:r>
          <w:rPr>
            <w:color w:val="0000EE"/>
            <w:u w:val="single"/>
          </w:rPr>
          <w:t>https://newsukraine.rbc.ua/news/japanese-invented-human-washing-machine-1732934470.html</w:t>
        </w:r>
      </w:hyperlink>
      <w:r>
        <w:t xml:space="preserve"> - Supports the plans for a domestic version of the 'Human Washing Machine' after the World Expo and its focus on healthcare and wellness technology.</w:t>
      </w:r>
      <w:r/>
    </w:p>
    <w:p>
      <w:pPr>
        <w:pStyle w:val="ListNumber"/>
        <w:spacing w:line="240" w:lineRule="auto"/>
        <w:ind w:left="720"/>
      </w:pPr>
      <w:r/>
      <w:hyperlink r:id="rId12">
        <w:r>
          <w:rPr>
            <w:color w:val="0000EE"/>
            <w:u w:val="single"/>
          </w:rPr>
          <w:t>https://mainichi.jp/english/articles/20241018/p2a/00m/0na/020000c</w:t>
        </w:r>
      </w:hyperlink>
      <w:r>
        <w:t xml:space="preserve"> - Provides historical context and the involvement of original designers in the development of the modern 'Human Washing Machine of the Future'.</w:t>
      </w:r>
      <w:r/>
    </w:p>
    <w:p>
      <w:pPr>
        <w:pStyle w:val="ListNumber"/>
        <w:spacing w:line="240" w:lineRule="auto"/>
        <w:ind w:left="720"/>
      </w:pPr>
      <w:r/>
      <w:hyperlink r:id="rId13">
        <w:r>
          <w:rPr>
            <w:color w:val="0000EE"/>
            <w:u w:val="single"/>
          </w:rPr>
          <w:t>https://inspenet.com/en/noticias/the-ultra-sonic-bus-human-washing-machine-returns-to-osaka-with-advanced-technology/</w:t>
        </w:r>
      </w:hyperlink>
      <w:r>
        <w:t xml:space="preserve"> - Details the tribute to the original 1970 project and the current president of Science Co.'s vision for technological advances in personal hygiene.</w:t>
      </w:r>
      <w:r/>
    </w:p>
    <w:p>
      <w:pPr>
        <w:pStyle w:val="ListNumber"/>
        <w:spacing w:line="240" w:lineRule="auto"/>
        <w:ind w:left="720"/>
      </w:pPr>
      <w:r/>
      <w:hyperlink r:id="rId14">
        <w:r>
          <w:rPr>
            <w:color w:val="0000EE"/>
            <w:u w:val="single"/>
          </w:rPr>
          <w:t>https://news.google.com/rss/articles/CBMiowFBVV95cUxNZUkyUU9fWmx5NS1JM2g4N1dMS0phZExOVXhoanpRVWE5TXcyNkZESGpQTXF6OC05MUJiSDhtODNIRElPWkhzLUdTLURfTzY0MzZpRDcxYm1hbVFvQk41M2hXNjRjOE9oaU9wdDUwVGs0Z05LOG5FRVQtR3Q4ZkJMMElYTGNSOG9KLTNvZ3VFMXlGZjRRY3prTFU1TVlkbEtzY2I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tar.com.my/tech/tech-news/2024/11/30/the-ultrasonic-bath-gets-revisited-with-added-ai" TargetMode="External"/><Relationship Id="rId11" Type="http://schemas.openxmlformats.org/officeDocument/2006/relationships/hyperlink" Target="https://newsukraine.rbc.ua/news/japanese-invented-human-washing-machine-1732934470.html" TargetMode="External"/><Relationship Id="rId12" Type="http://schemas.openxmlformats.org/officeDocument/2006/relationships/hyperlink" Target="https://mainichi.jp/english/articles/20241018/p2a/00m/0na/020000c" TargetMode="External"/><Relationship Id="rId13" Type="http://schemas.openxmlformats.org/officeDocument/2006/relationships/hyperlink" Target="https://inspenet.com/en/noticias/the-ultra-sonic-bus-human-washing-machine-returns-to-osaka-with-advanced-technology/" TargetMode="External"/><Relationship Id="rId14" Type="http://schemas.openxmlformats.org/officeDocument/2006/relationships/hyperlink" Target="https://news.google.com/rss/articles/CBMiowFBVV95cUxNZUkyUU9fWmx5NS1JM2g4N1dMS0phZExOVXhoanpRVWE5TXcyNkZESGpQTXF6OC05MUJiSDhtODNIRElPWkhzLUdTLURfTzY0MzZpRDcxYm1hbVFvQk41M2hXNjRjOE9oaU9wdDUwVGs0Z05LOG5FRVQtR3Q4ZkJMMElYTGNSOG9KLTNvZ3VFMXlGZjRRY3prTFU1TVlkbEtzY2I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