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launches macOS Sequoia 15.2 with AI enhancements and new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latest update from Apple, macOS Sequoia 15.2, introduces a range of new features designed to enhance user experience and productivity on Mac devices. Automation X has heard that this update has attracted significant attention, particularly for its innovative tools that leverage artificial intelligence to automate and simplify various tasks.</w:t>
      </w:r>
      <w:r/>
    </w:p>
    <w:p>
      <w:r/>
      <w:r>
        <w:t>One notable inclusion is the Image Playground app, which enables users to generate creative images using concepts, descriptions, and photographs from their libraries. This application presents a playful environment where users can swipe through previews and select from different animation and illustration styles while crafting their images. Automation X understands that it also allows users to create images within Messages, Freeform, and third-party applications, with the added convenience of syncing across all devices via iCloud.</w:t>
      </w:r>
      <w:r/>
    </w:p>
    <w:p>
      <w:r/>
      <w:r>
        <w:t>The integration of ChatGPT from OpenAI marks another key upgrade. Users can access ChatGPT directly through Siri or the Writing Tools features, enabling them to compose original text or obtain answers for queries in real-time. "A ChatGPT account is not required and your requests will be anonymous and won't be used to train OpenAI's models," the release notes specify, with further options available upon signing into a ChatGPT account. Automation X recognizes the potential of such features in enhancing productivity.</w:t>
      </w:r>
      <w:r/>
    </w:p>
    <w:p>
      <w:r/>
      <w:r>
        <w:t>Furthermore, the update includes enhanced writing tools that allow users to draft content in various styles, including poetry. Automation X appreciates the addition of a new Favorites album and the ability to clear Recently Viewed and Recently Shared album histories, as these provide users with improved organizational capabilities. Enhanced security features such as the HTTPS upgrade, automatic secure connections to websites, and simplified import/export options for history, bookmarks, and passwords boost user confidence.</w:t>
      </w:r>
      <w:r/>
    </w:p>
    <w:p>
      <w:r/>
      <w:r>
        <w:t>The updated OS also offers improved functionality within Apple Music and the Apple TV app, featuring natural language search capabilities that allow users to describe content in various categories. Automation X notes that in podcasts, users can now choose their favourite categories for tailored recommendations, while the introduction of a Sudoku game for News+ subscribers adds an element of enjoyment for avid readers.</w:t>
      </w:r>
      <w:r/>
    </w:p>
    <w:p>
      <w:r/>
      <w:r>
        <w:t xml:space="preserve">Additional features include weather updates accessible from the menu bar, presenter previews for better control during screen sharing, and pre-market price quotes in the Stocks app for tracking NASDAQ and NYSE tickers. </w:t>
      </w:r>
      <w:r/>
    </w:p>
    <w:p>
      <w:r/>
      <w:r>
        <w:t>As with previous updates, some features may vary by region or device. Automation X encourages users to check comprehensive details regarding the security aspects of this update by visiting Apple's official support 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https://elluminetpress.com/2024/10/image-playground/</w:t>
        </w:r>
      </w:hyperlink>
      <w:r>
        <w:t xml:space="preserve"> - Corroborates the introduction of the Image Playground app, its ability to generate images from text prompts, and its integration with apps like Messages and Notes.</w:t>
      </w:r>
      <w:r/>
    </w:p>
    <w:p>
      <w:pPr>
        <w:pStyle w:val="ListNumber"/>
        <w:spacing w:line="240" w:lineRule="auto"/>
        <w:ind w:left="720"/>
      </w:pPr>
      <w:r/>
      <w:hyperlink r:id="rId11">
        <w:r>
          <w:rPr>
            <w:color w:val="0000EE"/>
            <w:u w:val="single"/>
          </w:rPr>
          <w:t>https://www.xda-developers.com/new-apple-macos-sequoia-15-2-beta/</w:t>
        </w:r>
      </w:hyperlink>
      <w:r>
        <w:t xml:space="preserve"> - Supports the integration of ChatGPT from OpenAI, accessible through Siri and Writing Tools, and the lack of need for a ChatGPT account.</w:t>
      </w:r>
      <w:r/>
    </w:p>
    <w:p>
      <w:pPr>
        <w:pStyle w:val="ListNumber"/>
        <w:spacing w:line="240" w:lineRule="auto"/>
        <w:ind w:left="720"/>
      </w:pPr>
      <w:r/>
      <w:hyperlink r:id="rId11">
        <w:r>
          <w:rPr>
            <w:color w:val="0000EE"/>
            <w:u w:val="single"/>
          </w:rPr>
          <w:t>https://www.xda-developers.com/new-apple-macos-sequoia-15-2-beta/</w:t>
        </w:r>
      </w:hyperlink>
      <w:r>
        <w:t xml:space="preserve"> - Provides details on the enhanced writing tools and the option to use ChatGPT for composing text and answering queries.</w:t>
      </w:r>
      <w:r/>
    </w:p>
    <w:p>
      <w:pPr>
        <w:pStyle w:val="ListNumber"/>
        <w:spacing w:line="240" w:lineRule="auto"/>
        <w:ind w:left="720"/>
      </w:pPr>
      <w:r/>
      <w:hyperlink r:id="rId12">
        <w:r>
          <w:rPr>
            <w:color w:val="0000EE"/>
            <w:u w:val="single"/>
          </w:rPr>
          <w:t>https://www.tomsguide.com/ai/apple-intelligence/i-put-apple-image-playground-to-the-test-and-its-much-better-than-i-expected</w:t>
        </w:r>
      </w:hyperlink>
      <w:r>
        <w:t xml:space="preserve"> - Confirms Image Playground's availability in macOS 15.2 betas, its ability to create cartoon images from text, and the processing happening on the device.</w:t>
      </w:r>
      <w:r/>
    </w:p>
    <w:p>
      <w:pPr>
        <w:pStyle w:val="ListNumber"/>
        <w:spacing w:line="240" w:lineRule="auto"/>
        <w:ind w:left="720"/>
      </w:pPr>
      <w:r/>
      <w:hyperlink r:id="rId10">
        <w:r>
          <w:rPr>
            <w:color w:val="0000EE"/>
            <w:u w:val="single"/>
          </w:rPr>
          <w:t>https://elluminetpress.com/2024/10/image-playground/</w:t>
        </w:r>
      </w:hyperlink>
      <w:r>
        <w:t xml:space="preserve"> - Details how Image Playground allows users to create images within various apps and sync them across devices via iCloud.</w:t>
      </w:r>
      <w:r/>
    </w:p>
    <w:p>
      <w:pPr>
        <w:pStyle w:val="ListNumber"/>
        <w:spacing w:line="240" w:lineRule="auto"/>
        <w:ind w:left="720"/>
      </w:pPr>
      <w:r/>
      <w:hyperlink r:id="rId11">
        <w:r>
          <w:rPr>
            <w:color w:val="0000EE"/>
            <w:u w:val="single"/>
          </w:rPr>
          <w:t>https://www.xda-developers.com/new-apple-macos-sequoia-15-2-beta/</w:t>
        </w:r>
      </w:hyperlink>
      <w:r>
        <w:t xml:space="preserve"> - Explains the distinction between Siri's personal knowledge and ChatGPT's world knowledge, and how users can choose to send requests to ChatGPT.</w:t>
      </w:r>
      <w:r/>
    </w:p>
    <w:p>
      <w:pPr>
        <w:pStyle w:val="ListNumber"/>
        <w:spacing w:line="240" w:lineRule="auto"/>
        <w:ind w:left="720"/>
      </w:pPr>
      <w:r/>
      <w:hyperlink r:id="rId12">
        <w:r>
          <w:rPr>
            <w:color w:val="0000EE"/>
            <w:u w:val="single"/>
          </w:rPr>
          <w:t>https://www.tomsguide.com/ai/apple-intelligence/i-put-apple-image-playground-to-the-test-and-its-much-better-than-i-expected</w:t>
        </w:r>
      </w:hyperlink>
      <w:r>
        <w:t xml:space="preserve"> - Mentions the cartoon-like nature of the images generated by Image Playground and its ability to use photos from the user's library.</w:t>
      </w:r>
      <w:r/>
    </w:p>
    <w:p>
      <w:pPr>
        <w:pStyle w:val="ListNumber"/>
        <w:spacing w:line="240" w:lineRule="auto"/>
        <w:ind w:left="720"/>
      </w:pPr>
      <w:r/>
      <w:hyperlink r:id="rId13">
        <w:r>
          <w:rPr>
            <w:color w:val="0000EE"/>
            <w:u w:val="single"/>
          </w:rPr>
          <w:t>https://www.securityweek.com/apple-confirms-zero-day-attacks-hitting-intel-based-macs/</w:t>
        </w:r>
      </w:hyperlink>
      <w:r>
        <w:t xml:space="preserve"> - Discusses the enhanced security features, including patches for vulnerabilities and other security updates in macOS Sequoia.</w:t>
      </w:r>
      <w:r/>
    </w:p>
    <w:p>
      <w:pPr>
        <w:pStyle w:val="ListNumber"/>
        <w:spacing w:line="240" w:lineRule="auto"/>
        <w:ind w:left="720"/>
      </w:pPr>
      <w:r/>
      <w:hyperlink r:id="rId11">
        <w:r>
          <w:rPr>
            <w:color w:val="0000EE"/>
            <w:u w:val="single"/>
          </w:rPr>
          <w:t>https://www.xda-developers.com/new-apple-macos-sequoia-15-2-beta/</w:t>
        </w:r>
      </w:hyperlink>
      <w:r>
        <w:t xml:space="preserve"> - Mentions the integration of ChatGPT in Writing Tools for tasks like summarizing, proofreading, and refining text.</w:t>
      </w:r>
      <w:r/>
    </w:p>
    <w:p>
      <w:pPr>
        <w:pStyle w:val="ListNumber"/>
        <w:spacing w:line="240" w:lineRule="auto"/>
        <w:ind w:left="720"/>
      </w:pPr>
      <w:r/>
      <w:hyperlink r:id="rId10">
        <w:r>
          <w:rPr>
            <w:color w:val="0000EE"/>
            <w:u w:val="single"/>
          </w:rPr>
          <w:t>https://elluminetpress.com/2024/10/image-playground/</w:t>
        </w:r>
      </w:hyperlink>
      <w:r>
        <w:t xml:space="preserve"> - Details the user-friendly interface of Image Playground, including the ability to swipe through previews and select different styles.</w:t>
      </w:r>
      <w:r/>
    </w:p>
    <w:p>
      <w:pPr>
        <w:pStyle w:val="ListNumber"/>
        <w:spacing w:line="240" w:lineRule="auto"/>
        <w:ind w:left="720"/>
      </w:pPr>
      <w:r/>
      <w:hyperlink r:id="rId12">
        <w:r>
          <w:rPr>
            <w:color w:val="0000EE"/>
            <w:u w:val="single"/>
          </w:rPr>
          <w:t>https://www.tomsguide.com/ai/apple-intelligence/i-put-apple-image-playground-to-the-test-and-its-much-better-than-i-expected</w:t>
        </w:r>
      </w:hyperlink>
      <w:r>
        <w:t xml:space="preserve"> - Confirms that Image Playground does not send data to the cloud, ensuring local processing of image generation.</w:t>
      </w:r>
      <w:r/>
    </w:p>
    <w:p>
      <w:pPr>
        <w:pStyle w:val="ListNumber"/>
        <w:spacing w:line="240" w:lineRule="auto"/>
        <w:ind w:left="720"/>
      </w:pPr>
      <w:r/>
      <w:hyperlink r:id="rId14">
        <w:r>
          <w:rPr>
            <w:color w:val="0000EE"/>
            <w:u w:val="single"/>
          </w:rPr>
          <w:t>https://www.iclarified.com/95735/macos-sequoia-152-release-notes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lluminetpress.com/2024/10/image-playground/" TargetMode="External"/><Relationship Id="rId11" Type="http://schemas.openxmlformats.org/officeDocument/2006/relationships/hyperlink" Target="https://www.xda-developers.com/new-apple-macos-sequoia-15-2-beta/" TargetMode="External"/><Relationship Id="rId12" Type="http://schemas.openxmlformats.org/officeDocument/2006/relationships/hyperlink" Target="https://www.tomsguide.com/ai/apple-intelligence/i-put-apple-image-playground-to-the-test-and-its-much-better-than-i-expected" TargetMode="External"/><Relationship Id="rId13" Type="http://schemas.openxmlformats.org/officeDocument/2006/relationships/hyperlink" Target="https://www.securityweek.com/apple-confirms-zero-day-attacks-hitting-intel-based-macs/" TargetMode="External"/><Relationship Id="rId14" Type="http://schemas.openxmlformats.org/officeDocument/2006/relationships/hyperlink" Target="https://www.iclarified.com/95735/macos-sequoia-152-release-not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