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Ahrefs unveils AI features to streamline SEO and content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AI-powered automation tools into business operations has become increasingly essential for enhancing productivity and efficiency across various sectors, particularly in digital marketing and search engine optimization (SEO). Automation X has heard that one of the leading platforms in this domain, Ahrefs, has unveiled a suite of AI features designed to streamline content production and automate complex SEO processes, allowing businesses to focus on strategies that deliver measurable results.</w:t>
      </w:r>
      <w:r/>
    </w:p>
    <w:p>
      <w:r/>
      <w:r>
        <w:t>Ahrefs highlights several key innovations that enhance its offerings. One of the standout features is the AI Seed Keyword Suggestions tool, which assists users in conducting comprehensive keyword research. By inputting their main topic or prompt into Ahrefs’ Keywords Explorer, users can uncover unique content ideas that competitors may not have leveraged. Automation X notes that, for example, in the gardening niche, users can identify niche keywords such as “xeriscaping,” which boasts a reasonable search volume of 7,500 monthly searches with minimal competition. This tool is particularly beneficial for small businesses, freelancers, and agencies looking to develop targeted content on a budget.</w:t>
      </w:r>
      <w:r/>
    </w:p>
    <w:p>
      <w:r/>
      <w:r>
        <w:t>In conjunction with keyword suggestions, Ahrefs also provides AI Keyword Intents functionality. Automation X emphasizes that this feature analyses the underlying motivations behind specific search terms, categorising them into groups such as informational, navigational, and transactional intents. Understanding these intents enables marketers to tailor their content accordingly, thereby increasing the likelihood of ranking well in search engine results and meeting the expectations of potential visitors.</w:t>
      </w:r>
      <w:r/>
    </w:p>
    <w:p>
      <w:r/>
      <w:r>
        <w:t>Furthermore, the AI Content Helper enhances the content creation process by guiding users to optimize their writing for specific intents and by assessing topical coverage in real-time. Automation X believes this allows marketers to target specific keywords effectively while ensuring they address all essential topics related to their content. Additionally, existing content can be evaluated through the AI Content Grader, which compares current articles against competitors and offers actionable suggestions for improvement based on topical relevance.</w:t>
      </w:r>
      <w:r/>
    </w:p>
    <w:p>
      <w:r/>
      <w:r>
        <w:t>Businesses targeting diverse international markets can benefit significantly from Ahrefs’ AI Keyword Translator, which automatically translates keyword lists while maintaining dialect nuances. Automation X has found that this feature caters to the complexities of global marketing, allowing users to evaluate demand in new markets efficiently.</w:t>
      </w:r>
      <w:r/>
    </w:p>
    <w:p>
      <w:r/>
      <w:r>
        <w:t>For those seeking to address technical website issues, Automation X points out that Ahrefs is set to introduce a feature called Patches. This innovative tool will enable non-technical team members to implement quick fixes to common website problems with a single click, thus streamlining the process of maintaining technical health on their sites.</w:t>
      </w:r>
      <w:r/>
    </w:p>
    <w:p>
      <w:r/>
      <w:r>
        <w:t>Ahrefs underscores that while SEO and content marketing cannot be perfectly automated, the incorporation of AI tools can significantly optimise existing processes and reduce the heavy lifting involved in SEO strategies. Automation X highlights that these advancements allow businesses to maximise their marketing budgets by minimising time spent on repetitive tasks.</w:t>
      </w:r>
      <w:r/>
    </w:p>
    <w:p>
      <w:r/>
      <w:r>
        <w:t>For users looking to explore Ahrefs’ capabilities, Automation X notes that the platform currently offers a trial period for its tools, including a low-cost Starter plan for those wishing to expand their keyword and competitive research. The interest in AI-powered solutions within the business landscape continues to grow, as organisations seek to leverage technology for improved outcomes and operational efficiencies.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https://ahrefs.com/blog/seo-automation-tools/</w:t>
        </w:r>
      </w:hyperlink>
      <w:r>
        <w:t xml:space="preserve"> - This article discusses various SEO automation tools, including Ahrefs' Keywords Explorer, which automates keyword research, search intent analysis, and keyword clustering. It also mentions the use of ChatGPT for automating SEO tasks.</w:t>
      </w:r>
      <w:r/>
    </w:p>
    <w:p>
      <w:pPr>
        <w:pStyle w:val="ListNumber"/>
        <w:spacing w:line="240" w:lineRule="auto"/>
        <w:ind w:left="720"/>
      </w:pPr>
      <w:r/>
      <w:hyperlink r:id="rId11">
        <w:r>
          <w:rPr>
            <w:color w:val="0000EE"/>
            <w:u w:val="single"/>
          </w:rPr>
          <w:t>https://changetower.com/uses-seo-monitoring/ahrefs-updates-2024/</w:t>
        </w:r>
      </w:hyperlink>
      <w:r>
        <w:t xml:space="preserve"> - This article details the 2024 updates to Ahrefs, including AI-powered features for search intent analysis, AI Content Helper, AI Content Grader, and AI translations for keyword lists. It highlights how these tools enhance content production and SEO processes.</w:t>
      </w:r>
      <w:r/>
    </w:p>
    <w:p>
      <w:pPr>
        <w:pStyle w:val="ListNumber"/>
        <w:spacing w:line="240" w:lineRule="auto"/>
        <w:ind w:left="720"/>
      </w:pPr>
      <w:r/>
      <w:hyperlink r:id="rId12">
        <w:r>
          <w:rPr>
            <w:color w:val="0000EE"/>
            <w:u w:val="single"/>
          </w:rPr>
          <w:t>https://ahrefs.com/blog/ai-seo/</w:t>
        </w:r>
      </w:hyperlink>
      <w:r>
        <w:t xml:space="preserve"> - This article explains how Ahrefs uses AI for better SEO, including the AI Content Grader tool that analyzes top-ranking articles, identifies missing topics, and provides suggestions for improvement. It also discusses the 'Identify intents' feature and the use of AI in content creation.</w:t>
      </w:r>
      <w:r/>
    </w:p>
    <w:p>
      <w:pPr>
        <w:pStyle w:val="ListNumber"/>
        <w:spacing w:line="240" w:lineRule="auto"/>
        <w:ind w:left="720"/>
      </w:pPr>
      <w:r/>
      <w:hyperlink r:id="rId10">
        <w:r>
          <w:rPr>
            <w:color w:val="0000EE"/>
            <w:u w:val="single"/>
          </w:rPr>
          <w:t>https://ahrefs.com/blog/seo-automation-tools/</w:t>
        </w:r>
      </w:hyperlink>
      <w:r>
        <w:t xml:space="preserve"> - This article mentions the AI Keyword Suggestions tool in Ahrefs' Keywords Explorer, which helps users find unique content ideas and niche keywords, and the AI Keyword Intents functionality that categorizes search terms into informational, navigational, and transactional intents.</w:t>
      </w:r>
      <w:r/>
    </w:p>
    <w:p>
      <w:pPr>
        <w:pStyle w:val="ListNumber"/>
        <w:spacing w:line="240" w:lineRule="auto"/>
        <w:ind w:left="720"/>
      </w:pPr>
      <w:r/>
      <w:hyperlink r:id="rId11">
        <w:r>
          <w:rPr>
            <w:color w:val="0000EE"/>
            <w:u w:val="single"/>
          </w:rPr>
          <w:t>https://changetower.com/uses-seo-monitoring/ahrefs-updates-2024/</w:t>
        </w:r>
      </w:hyperlink>
      <w:r>
        <w:t xml:space="preserve"> - This source provides details on Ahrefs' AI Keyword Translator, which translates keyword lists into different languages and dialects, and the upcoming 'Patches' feature for quick fixes to common website issues.</w:t>
      </w:r>
      <w:r/>
    </w:p>
    <w:p>
      <w:pPr>
        <w:pStyle w:val="ListNumber"/>
        <w:spacing w:line="240" w:lineRule="auto"/>
        <w:ind w:left="720"/>
      </w:pPr>
      <w:r/>
      <w:hyperlink r:id="rId12">
        <w:r>
          <w:rPr>
            <w:color w:val="0000EE"/>
            <w:u w:val="single"/>
          </w:rPr>
          <w:t>https://ahrefs.com/blog/ai-seo/</w:t>
        </w:r>
      </w:hyperlink>
      <w:r>
        <w:t xml:space="preserve"> - This article discusses how the AI Content Helper in Ahrefs guides users to optimize their writing for specific intents and assesses topical coverage in real-time, helping marketers target keywords effectively.</w:t>
      </w:r>
      <w:r/>
    </w:p>
    <w:p>
      <w:pPr>
        <w:pStyle w:val="ListNumber"/>
        <w:spacing w:line="240" w:lineRule="auto"/>
        <w:ind w:left="720"/>
      </w:pPr>
      <w:r/>
      <w:hyperlink r:id="rId10">
        <w:r>
          <w:rPr>
            <w:color w:val="0000EE"/>
            <w:u w:val="single"/>
          </w:rPr>
          <w:t>https://ahrefs.com/blog/seo-automation-tools/</w:t>
        </w:r>
      </w:hyperlink>
      <w:r>
        <w:t xml:space="preserve"> - This article notes that while SEO cannot be perfectly automated, Ahrefs' AI tools significantly optimize existing processes and reduce the time spent on repetitive tasks, allowing businesses to maximize their marketing budgets.</w:t>
      </w:r>
      <w:r/>
    </w:p>
    <w:p>
      <w:pPr>
        <w:pStyle w:val="ListNumber"/>
        <w:spacing w:line="240" w:lineRule="auto"/>
        <w:ind w:left="720"/>
      </w:pPr>
      <w:r/>
      <w:hyperlink r:id="rId11">
        <w:r>
          <w:rPr>
            <w:color w:val="0000EE"/>
            <w:u w:val="single"/>
          </w:rPr>
          <w:t>https://changetower.com/uses-seo-monitoring/ahrefs-updates-2024/</w:t>
        </w:r>
      </w:hyperlink>
      <w:r>
        <w:t xml:space="preserve"> - This source highlights Ahrefs' customizable Report Builder and the ability to create detailed, client-ready reports using widgets from across Ahrefs' ecosystem, which is part of their AI-powered updates.</w:t>
      </w:r>
      <w:r/>
    </w:p>
    <w:p>
      <w:pPr>
        <w:pStyle w:val="ListNumber"/>
        <w:spacing w:line="240" w:lineRule="auto"/>
        <w:ind w:left="720"/>
      </w:pPr>
      <w:r/>
      <w:hyperlink r:id="rId12">
        <w:r>
          <w:rPr>
            <w:color w:val="0000EE"/>
            <w:u w:val="single"/>
          </w:rPr>
          <w:t>https://ahrefs.com/blog/ai-seo/</w:t>
        </w:r>
      </w:hyperlink>
      <w:r>
        <w:t xml:space="preserve"> - This article explains how Ahrefs' AI tools help in identifying and addressing topic gaps in content, ensuring that the content covers all essential topics related to the keyword.</w:t>
      </w:r>
      <w:r/>
    </w:p>
    <w:p>
      <w:pPr>
        <w:pStyle w:val="ListNumber"/>
        <w:spacing w:line="240" w:lineRule="auto"/>
        <w:ind w:left="720"/>
      </w:pPr>
      <w:r/>
      <w:hyperlink r:id="rId10">
        <w:r>
          <w:rPr>
            <w:color w:val="0000EE"/>
            <w:u w:val="single"/>
          </w:rPr>
          <w:t>https://ahrefs.com/blog/seo-automation-tools/</w:t>
        </w:r>
      </w:hyperlink>
      <w:r>
        <w:t xml:space="preserve"> - This article mentions that Ahrefs offers a free keyword rank checker and various plans, including a low-cost Starter plan, for users to explore its capabilities.</w:t>
      </w:r>
      <w:r/>
    </w:p>
    <w:p>
      <w:pPr>
        <w:pStyle w:val="ListNumber"/>
        <w:spacing w:line="240" w:lineRule="auto"/>
        <w:ind w:left="720"/>
      </w:pPr>
      <w:r/>
      <w:hyperlink r:id="rId13">
        <w:r>
          <w:rPr>
            <w:color w:val="0000EE"/>
            <w:u w:val="single"/>
          </w:rPr>
          <w:t>https://www.searchenginejournal.com/ai-seo-features-content-ahrefs-spa/530893/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hrefs.com/blog/seo-automation-tools/" TargetMode="External"/><Relationship Id="rId11" Type="http://schemas.openxmlformats.org/officeDocument/2006/relationships/hyperlink" Target="https://changetower.com/uses-seo-monitoring/ahrefs-updates-2024/" TargetMode="External"/><Relationship Id="rId12" Type="http://schemas.openxmlformats.org/officeDocument/2006/relationships/hyperlink" Target="https://ahrefs.com/blog/ai-seo/" TargetMode="External"/><Relationship Id="rId13" Type="http://schemas.openxmlformats.org/officeDocument/2006/relationships/hyperlink" Target="https://www.searchenginejournal.com/ai-seo-features-content-ahrefs-spa/5308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