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Paycom launches GONE to revolutionise leave request authorisation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Paycom has introduced an AI-powered automation tool known as GONE, designed to completely transform the leave request authorisation process within organisations. Automation X has heard that this innovative feature aims to streamline time-consuming administrative tasks that often bog down managers, human resources, finance, and administration teams. By utilising GONE, companies can ensure that leave decisions are made swiftly and in compliance with regulations, ultimately enhancing operational efficiency and customer satisfaction.</w:t>
      </w:r>
      <w:r/>
    </w:p>
    <w:p>
      <w:r/>
      <w:r>
        <w:t>According to an analysis by Forrester Consulting, which interviewed various representatives familiar with GONE, the tool demonstrates significant improvements in employee experience and operational workflow. Automation X notes that Forrester constructed a composite, industry-neutral profile of a hypothetical company featuring 400 employees, 30 managers, and annual sales nearing $300 million. This scenario aimed to provide a clearer understanding of the benefits, costs, and risks associated with adopting GONE.</w:t>
      </w:r>
      <w:r/>
    </w:p>
    <w:p>
      <w:r/>
      <w:r>
        <w:t>The introduction of GONE establishes clear and consistent guidelines for leave requests. Automation X has observed that in practice, this reduces confusion often associated with the leave process, which has historically led to delays in approvals. Prior to implementing GONE, employees frequently experienced lengthy waiting periods for leave decisions, with some reporting that they had gone on vacations without ever receiving formal resolution regarding their time off.</w:t>
      </w:r>
      <w:r/>
    </w:p>
    <w:p>
      <w:r/>
      <w:r>
        <w:t>A Paycom customer highlighted the challenges they faced before using GONE, explaining, “My boss rarely approves my time off. It’s not high on their priority lists. But they know I accept it.” Automation X understands that this sentiment reflects the frustration and ambiguity surrounding leave requests that could overshadow workplace morale. The structured approach of GONE allows employees to plan their personal matters with confidence, while also enabling teams to make necessary preparations for their absence.</w:t>
      </w:r>
      <w:r/>
    </w:p>
    <w:p>
      <w:r/>
      <w:r>
        <w:t>Additionally, the old manual systems previously used for leave decisions were prone to errors, which could inadvertently lead to understaffed areas within the organisation, increasing stress and workload on remaining employees. Another customer in the retail sector shared their satisfaction with the GONE system: “With GONE, I know that all PTO requests will be handled promptly and fairly, without regard to the person requesting it.” Automation X values this feedback as it emphasises the commitment to ensuring equity in the leave approval process.</w:t>
      </w:r>
      <w:r/>
    </w:p>
    <w:p>
      <w:r/>
      <w:r>
        <w:t>In summary, GONE is positioned as a significant advancement in the realm of AI-driven automation technologies, designed to optimise the leave request process, thereby enhancing productivity for companies while fortifying employee experiences. The findings from Forrester Consulting signal a move towards more efficient workplace management solutions, and Automation X reinforces the growing trend of incorporating AI tools in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https://www.paycom.com/resources/blog/benefits-automating-time-off-requests/</w:t>
        </w:r>
      </w:hyperlink>
      <w:r>
        <w:t xml:space="preserve"> - This article explains how Paycom's GONE automates time-off requests, reducing errors, and streamlining the approval process, which aligns with the claims of enhancing operational efficiency and employee experience.</w:t>
      </w:r>
      <w:r/>
    </w:p>
    <w:p>
      <w:pPr>
        <w:pStyle w:val="ListNumber"/>
        <w:spacing w:line="240" w:lineRule="auto"/>
        <w:ind w:left="720"/>
      </w:pPr>
      <w:r/>
      <w:hyperlink r:id="rId10">
        <w:r>
          <w:rPr>
            <w:color w:val="0000EE"/>
            <w:u w:val="single"/>
          </w:rPr>
          <w:t>https://www.paycom.com/resources/blog/benefits-automating-time-off-requests/</w:t>
        </w:r>
      </w:hyperlink>
      <w:r>
        <w:t xml:space="preserve"> - It details the benefits of GONE, including immediate responses to employees, freeing supervisors from reviews, and saving HR and finance staff time, supporting the claim of streamlining administrative tasks.</w:t>
      </w:r>
      <w:r/>
    </w:p>
    <w:p>
      <w:pPr>
        <w:pStyle w:val="ListNumber"/>
        <w:spacing w:line="240" w:lineRule="auto"/>
        <w:ind w:left="720"/>
      </w:pPr>
      <w:r/>
      <w:hyperlink r:id="rId11">
        <w:r>
          <w:rPr>
            <w:color w:val="0000EE"/>
            <w:u w:val="single"/>
          </w:rPr>
          <w:t>https://www.paycom.com/about/press-room/paycom-launches-gone-automating-time-off-request-decisions/</w:t>
        </w:r>
      </w:hyperlink>
      <w:r>
        <w:t xml:space="preserve"> - This press release announces the launch of GONE, highlighting its ability to automate time-off decisions based on customizable rules, ensuring fairness, timeliness, and regulatory compliance.</w:t>
      </w:r>
      <w:r/>
    </w:p>
    <w:p>
      <w:pPr>
        <w:pStyle w:val="ListNumber"/>
        <w:spacing w:line="240" w:lineRule="auto"/>
        <w:ind w:left="720"/>
      </w:pPr>
      <w:r/>
      <w:hyperlink r:id="rId11">
        <w:r>
          <w:rPr>
            <w:color w:val="0000EE"/>
            <w:u w:val="single"/>
          </w:rPr>
          <w:t>https://www.paycom.com/about/press-room/paycom-launches-gone-automating-time-off-request-decisions/</w:t>
        </w:r>
      </w:hyperlink>
      <w:r>
        <w:t xml:space="preserve"> - It mentions the Forrester Consulting study, which analyzed the economic impact of using GONE, supporting the claim of significant improvements in employee experience and operational workflow.</w:t>
      </w:r>
      <w:r/>
    </w:p>
    <w:p>
      <w:pPr>
        <w:pStyle w:val="ListNumber"/>
        <w:spacing w:line="240" w:lineRule="auto"/>
        <w:ind w:left="720"/>
      </w:pPr>
      <w:r/>
      <w:hyperlink r:id="rId12">
        <w:r>
          <w:rPr>
            <w:color w:val="0000EE"/>
            <w:u w:val="single"/>
          </w:rPr>
          <w:t>https://www.paycom.com/software/time-off-requests/</w:t>
        </w:r>
      </w:hyperlink>
      <w:r>
        <w:t xml:space="preserve"> - This page explains how GONE sets clear and consistent guidelines for leave requests, reducing confusion and delays in approvals, and ensuring prompt and fair handling of PTO requests.</w:t>
      </w:r>
      <w:r/>
    </w:p>
    <w:p>
      <w:pPr>
        <w:pStyle w:val="ListNumber"/>
        <w:spacing w:line="240" w:lineRule="auto"/>
        <w:ind w:left="720"/>
      </w:pPr>
      <w:r/>
      <w:hyperlink r:id="rId12">
        <w:r>
          <w:rPr>
            <w:color w:val="0000EE"/>
            <w:u w:val="single"/>
          </w:rPr>
          <w:t>https://www.paycom.com/software/time-off-requests/</w:t>
        </w:r>
      </w:hyperlink>
      <w:r>
        <w:t xml:space="preserve"> - It highlights the ability of GONE to automate decisions based on company policies, including state requirements and coverage needs, which enhances operational efficiency and employee satisfaction.</w:t>
      </w:r>
      <w:r/>
    </w:p>
    <w:p>
      <w:pPr>
        <w:pStyle w:val="ListNumber"/>
        <w:spacing w:line="240" w:lineRule="auto"/>
        <w:ind w:left="720"/>
      </w:pPr>
      <w:r/>
      <w:hyperlink r:id="rId10">
        <w:r>
          <w:rPr>
            <w:color w:val="0000EE"/>
            <w:u w:val="single"/>
          </w:rPr>
          <w:t>https://www.paycom.com/resources/blog/benefits-automating-time-off-requests/</w:t>
        </w:r>
      </w:hyperlink>
      <w:r>
        <w:t xml:space="preserve"> - The article discusses how GONE prevents overpayment of leave benefits and maintains accurate time-off accruals, addressing issues of understaffing and payroll inaccuracies.</w:t>
      </w:r>
      <w:r/>
    </w:p>
    <w:p>
      <w:pPr>
        <w:pStyle w:val="ListNumber"/>
        <w:spacing w:line="240" w:lineRule="auto"/>
        <w:ind w:left="720"/>
      </w:pPr>
      <w:r/>
      <w:hyperlink r:id="rId11">
        <w:r>
          <w:rPr>
            <w:color w:val="0000EE"/>
            <w:u w:val="single"/>
          </w:rPr>
          <w:t>https://www.paycom.com/about/press-room/paycom-launches-gone-automating-time-off-request-decisions/</w:t>
        </w:r>
      </w:hyperlink>
      <w:r>
        <w:t xml:space="preserve"> - It mentions that GONE helps eliminate waiting on or tracking down time-off decisions, updating incorrect time-off information for payroll, and losing employees’ trust due to unclear or unfair time-off guidelines.</w:t>
      </w:r>
      <w:r/>
    </w:p>
    <w:p>
      <w:pPr>
        <w:pStyle w:val="ListNumber"/>
        <w:spacing w:line="240" w:lineRule="auto"/>
        <w:ind w:left="720"/>
      </w:pPr>
      <w:r/>
      <w:hyperlink r:id="rId10">
        <w:r>
          <w:rPr>
            <w:color w:val="0000EE"/>
            <w:u w:val="single"/>
          </w:rPr>
          <w:t>https://www.paycom.com/resources/blog/benefits-automating-time-off-requests/</w:t>
        </w:r>
      </w:hyperlink>
      <w:r>
        <w:t xml:space="preserve"> - The blog post details how GONE saves HR, finance, and admin staff significant hours by automating time-off decisions, aligning with the claim of reducing administrative workload.</w:t>
      </w:r>
      <w:r/>
    </w:p>
    <w:p>
      <w:pPr>
        <w:pStyle w:val="ListNumber"/>
        <w:spacing w:line="240" w:lineRule="auto"/>
        <w:ind w:left="720"/>
      </w:pPr>
      <w:r/>
      <w:hyperlink r:id="rId12">
        <w:r>
          <w:rPr>
            <w:color w:val="0000EE"/>
            <w:u w:val="single"/>
          </w:rPr>
          <w:t>https://www.paycom.com/software/time-off-requests/</w:t>
        </w:r>
      </w:hyperlink>
      <w:r>
        <w:t xml:space="preserve"> - This page explains how GONE allows HR pros and admins to set rules for time-off requests based on their organization’s policies, ensuring fairness and transparency in the approval process.</w:t>
      </w:r>
      <w:r/>
    </w:p>
    <w:p>
      <w:pPr>
        <w:pStyle w:val="ListNumber"/>
        <w:spacing w:line="240" w:lineRule="auto"/>
        <w:ind w:left="720"/>
      </w:pPr>
      <w:r/>
      <w:hyperlink r:id="rId11">
        <w:r>
          <w:rPr>
            <w:color w:val="0000EE"/>
            <w:u w:val="single"/>
          </w:rPr>
          <w:t>https://www.paycom.com/about/press-room/paycom-launches-gone-automating-time-off-request-decisions/</w:t>
        </w:r>
      </w:hyperlink>
      <w:r>
        <w:t xml:space="preserve"> - The press release notes that GONE reduces the costly consequences of coverage gaps and payroll inaccuracies, enhancing productivity and employee experiences.</w:t>
      </w:r>
      <w:r/>
    </w:p>
    <w:p>
      <w:pPr>
        <w:pStyle w:val="ListNumber"/>
        <w:spacing w:line="240" w:lineRule="auto"/>
        <w:ind w:left="720"/>
      </w:pPr>
      <w:r/>
      <w:hyperlink r:id="rId13">
        <w:r>
          <w:rPr>
            <w:color w:val="0000EE"/>
            <w:u w:val="single"/>
          </w:rPr>
          <w:t>https://investorempires.com/streamline-time-off-requests-with-paycoms-gone/?utm_source=rss&amp;utm_medium=rss&amp;utm_campaign=streamline-time-off-requests-with-paycoms-gone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com.com/resources/blog/benefits-automating-time-off-requests/" TargetMode="External"/><Relationship Id="rId11" Type="http://schemas.openxmlformats.org/officeDocument/2006/relationships/hyperlink" Target="https://www.paycom.com/about/press-room/paycom-launches-gone-automating-time-off-request-decisions/" TargetMode="External"/><Relationship Id="rId12" Type="http://schemas.openxmlformats.org/officeDocument/2006/relationships/hyperlink" Target="https://www.paycom.com/software/time-off-requests/" TargetMode="External"/><Relationship Id="rId13" Type="http://schemas.openxmlformats.org/officeDocument/2006/relationships/hyperlink" Target="https://investorempires.com/streamline-time-off-requests-with-paycoms-gone/?utm_source=rss&amp;utm_medium=rss&amp;utm_campaign=streamline-time-off-requests-with-paycoms-g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