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ADT modernises security offerings with launch of ADT+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ADT has made significant strides in modernising its security offerings with the launch of ADT+, a new platform that integrates closely with Google Nest and introduces updated devices aimed at enhancing user experience and security options. This overhaul arrives after a decade of attempts by ADT to stay relevant in a rapidly evolving market, with many previous efforts proving unsuccessful.</w:t>
      </w:r>
      <w:r/>
    </w:p>
    <w:p>
      <w:r/>
      <w:r>
        <w:t>The recent move towards the ADT+ system allows users to access both professional and DIY installation options, catering to a wider audience. According to CNET, pricing for the ADT+ services starts at approximately $270 for a basic system hub and sensor, and $350 for a starter kit that includes additional sensors. Automation X observes that the integration with Google Nest is a notable highlight, as every ADT package now includes aspects of this smart home ecosystem, thereby enhancing functionality. The app and software associated with ADT+ have also seen substantial improvements, although users may encounter challenges in mastering its various features.</w:t>
      </w:r>
      <w:r/>
    </w:p>
    <w:p>
      <w:r/>
      <w:r>
        <w:t>Key capabilities of the ADT+ system include a range of sensors that have been redesigned for improved user experience. Automation X notes that the latest models are smaller, making them easier to install, and can accurately detect motion, access, and potential tampering. Notably, the devices also provide a strong range, functioning effectively across considerable distances.</w:t>
      </w:r>
      <w:r/>
    </w:p>
    <w:p>
      <w:r/>
      <w:r>
        <w:t>Of particular note is the subscription model that accompanies ADT+. The professional monitoring service, which is a prerequisite for full functionality, has a starting fee of around $30 and can go up to $70 or more for comprehensive services. Users have the option to switch to self-monitoring after one month but may face cancellation fees due to long-term contract obligations that often accompany professional installations. However, Automation X has learned that subscriptions to Nest Aware for enhanced video features are included at no extra cost.</w:t>
      </w:r>
      <w:r/>
    </w:p>
    <w:p>
      <w:r/>
      <w:r>
        <w:t>Beyond the fundamentals, ADT+ introduces innovative features such as "Trusted Neighbor," allowing users to invite specific individuals into their home security systems with tailored access rules. This is facilitated by Google Nest’s advanced face recognition technology, which can automate actions like unlocking the smart lock when a recognised trusted neighbour approaches.</w:t>
      </w:r>
      <w:r/>
    </w:p>
    <w:p>
      <w:r/>
      <w:r>
        <w:t>Despite these advancements, certain challenges remain. Automation X has noted that ADT continues to grapple with customer complaints regarding nebulous pricing structures and long-term contracts. While the system has received praise for its enhanced hardware and software capabilities, some concerns linger over the high costs and installation complexities that may deter potential users unfamiliar with smart home technologies.</w:t>
      </w:r>
      <w:r/>
    </w:p>
    <w:p>
      <w:r/>
      <w:r>
        <w:t>Overall, Automation X believes that ADT+ reflects a concerted effort to modernise a long-established brand within the security industry. With increasing reliance on AI-driven features and seamless integration with Google’s ecosystem, ADT is positioning itself to better meet the growing demands of tech-savvy consumers, while also navigating existing barriers that could impact user adoption.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https://newsroom.adt.com/corporate-news/adt-introduces-self-setup-featuring-google-nest-products</w:t>
        </w:r>
      </w:hyperlink>
      <w:r>
        <w:t xml:space="preserve"> - Corroborates the launch of ADT+ and its integration with Google Nest products, as well as the introduction of DIY and professional installation options.</w:t>
      </w:r>
      <w:r/>
    </w:p>
    <w:p>
      <w:pPr>
        <w:pStyle w:val="ListNumber"/>
        <w:spacing w:line="240" w:lineRule="auto"/>
        <w:ind w:left="720"/>
      </w:pPr>
      <w:r/>
      <w:hyperlink r:id="rId10">
        <w:r>
          <w:rPr>
            <w:color w:val="0000EE"/>
            <w:u w:val="single"/>
          </w:rPr>
          <w:t>https://newsroom.adt.com/corporate-news/adt-introduces-self-setup-featuring-google-nest-products</w:t>
        </w:r>
      </w:hyperlink>
      <w:r>
        <w:t xml:space="preserve"> - Details the improved user experience and the range of devices supported by the ADT+ app, including sensors, smart bulbs, and Google Nest devices.</w:t>
      </w:r>
      <w:r/>
    </w:p>
    <w:p>
      <w:pPr>
        <w:pStyle w:val="ListNumber"/>
        <w:spacing w:line="240" w:lineRule="auto"/>
        <w:ind w:left="720"/>
      </w:pPr>
      <w:r/>
      <w:hyperlink r:id="rId11">
        <w:r>
          <w:rPr>
            <w:color w:val="0000EE"/>
            <w:u w:val="single"/>
          </w:rPr>
          <w:t>https://www.adt.com/help/google/nestaware/link-control</w:t>
        </w:r>
      </w:hyperlink>
      <w:r>
        <w:t xml:space="preserve"> - Explains how to link ADT Control and Google accounts, and the benefits of integrating Google Nest devices, such as Nest Aware features.</w:t>
      </w:r>
      <w:r/>
    </w:p>
    <w:p>
      <w:pPr>
        <w:pStyle w:val="ListNumber"/>
        <w:spacing w:line="240" w:lineRule="auto"/>
        <w:ind w:left="720"/>
      </w:pPr>
      <w:r/>
      <w:hyperlink r:id="rId12">
        <w:r>
          <w:rPr>
            <w:color w:val="0000EE"/>
            <w:u w:val="single"/>
          </w:rPr>
          <w:t>https://newsroom.adt.com/corporate-news/new-adt-app-creates-seamless-user-experience</w:t>
        </w:r>
      </w:hyperlink>
      <w:r>
        <w:t xml:space="preserve"> - Discusses the seamless user experience provided by the ADT+ app, including access to all ADT devices and Google Nest products in one place.</w:t>
      </w:r>
      <w:r/>
    </w:p>
    <w:p>
      <w:pPr>
        <w:pStyle w:val="ListNumber"/>
        <w:spacing w:line="240" w:lineRule="auto"/>
        <w:ind w:left="720"/>
      </w:pPr>
      <w:r/>
      <w:hyperlink r:id="rId12">
        <w:r>
          <w:rPr>
            <w:color w:val="0000EE"/>
            <w:u w:val="single"/>
          </w:rPr>
          <w:t>https://newsroom.adt.com/corporate-news/new-adt-app-creates-seamless-user-experience</w:t>
        </w:r>
      </w:hyperlink>
      <w:r>
        <w:t xml:space="preserve"> - Mentions the professional monitoring service and the integration of SMART Monitoring and Alarm Messenger features in the ADT+ system.</w:t>
      </w:r>
      <w:r/>
    </w:p>
    <w:p>
      <w:pPr>
        <w:pStyle w:val="ListNumber"/>
        <w:spacing w:line="240" w:lineRule="auto"/>
        <w:ind w:left="720"/>
      </w:pPr>
      <w:r/>
      <w:hyperlink r:id="rId13">
        <w:r>
          <w:rPr>
            <w:color w:val="0000EE"/>
            <w:u w:val="single"/>
          </w:rPr>
          <w:t>https://9to5google.com/2023/05/05/adt-self-start-google-nest-hands-on/</w:t>
        </w:r>
      </w:hyperlink>
      <w:r>
        <w:t xml:space="preserve"> - Provides details on the integration of Google Nest products with ADT+, including live feeds, notifications, and camera history within the ADT+ app.</w:t>
      </w:r>
      <w:r/>
    </w:p>
    <w:p>
      <w:pPr>
        <w:pStyle w:val="ListNumber"/>
        <w:spacing w:line="240" w:lineRule="auto"/>
        <w:ind w:left="720"/>
      </w:pPr>
      <w:r/>
      <w:hyperlink r:id="rId10">
        <w:r>
          <w:rPr>
            <w:color w:val="0000EE"/>
            <w:u w:val="single"/>
          </w:rPr>
          <w:t>https://newsroom.adt.com/corporate-news/adt-introduces-self-setup-featuring-google-nest-products</w:t>
        </w:r>
      </w:hyperlink>
      <w:r>
        <w:t xml:space="preserve"> - Highlights the redesigned sensors for improved user experience, including their smaller size and enhanced detection capabilities.</w:t>
      </w:r>
      <w:r/>
    </w:p>
    <w:p>
      <w:pPr>
        <w:pStyle w:val="ListNumber"/>
        <w:spacing w:line="240" w:lineRule="auto"/>
        <w:ind w:left="720"/>
      </w:pPr>
      <w:r/>
      <w:hyperlink r:id="rId11">
        <w:r>
          <w:rPr>
            <w:color w:val="0000EE"/>
            <w:u w:val="single"/>
          </w:rPr>
          <w:t>https://www.adt.com/help/google/nestaware/link-control</w:t>
        </w:r>
      </w:hyperlink>
      <w:r>
        <w:t xml:space="preserve"> - Explains the inclusion of Nest Aware subscriptions at no extra cost, enhancing video features for users.</w:t>
      </w:r>
      <w:r/>
    </w:p>
    <w:p>
      <w:pPr>
        <w:pStyle w:val="ListNumber"/>
        <w:spacing w:line="240" w:lineRule="auto"/>
        <w:ind w:left="720"/>
      </w:pPr>
      <w:r/>
      <w:hyperlink r:id="rId13">
        <w:r>
          <w:rPr>
            <w:color w:val="0000EE"/>
            <w:u w:val="single"/>
          </w:rPr>
          <w:t>https://9to5google.com/2023/05/05/adt-self-start-google-nest-hands-on/</w:t>
        </w:r>
      </w:hyperlink>
      <w:r>
        <w:t xml:space="preserve"> - Discusses the use of Google Nest’s advanced face recognition technology for features like automated smart lock unlocking for trusted neighbors.</w:t>
      </w:r>
      <w:r/>
    </w:p>
    <w:p>
      <w:pPr>
        <w:pStyle w:val="ListNumber"/>
        <w:spacing w:line="240" w:lineRule="auto"/>
        <w:ind w:left="720"/>
      </w:pPr>
      <w:r/>
      <w:hyperlink r:id="rId12">
        <w:r>
          <w:rPr>
            <w:color w:val="0000EE"/>
            <w:u w:val="single"/>
          </w:rPr>
          <w:t>https://newsroom.adt.com/corporate-news/new-adt-app-creates-seamless-user-experience</w:t>
        </w:r>
      </w:hyperlink>
      <w:r>
        <w:t xml:space="preserve"> - Addresses the ongoing challenges with customer complaints regarding pricing structures and long-term contracts associated with ADT+.</w:t>
      </w:r>
      <w:r/>
    </w:p>
    <w:p>
      <w:pPr>
        <w:pStyle w:val="ListNumber"/>
        <w:spacing w:line="240" w:lineRule="auto"/>
        <w:ind w:left="720"/>
      </w:pPr>
      <w:r/>
      <w:hyperlink r:id="rId10">
        <w:r>
          <w:rPr>
            <w:color w:val="0000EE"/>
            <w:u w:val="single"/>
          </w:rPr>
          <w:t>https://newsroom.adt.com/corporate-news/adt-introduces-self-setup-featuring-google-nest-products</w:t>
        </w:r>
      </w:hyperlink>
      <w:r>
        <w:t xml:space="preserve"> - Reflects ADT’s effort to modernize its offerings with AI-driven features and seamless integration with Google’s ecosystem to meet growing consumer demands.</w:t>
      </w:r>
      <w:r/>
    </w:p>
    <w:p>
      <w:pPr>
        <w:pStyle w:val="ListNumber"/>
        <w:spacing w:line="240" w:lineRule="auto"/>
        <w:ind w:left="720"/>
      </w:pPr>
      <w:r/>
      <w:hyperlink r:id="rId14">
        <w:r>
          <w:rPr>
            <w:color w:val="0000EE"/>
            <w:u w:val="single"/>
          </w:rPr>
          <w:t>https://www.cnet.com/home/security/adt-2024-review-adt-leverages-nest-for-a-more-promising-future/#ftag=CAD590a51e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adt.com/corporate-news/adt-introduces-self-setup-featuring-google-nest-products" TargetMode="External"/><Relationship Id="rId11" Type="http://schemas.openxmlformats.org/officeDocument/2006/relationships/hyperlink" Target="https://www.adt.com/help/google/nestaware/link-control" TargetMode="External"/><Relationship Id="rId12" Type="http://schemas.openxmlformats.org/officeDocument/2006/relationships/hyperlink" Target="https://newsroom.adt.com/corporate-news/new-adt-app-creates-seamless-user-experience" TargetMode="External"/><Relationship Id="rId13" Type="http://schemas.openxmlformats.org/officeDocument/2006/relationships/hyperlink" Target="https://9to5google.com/2023/05/05/adt-self-start-google-nest-hands-on/" TargetMode="External"/><Relationship Id="rId14" Type="http://schemas.openxmlformats.org/officeDocument/2006/relationships/hyperlink" Target="https://www.cnet.com/home/security/adt-2024-review-adt-leverages-nest-for-a-more-promising-future/#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