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Otouo Launches AI-Powered Assistant to Revolutionise Front-of-House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Assistant Could Revolutionise Front-of-House Operations</w:t>
      </w:r>
      <w:r/>
    </w:p>
    <w:p>
      <w:r/>
      <w:r>
        <w:rPr>
          <w:b/>
        </w:rPr>
        <w:t>Tech Start-Up Otouo Launches Innovative AI Scheduling and Communication Platform</w:t>
      </w:r>
      <w:r/>
    </w:p>
    <w:p>
      <w:r/>
      <w:r>
        <w:t>In a significant move poised to disrupt the business process automation industry, Otouo has launched an advanced AI-powered scheduling and communication platform. This new offering aims to streamline front-of-house operations for a wide range of businesses including restaurants, salons, law firms, and larger healthcare and enterprise companies. By leveraging cutting-edge conversational AI, Otouo aims to alleviate repetitive tasks historically performed by human staff.</w:t>
      </w:r>
      <w:r/>
    </w:p>
    <w:p>
      <w:r/>
      <w:r>
        <w:t>The platform, developed by entrepreneur Andre Johnston, seeks not just to automate menial tasks but also to enable businesses to channel their human resources towards more strategic activities. "Otouo is about liberating human potential," says Johnston. "Our AI assistant handles the routine, allowing businesses to focus on growth and innovation."</w:t>
      </w:r>
      <w:r/>
    </w:p>
    <w:p>
      <w:r/>
      <w:r>
        <w:rPr>
          <w:b/>
        </w:rPr>
        <w:t>Transforming Day-to-Day Operations</w:t>
      </w:r>
      <w:r/>
    </w:p>
    <w:p>
      <w:r/>
      <w:r>
        <w:t>Otouo's platform incorporates proprietary AI technologies to automate appointment scheduling, email management, and other repetitive tasks. By interpreting emails and customer service messages, it undertakes operations that otherwise consume considerable staff time.</w:t>
      </w:r>
      <w:r/>
    </w:p>
    <w:p>
      <w:r/>
      <w:r>
        <w:t>"Our platform represents a significant leap forward in how businesses manage their day-to-day operations," Johnston remarks. "By harnessing the power of conversational AI for customer service, we're not just automating tasks; we're fundamentally changing how businesses interact with their customers and manage their time."</w:t>
      </w:r>
      <w:r/>
    </w:p>
    <w:p>
      <w:r/>
      <w:r>
        <w:t>The business process automation market has been growing rapidly, with projections indicating it could hit $19.6 billion by 2026. Positioned at the forefront of this trend, Otouo offers a more adaptive and learning-based approach to automation.</w:t>
      </w:r>
      <w:r/>
    </w:p>
    <w:p>
      <w:r/>
      <w:r>
        <w:rPr>
          <w:b/>
        </w:rPr>
        <w:t>Email Automation and Small Business Impact</w:t>
      </w:r>
      <w:r/>
    </w:p>
    <w:p>
      <w:r/>
      <w:r>
        <w:t>One notable feature of Otouo is its ability to discern and interpret client communications across various channels including email, direct messages, and chat platforms. The AI then automates scheduling and sends confirmation emails with embedded links, significantly reducing workload on front-of-house staff and minimising human error.</w:t>
      </w:r>
      <w:r/>
    </w:p>
    <w:p>
      <w:r/>
      <w:r>
        <w:t>For instance, La Trattoria, an Italian restaurant in the Midwest, saw substantial improvements after integrating Otouo's email automation system. Prior to using the platform, restaurant staff dedicated approximately 30-40 minutes per day manually managing reservations, which often led to scheduling conflicts and delays. Now, Otouo interprets incoming emails and handles bookings automatically, saving staff valuable time and enhancing customer satisfaction.</w:t>
      </w:r>
      <w:r/>
    </w:p>
    <w:p>
      <w:r/>
      <w:r>
        <w:t>"Our AI doesn't just follow pre-set rules; it understands context, recognises patterns, and continuously improves its performance," explains Johnston. "This means that as businesses continue using Otouo, the platform becomes increasingly attuned to their specific needs."</w:t>
      </w:r>
      <w:r/>
    </w:p>
    <w:p>
      <w:r/>
      <w:r>
        <w:rPr>
          <w:b/>
        </w:rPr>
        <w:t>Experiencing Early Success</w:t>
      </w:r>
      <w:r/>
    </w:p>
    <w:p>
      <w:r/>
      <w:r>
        <w:t>Early adopters have reported significant time savings and improved customer satisfaction. Sarah Chen, owner of Olier Spa in the UK, observed a 45% reduction in administrative tasks since deploying Otouo. "Our staff can now focus on providing exceptional service to our clients," she says.</w:t>
      </w:r>
      <w:r/>
    </w:p>
    <w:p>
      <w:r/>
      <w:r>
        <w:rPr>
          <w:b/>
        </w:rPr>
        <w:t>Early Access Program Launched</w:t>
      </w:r>
      <w:r/>
    </w:p>
    <w:p>
      <w:r/>
      <w:r>
        <w:t>In an effort to fine-tune the platform before a broader release, Otouo has initiated an early access program, allowing a select number of businesses to trial the technology. Companies interested can sign up at otouo.com. This exclusive access is expected to help gather user feedback, thereby refining the platform further.</w:t>
      </w:r>
      <w:r/>
    </w:p>
    <w:p>
      <w:r/>
      <w:r>
        <w:t>"The early access program allows us to offer businesses a powerful tool while also gathering invaluable insights," says Johnston. "Our goal is to create an ecosystem where businesses of all sizes can operate with unprecedented efficiency."</w:t>
      </w:r>
      <w:r/>
    </w:p>
    <w:p>
      <w:r/>
      <w:r>
        <w:t>Data from a pilot program involving 50 businesses indicated promising results, including a 40% reduction in time spent on scheduling and email management, a 25% increase in appointment bookings, and a 15% boost in customer satisfaction scores.</w:t>
      </w:r>
      <w:r/>
    </w:p>
    <w:p>
      <w:r/>
      <w:r>
        <w:rPr>
          <w:b/>
        </w:rPr>
        <w:t>Potential for Enterprise Solutions</w:t>
      </w:r>
      <w:r/>
    </w:p>
    <w:p>
      <w:r/>
      <w:r>
        <w:t>Beyond benefits for SMEs, Otouo's scalable solution can accommodate larger enterprise clients with complex needs. Its customisation options allow it to manage high-volume scheduling, multi-department coordination, and intricate communication workflows.</w:t>
      </w:r>
      <w:r/>
    </w:p>
    <w:p>
      <w:r/>
      <w:r>
        <w:t>"For enterprise clients, this means not just automating individual tasks but optimising entire operational processes," Johnston states.</w:t>
      </w:r>
      <w:r/>
    </w:p>
    <w:p>
      <w:r/>
      <w:r>
        <w:t>As businesses increasingly look to technology for competitive advantages, platforms like Otouo may become essential. With its innovative approach to AI-powered assistance, including custom chatbots, live chat AI, and email automation, Otouo aims to be a significant player in this evolving landscape.</w:t>
      </w:r>
      <w:r/>
    </w:p>
    <w:p>
      <w:r/>
      <w:r>
        <w:t>In conclusion, Otouo's launch marks a key development in business process automation. Companies looking to improve operational efficiency and customer service might find Otouo to be an invaluable asset.</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