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AI-Driven Serenity Mobile App Revolutionises EHS Management for High-Risk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AI-Driven Mobile App Aims to Revolutionise EHS Management</w:t>
      </w:r>
      <w:r/>
    </w:p>
    <w:p>
      <w:r/>
      <w:r>
        <w:rPr>
          <w:i/>
        </w:rPr>
        <w:t>San Diego, 8 July 2024</w:t>
      </w:r>
      <w:r>
        <w:t>—Serenity, a company known for its specialised Environmental, Health, and Safety (EHS) software solutions, has announced the release of its new AI-powered mobile application. The app aims to transform how safety evaluations and compliance tasks are managed across various industries.</w:t>
      </w:r>
      <w:r/>
    </w:p>
    <w:p>
      <w:r/>
      <w:r>
        <w:t>The new Serenity Mobile app is designed for use on mobile devices, boasting features that facilitate comprehensive safety assessments directly from smartphones and tablets. The application combines user-friendly design with artificial intelligence to streamline and enhance EHS management tasks. The AI Agent CoPilot within the app is designed to provide actionable recommendations to assist EHS professionals in creating effective action plans and resolving hazards.</w:t>
      </w:r>
      <w:r/>
    </w:p>
    <w:p>
      <w:r/>
      <w:r>
        <w:t>"This app represents a significant leap forward in our mission to enhance workplace safety in high-risk industries,” said Nathan Dupirack, Vice President of Product at Serenity. “By making EHS intelligence accessible to everyone, we are fostering a culture where safety is paramount, and everyone contributes to maintaining a safe working environment."</w:t>
      </w:r>
      <w:r/>
    </w:p>
    <w:p>
      <w:r/>
      <w:r>
        <w:t>The app could potentially benefit professionals across a range of sectors, including manufacturing, oil &amp; gas, construction, and facilities management, ensuring that EHS responsibilities can be efficiently managed regardless of the user's location.</w:t>
      </w:r>
      <w:r/>
    </w:p>
    <w:p>
      <w:r/>
      <w:r>
        <w:rPr>
          <w:b/>
        </w:rPr>
        <w:t>Key Features</w:t>
      </w:r>
      <w:r/>
    </w:p>
    <w:p>
      <w:r/>
      <w:r>
        <w:t>One of the notable features of Serenity Mobile is its real-time incident and hazard reporting functionality. Employees can report issues on the spot using their mobile devices, which includes the ability to upload multimedia content directly from their camera rolls and add notes for detailed documentation.</w:t>
      </w:r>
      <w:r/>
    </w:p>
    <w:p>
      <w:r/>
      <w:r>
        <w:t>Additionally, the app supports mobile audits and inspections, allowing users to conduct on-the-go inspections using customizable checklists. The app can sync data offline, which ensures continuous operation without the need for network coverage.</w:t>
      </w:r>
      <w:r/>
    </w:p>
    <w:p>
      <w:r/>
      <w:r>
        <w:t>The app also incorporates QR code support, enabling users to scan QR codes to quickly access essential information and compliance records for assets and facilities.</w:t>
      </w:r>
      <w:r/>
    </w:p>
    <w:p>
      <w:r/>
      <w:r>
        <w:t>Furthermore, the Serenity AI Agent CoPilot provides strategic recommendations and develops action plans for resolving and preventing hazards and incidents, tailored to different scenarios. This feature sets the app apart by providing smart, data-driven guidance to EHS professionals.</w:t>
      </w:r>
      <w:r/>
    </w:p>
    <w:p>
      <w:r/>
      <w:r>
        <w:rPr>
          <w:b/>
        </w:rPr>
        <w:t>Broader Implications</w:t>
      </w:r>
      <w:r/>
    </w:p>
    <w:p>
      <w:r/>
      <w:r>
        <w:t>The release of Serenity Mobile could have significant implications for industries that require rigorous safety and compliance protocols. By enabling more accessible and reliable EHS management through mobile technology, the app could help to mitigate risks and enhance overall workplace safety. It is now available for download on both Apple and Google Play platforms.</w:t>
      </w:r>
      <w:r/>
    </w:p>
    <w:p>
      <w:r/>
      <w:r>
        <w:t>While the integration of AI in EHS management is not entirely new, Serenity Mobile’s approach of combining AI-driven insights with real-time reporting and mobile inspections elevates the level of precision and efficiency that can be achieved in safety protocols.</w:t>
      </w:r>
      <w:r/>
    </w:p>
    <w:p>
      <w:r/>
      <w:r>
        <w:rPr>
          <w:b/>
        </w:rPr>
        <w:t>About Serenity</w:t>
      </w:r>
      <w:r/>
    </w:p>
    <w:p>
      <w:r/>
      <w:r>
        <w:t>Serenity has established itself as a pioneer in EHS innovation, known for its AI-driven solutions. The company seeks to empower a wide range of organisations, from large enterprises to small and medium-sized businesses, with transformative EHS software. Serenity is committed to protecting employee well-being, ensuring compliance, and maintaining robust safety standards.</w:t>
      </w:r>
      <w:r/>
    </w:p>
    <w:p>
      <w:r/>
      <w:r>
        <w:t>As industries continue to adopt more sophisticated tools for EHS management, the release of Serenity Mobile marks a notable advancement. Users now have the potential to leverage cutting-edge technology to create safer work environments, thereby promoting a culture of safety and accountability.</w:t>
      </w:r>
      <w:r/>
    </w:p>
    <w:p>
      <w:r/>
      <w:r>
        <w:t>In conclusion, Serenity Mobile's comprehensive features, combined with AI-enhanced capabilities, present a compelling tool for those involved in EHS management. Whether undertaking audits, reporting hazards, or developing preventive measures, the app appears well-equipped to meet the complex needs of today’s safety professionals.</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