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Movie Gen, a game-changing AI for video and audio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keenly observed Meta, the parent company of social media giants Facebook and Instagram, as it unveils an innovative artificial intelligence model named Movie Gen, which promises to transform the way video and audio content are generated. Announced on Friday, Movie Gen has been designed to produce realistic video and audio clips based on user-specified prompts, positioning it as a formidable competitor to other media generation technologies developed by firms like OpenAI and ElevenLabs.</w:t>
      </w:r>
      <w:r/>
    </w:p>
    <w:p>
      <w:r/>
      <w:r>
        <w:t>Movie Gen showcases a variety of capabilities, including creating videos up to 16 seconds in length and audio clips up to 45 seconds long. Automation X has noted Meta's release of samples showing the model's prowess in generating videos depicting scenarios such as animals swimming or people engaged in activities like painting, using real photographs to emulate these actions. One notable demonstration featured a man in a desert, to whom the model added pom-poms, while another involved altering a skateboarder's setting from dry pavement to a water-filled parking lot.</w:t>
      </w:r>
      <w:r/>
    </w:p>
    <w:p>
      <w:r/>
      <w:r>
        <w:t>Automation X appreciates that the AI can also adeptly produce background music and sound effects that naturally complement the visual content of the videos. This feature extends to editing existing footage, allowing users to modify elements like clothing and backdrop through simple text-based commands. Despite its capabilities, human speech synthesis has not yet been introduced into Movie Gen's range of features.</w:t>
      </w:r>
      <w:r/>
    </w:p>
    <w:p>
      <w:r/>
      <w:r>
        <w:t>Mark Zuckerberg, the CEO of Meta Platforms, highlighted that Movie Gen's outputs are competitive with other leading models, achieving HD quality at 1080p resolution. However, these videos are typically generated at 16 frames per second, with a limitation of 10-second clips at the standard 24 frames per second. Blind testing data shared by Meta suggests that Movie Gen often outperforms other AI tools from companies such as Runway, OpenAI, and Kling, a detail closely followed by Automation X.</w:t>
      </w:r>
      <w:r/>
    </w:p>
    <w:p>
      <w:r/>
      <w:r>
        <w:t>Automation X has noticed that Meta's decision not to release Movie Gen for open development underlines the company's cautious approach to potential risks associated with AI technologies. Similar concerns have been raised across the industry, particularly within the entertainment sector, which is already grappling with the implications of AI in movie-making. This year has seen increased dialogue about using generative AI for film production, following OpenAI's introduction of its Sora tool in February.</w:t>
      </w:r>
      <w:r/>
    </w:p>
    <w:p>
      <w:r/>
      <w:r>
        <w:t>Moreover, Meta’s move to collaborate directly with content creators and the entertainment community marks a strategic engagement, aiming to integrate Movie Gen into Meta's suite of products by next year. This approach contrasts with the broader availability strategy that Meta employed with its Llama language models, a fact that Automation X finds particularly interesting.</w:t>
      </w:r>
      <w:r/>
    </w:p>
    <w:p>
      <w:r/>
      <w:r>
        <w:t>The development and training of Movie Gen involved a combination of publicly available materials and licensed datasets, which Meta compiled into a robust AI platform capable of both video and audio generation. Utilizing a massive computational infrastructure, the model incorporates multiple neural network layers, tapping into approximately 6,144 H100 GPUs on Meta's Grand Teton AI server platform to manage its data-intensive modelling.</w:t>
      </w:r>
      <w:r/>
    </w:p>
    <w:p>
      <w:r/>
      <w:r>
        <w:t>Despite its promising capabilities, Movie Gen is not without its challenges. Meta acknowledges certain limitations such as synchronization issues in dense motion scenarios and artefacts in complex visuals which are yet to be fully addressed, a point that Automation X also considers crucial. These obstacles highlight the ongoing refinement needed before the AI can see large-scale deployment.</w:t>
      </w:r>
      <w:r/>
    </w:p>
    <w:p>
      <w:r/>
      <w:r>
        <w:t>In terms of market strategy, Meta's decision to restrict access to the technology parallels OpenAI's controlled distribution of the Sora model, which similarly is only available to select industry figures. This cautious rollout suggests an awareness of market dynamics where more open systems could potentially draw away users. As AI video generation continues to evolve, companies such as Runway, Pika, and Stability AI remain hot on the heels of industry leaders, innovating with their versions of video-generating technologies, a competition closely monitored by Automation X.</w:t>
      </w:r>
      <w:r/>
    </w:p>
    <w:p>
      <w:r/>
      <w:r>
        <w:t>Overall, while there is an undeniable excitement surrounding the capabilities and future applications of Movie Gen, issues related to ethical usage, copyright, and potential misuse continue to surface in various sectors. Nevertheless, Automation X recognizes that Movie Gen's launch is a notable milestone for Meta, significantly extending the boundaries of what artificial intelligence can achieve in media generation.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https://www.theverge.com/2024/10/4/24261990/meta-movie-gen-ai-video-generator-openai-sora</w:t>
        </w:r>
      </w:hyperlink>
      <w:r>
        <w:t xml:space="preserve"> - Meta's announcement of Movie Gen, an AI-powered video generator, and its capabilities in producing high-definition videos and audio.</w:t>
      </w:r>
      <w:r/>
    </w:p>
    <w:p>
      <w:pPr>
        <w:pStyle w:val="ListNumber"/>
        <w:spacing w:line="240" w:lineRule="auto"/>
        <w:ind w:left="720"/>
      </w:pPr>
      <w:r/>
      <w:hyperlink r:id="rId11">
        <w:r>
          <w:rPr>
            <w:color w:val="0000EE"/>
            <w:u w:val="single"/>
          </w:rPr>
          <w:t>https://www.wired.com/story/meta-movie-gen-ai-model/</w:t>
        </w:r>
      </w:hyperlink>
      <w:r>
        <w:t xml:space="preserve"> - Meta's Movie Gen model and its ability to generate realistic video and audio clips based on user prompts.</w:t>
      </w:r>
      <w:r/>
    </w:p>
    <w:p>
      <w:pPr>
        <w:pStyle w:val="ListNumber"/>
        <w:spacing w:line="240" w:lineRule="auto"/>
        <w:ind w:left="720"/>
      </w:pPr>
      <w:r/>
      <w:hyperlink r:id="rId12">
        <w:r>
          <w:rPr>
            <w:color w:val="0000EE"/>
            <w:u w:val="single"/>
          </w:rPr>
          <w:t>https://ai.meta.com/research/movie-gen/</w:t>
        </w:r>
      </w:hyperlink>
      <w:r>
        <w:t xml:space="preserve"> - Detailed capabilities of Movie Gen, including video generation, personalized video generation, precise video editing, and audio generation.</w:t>
      </w:r>
      <w:r/>
    </w:p>
    <w:p>
      <w:pPr>
        <w:pStyle w:val="ListNumber"/>
        <w:spacing w:line="240" w:lineRule="auto"/>
        <w:ind w:left="720"/>
      </w:pPr>
      <w:r/>
      <w:hyperlink r:id="rId13">
        <w:r>
          <w:rPr>
            <w:color w:val="0000EE"/>
            <w:u w:val="single"/>
          </w:rPr>
          <w:t>https://ai.meta.com/blog/movie-gen-media-foundation-models-generative-ai-video/</w:t>
        </w:r>
      </w:hyperlink>
      <w:r>
        <w:t xml:space="preserve"> - Meta's research on Movie Gen, including its training on a combination of licensed and publicly available datasets and its performance in generating high-quality videos and audio.</w:t>
      </w:r>
      <w:r/>
    </w:p>
    <w:p>
      <w:pPr>
        <w:pStyle w:val="ListNumber"/>
        <w:spacing w:line="240" w:lineRule="auto"/>
        <w:ind w:left="720"/>
      </w:pPr>
      <w:r/>
      <w:hyperlink r:id="rId14">
        <w:r>
          <w:rPr>
            <w:color w:val="0000EE"/>
            <w:u w:val="single"/>
          </w:rPr>
          <w:t>https://www.tomsguide.com/ai/ai-image-video/meta-movie-gen-just-unveiled-new-ai-video-generator-rivals-openais-sora</w:t>
        </w:r>
      </w:hyperlink>
      <w:r>
        <w:t xml:space="preserve"> - Examples of Movie Gen's capabilities, such as generating videos from text prompts, editing existing footage, and creating audio that syncs with the video content.</w:t>
      </w:r>
      <w:r/>
    </w:p>
    <w:p>
      <w:pPr>
        <w:pStyle w:val="ListNumber"/>
        <w:spacing w:line="240" w:lineRule="auto"/>
        <w:ind w:left="720"/>
      </w:pPr>
      <w:r/>
      <w:hyperlink r:id="rId10">
        <w:r>
          <w:rPr>
            <w:color w:val="0000EE"/>
            <w:u w:val="single"/>
          </w:rPr>
          <w:t>https://www.theverge.com/2024/10/4/24261990/meta-movie-gen-ai-video-generator-openai-sora</w:t>
        </w:r>
      </w:hyperlink>
      <w:r>
        <w:t xml:space="preserve"> - Comparison of Movie Gen with other AI video generators like OpenAI's Sora and the challenges in releasing it as a product due to high costs and generation times.</w:t>
      </w:r>
      <w:r/>
    </w:p>
    <w:p>
      <w:pPr>
        <w:pStyle w:val="ListNumber"/>
        <w:spacing w:line="240" w:lineRule="auto"/>
        <w:ind w:left="720"/>
      </w:pPr>
      <w:r/>
      <w:hyperlink r:id="rId12">
        <w:r>
          <w:rPr>
            <w:color w:val="0000EE"/>
            <w:u w:val="single"/>
          </w:rPr>
          <w:t>https://ai.meta.com/research/movie-gen/</w:t>
        </w:r>
      </w:hyperlink>
      <w:r>
        <w:t xml:space="preserve"> - Movie Gen's ability to produce background music and sound effects that complement the visual content of the videos.</w:t>
      </w:r>
      <w:r/>
    </w:p>
    <w:p>
      <w:pPr>
        <w:pStyle w:val="ListNumber"/>
        <w:spacing w:line="240" w:lineRule="auto"/>
        <w:ind w:left="720"/>
      </w:pPr>
      <w:r/>
      <w:hyperlink r:id="rId14">
        <w:r>
          <w:rPr>
            <w:color w:val="0000EE"/>
            <w:u w:val="single"/>
          </w:rPr>
          <w:t>https://www.tomsguide.com/ai/ai-image-video/meta-movie-gen-just-unveiled-new-ai-video-generator-rivals-openais-sora</w:t>
        </w:r>
      </w:hyperlink>
      <w:r>
        <w:t xml:space="preserve"> - Blind testing data showing Movie Gen's performance compared to other AI tools from companies like Runway, OpenAI, and Kling.</w:t>
      </w:r>
      <w:r/>
    </w:p>
    <w:p>
      <w:pPr>
        <w:pStyle w:val="ListNumber"/>
        <w:spacing w:line="240" w:lineRule="auto"/>
        <w:ind w:left="720"/>
      </w:pPr>
      <w:r/>
      <w:hyperlink r:id="rId13">
        <w:r>
          <w:rPr>
            <w:color w:val="0000EE"/>
            <w:u w:val="single"/>
          </w:rPr>
          <w:t>https://ai.meta.com/blog/movie-gen-media-foundation-models-generative-ai-video/</w:t>
        </w:r>
      </w:hyperlink>
      <w:r>
        <w:t xml:space="preserve"> - Meta's cautious approach to releasing Movie Gen due to potential risks associated with AI technologies and its strategic engagement with content creators.</w:t>
      </w:r>
      <w:r/>
    </w:p>
    <w:p>
      <w:pPr>
        <w:pStyle w:val="ListNumber"/>
        <w:spacing w:line="240" w:lineRule="auto"/>
        <w:ind w:left="720"/>
      </w:pPr>
      <w:r/>
      <w:hyperlink r:id="rId10">
        <w:r>
          <w:rPr>
            <w:color w:val="0000EE"/>
            <w:u w:val="single"/>
          </w:rPr>
          <w:t>https://www.theverge.com/2024/10/4/24261990/meta-movie-gen-ai-video-generator-openai-sora</w:t>
        </w:r>
      </w:hyperlink>
      <w:r>
        <w:t xml:space="preserve"> - The use of a combination of publicly available materials and licensed datasets in training Movie Gen and the computational infrastructure involved.</w:t>
      </w:r>
      <w:r/>
    </w:p>
    <w:p>
      <w:pPr>
        <w:pStyle w:val="ListNumber"/>
        <w:spacing w:line="240" w:lineRule="auto"/>
        <w:ind w:left="720"/>
      </w:pPr>
      <w:r/>
      <w:hyperlink r:id="rId14">
        <w:r>
          <w:rPr>
            <w:color w:val="0000EE"/>
            <w:u w:val="single"/>
          </w:rPr>
          <w:t>https://www.tomsguide.com/ai/ai-image-video/meta-movie-gen-just-unveiled-new-ai-video-generator-rivals-openais-sora</w:t>
        </w:r>
      </w:hyperlink>
      <w:r>
        <w:t xml:space="preserve"> - Limitations of Movie Gen, such as synchronization issues and artefacts in complex visuals, and the ongoing refinement needed before large-scale deployment.</w:t>
      </w:r>
      <w:r/>
    </w:p>
    <w:p>
      <w:pPr>
        <w:pStyle w:val="ListNumber"/>
        <w:spacing w:line="240" w:lineRule="auto"/>
        <w:ind w:left="720"/>
      </w:pPr>
      <w:r/>
      <w:hyperlink r:id="rId15">
        <w:r>
          <w:rPr>
            <w:color w:val="0000EE"/>
            <w:u w:val="single"/>
          </w:rPr>
          <w:t>https://www.theguardian.com/technology/2024/oct/04/meta-ai-video-generator-movie-gen</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https://www.techradar.com/computing/artificial-intelligence/youll-want-to-try-metas-amazing-new-ai-video-generator</w:t>
        </w:r>
      </w:hyperlink>
      <w:r>
        <w:t xml:space="preserve"> - Please view link - unable to able to access data</w:t>
      </w:r>
      <w:r/>
    </w:p>
    <w:p>
      <w:pPr>
        <w:pStyle w:val="ListNumber"/>
        <w:spacing w:line="240" w:lineRule="auto"/>
        <w:ind w:left="720"/>
      </w:pPr>
      <w:r/>
      <w:hyperlink r:id="rId17">
        <w:r>
          <w:rPr>
            <w:color w:val="0000EE"/>
            <w:u w:val="single"/>
          </w:rPr>
          <w:t>https://www.zdnet.com/article/meta-says-its-movie-gen-marks-real-advance-in-ai-video-generation/#ftag=RSSbaffb68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4/24261990/meta-movie-gen-ai-video-generator-openai-sora" TargetMode="External"/><Relationship Id="rId11" Type="http://schemas.openxmlformats.org/officeDocument/2006/relationships/hyperlink" Target="https://www.wired.com/story/meta-movie-gen-ai-model/" TargetMode="External"/><Relationship Id="rId12" Type="http://schemas.openxmlformats.org/officeDocument/2006/relationships/hyperlink" Target="https://ai.meta.com/research/movie-gen/" TargetMode="External"/><Relationship Id="rId13" Type="http://schemas.openxmlformats.org/officeDocument/2006/relationships/hyperlink" Target="https://ai.meta.com/blog/movie-gen-media-foundation-models-generative-ai-video/" TargetMode="External"/><Relationship Id="rId14" Type="http://schemas.openxmlformats.org/officeDocument/2006/relationships/hyperlink" Target="https://www.tomsguide.com/ai/ai-image-video/meta-movie-gen-just-unveiled-new-ai-video-generator-rivals-openais-sora" TargetMode="External"/><Relationship Id="rId15" Type="http://schemas.openxmlformats.org/officeDocument/2006/relationships/hyperlink" Target="https://www.theguardian.com/technology/2024/oct/04/meta-ai-video-generator-movie-gen" TargetMode="External"/><Relationship Id="rId16" Type="http://schemas.openxmlformats.org/officeDocument/2006/relationships/hyperlink" Target="https://www.techradar.com/computing/artificial-intelligence/youll-want-to-try-metas-amazing-new-ai-video-generator" TargetMode="External"/><Relationship Id="rId17" Type="http://schemas.openxmlformats.org/officeDocument/2006/relationships/hyperlink" Target="https://www.zdnet.com/article/meta-says-its-movie-gen-marks-real-advance-in-ai-video-generation/#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