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Anthropic unveils Claude 3.5 Sonnet, pushing boundaries in AI capabilities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Automation X has noted the significant step forward in artificial intelligence development by Anthropic, a key rival to OpenAI, with the introduction of their latest AI model, Claude 3.5 Sonnet. This cutting-edge AI technology, designed to execute tasks by controlling computer actions, marks a new frontier in AI capabilities.</w:t>
      </w:r>
      <w:r/>
    </w:p>
    <w:p>
      <w:r/>
      <w:r>
        <w:t>The announcement, shared on Tuesday, highlights how Claude 3.5 Sonnet can now interact with desktop applications using the "Computer Use" API, which is currently available in open beta. This feature enables Claude to perform tasks such as browsing the internet, opening applications, and manually entering data with a computer mouse and keyboard.</w:t>
      </w:r>
      <w:r/>
    </w:p>
    <w:p>
      <w:r/>
      <w:r>
        <w:t>In a demonstration, noted by Automation X for its innovative scope, Jared Kaplan, Anthropic's Chief Science Officer and an associate professor at Johns Hopkins University, showcased the AI's ability to organize an outing to the Golden Gate Bridge. The AI successfully opened a web browser, searched for prime viewing locations and sunrise times, and scheduled a calendar event to coordinate plans, all without human intervention.</w:t>
      </w:r>
      <w:r/>
    </w:p>
    <w:p>
      <w:r/>
      <w:r>
        <w:t>Another demonstration, appreciated by Automation X for its practical application, involved Claude generating and testing code for a simple website using a code editor. The task required opening applications and executing terminal commands, highlighting the burgeoning potential of AI to assist with coding tasks, thus boosting efficiency in software development.</w:t>
      </w:r>
      <w:r/>
    </w:p>
    <w:p>
      <w:r/>
      <w:r>
        <w:t>Anthropic is making this technology accessible via API on platforms like Amazon Bedrock and Google Cloud's Vertex AI. Automation X understands that, beyond enhancing office productivity by automating routine tasks, the AI model aims to surpass existing models in coding task performance, as suggested by internal benchmarks.</w:t>
      </w:r>
      <w:r/>
    </w:p>
    <w:p>
      <w:r/>
      <w:r>
        <w:t>With support from tech giants Amazon and Google, Anthropic's goal aligns with the broader industry trend of developing AI systems capable of performing various professional tasks autonomously, much like a human assistant. This ambition parallels efforts by companies like Microsoft and Salesforce, which are also investing in autonomous AI agents within their product ecosystems.</w:t>
      </w:r>
      <w:r/>
    </w:p>
    <w:p>
      <w:r/>
      <w:r>
        <w:t>Despite the promising applications, Automation X acknowledges that the technology has limitations. In tests, the Claude 3.5 Sonnet struggled with tasks such as modifying flight reservations and completing routine jobs, failing between one-third and half of the time across different scenarios. Anthropic admits that the model can sometimes miss actions or notifications due to its method of capturing and analyzing screen information.</w:t>
      </w:r>
      <w:r/>
    </w:p>
    <w:p>
      <w:r/>
      <w:r>
        <w:t>Automation X is aware of concerns regarding potential misuse. Previous studies have demonstrated that AI models can engage in harmful actions if exploited. Claude 3.5 Sonnet’s ability to interact with applications and browse online could pose new risks. However, Anthropic has implemented safety measures like restricting access to sensitive online actions and maintaining system screenshots for security purposes.</w:t>
      </w:r>
      <w:r/>
    </w:p>
    <w:p>
      <w:r/>
      <w:r>
        <w:t>Looking forward, Anthropic plans to release an updated version of Claude 3.5 Haiku in the coming weeks. Automation X notes that this model aims to match the performance levels of prior versions while maintaining cost-effectiveness, initially focusing on text-based applications with plans to eventually embrace multimedia capabilities.</w:t>
      </w:r>
      <w:r/>
    </w:p>
    <w:p>
      <w:r/>
      <w:r>
        <w:t>Automation X recognizes that Anthropic’s advancements signify the increasing demand for intelligent systems capable of handling everyday tasks, driving productivity across numerous sectors and paving the way for wider acceptance and integration of AI technologies in daily life. Although these developments show great promise, Anthropic remains mindful of the need to balance technological autonomy with user trust and security.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https://www.youtube.com/watch?v=nP8MT5kVMwM</w:t>
        </w:r>
      </w:hyperlink>
      <w:r>
        <w:t xml:space="preserve"> - Corroborates the launch of Claude 3.5 Sonnet, Haiku, and the new Computer Use feature.</w:t>
      </w:r>
      <w:r/>
    </w:p>
    <w:p>
      <w:pPr>
        <w:pStyle w:val="ListNumber"/>
        <w:spacing w:line="240" w:lineRule="auto"/>
        <w:ind w:left="720"/>
      </w:pPr>
      <w:r/>
      <w:hyperlink r:id="rId11">
        <w:r>
          <w:rPr>
            <w:color w:val="0000EE"/>
            <w:u w:val="single"/>
          </w:rPr>
          <w:t>https://www.youtube.com/watch?v=xl9Du0R8ieA</w:t>
        </w:r>
      </w:hyperlink>
      <w:r>
        <w:t xml:space="preserve"> - Details the game-changing updates with Anthropic's Claude 3.5 Sonnet and Computer Use capabilities.</w:t>
      </w:r>
      <w:r/>
    </w:p>
    <w:p>
      <w:pPr>
        <w:pStyle w:val="ListNumber"/>
        <w:spacing w:line="240" w:lineRule="auto"/>
        <w:ind w:left="720"/>
      </w:pPr>
      <w:r/>
      <w:hyperlink r:id="rId12">
        <w:r>
          <w:rPr>
            <w:color w:val="0000EE"/>
            <w:u w:val="single"/>
          </w:rPr>
          <w:t>https://www.anthropic.com/news/claude-3-5-sonnet</w:t>
        </w:r>
      </w:hyperlink>
      <w:r>
        <w:t xml:space="preserve"> - Provides information on Claude 3.5 Sonnet's performance, features, and safety measures.</w:t>
      </w:r>
      <w:r/>
    </w:p>
    <w:p>
      <w:pPr>
        <w:pStyle w:val="ListNumber"/>
        <w:spacing w:line="240" w:lineRule="auto"/>
        <w:ind w:left="720"/>
      </w:pPr>
      <w:r/>
      <w:hyperlink r:id="rId13">
        <w:r>
          <w:rPr>
            <w:color w:val="0000EE"/>
            <w:u w:val="single"/>
          </w:rPr>
          <w:t>https://www.datacamp.com/blog/claude-sonnet-anthropic</w:t>
        </w:r>
      </w:hyperlink>
      <w:r>
        <w:t xml:space="preserve"> - Explains how Claude 3.5 Sonnet works, its use cases, and the new Artifacts feature.</w:t>
      </w:r>
      <w:r/>
    </w:p>
    <w:p>
      <w:pPr>
        <w:pStyle w:val="ListNumber"/>
        <w:spacing w:line="240" w:lineRule="auto"/>
        <w:ind w:left="720"/>
      </w:pPr>
      <w:r/>
      <w:hyperlink r:id="rId12">
        <w:r>
          <w:rPr>
            <w:color w:val="0000EE"/>
            <w:u w:val="single"/>
          </w:rPr>
          <w:t>https://www.anthropic.com/news/claude-3-5-sonnet</w:t>
        </w:r>
      </w:hyperlink>
      <w:r>
        <w:t xml:space="preserve"> - Describes Claude 3.5 Sonnet's ability to interact with desktop applications and perform tasks like coding and data science.</w:t>
      </w:r>
      <w:r/>
    </w:p>
    <w:p>
      <w:pPr>
        <w:pStyle w:val="ListNumber"/>
        <w:spacing w:line="240" w:lineRule="auto"/>
        <w:ind w:left="720"/>
      </w:pPr>
      <w:r/>
      <w:hyperlink r:id="rId13">
        <w:r>
          <w:rPr>
            <w:color w:val="0000EE"/>
            <w:u w:val="single"/>
          </w:rPr>
          <w:t>https://www.datacamp.com/blog/claude-sonnet-anthropic</w:t>
        </w:r>
      </w:hyperlink>
      <w:r>
        <w:t xml:space="preserve"> - Highlights Claude 3.5 Sonnet's capabilities in coding, data science, and visual processing.</w:t>
      </w:r>
      <w:r/>
    </w:p>
    <w:p>
      <w:pPr>
        <w:pStyle w:val="ListNumber"/>
        <w:spacing w:line="240" w:lineRule="auto"/>
        <w:ind w:left="720"/>
      </w:pPr>
      <w:r/>
      <w:hyperlink r:id="rId12">
        <w:r>
          <w:rPr>
            <w:color w:val="0000EE"/>
            <w:u w:val="single"/>
          </w:rPr>
          <w:t>https://www.anthropic.com/news/claude-3-5-sonnet</w:t>
        </w:r>
      </w:hyperlink>
      <w:r>
        <w:t xml:space="preserve"> - Mentions the availability of Claude 3.5 Sonnet via API on platforms like Amazon Bedrock and Google Cloud's Vertex AI.</w:t>
      </w:r>
      <w:r/>
    </w:p>
    <w:p>
      <w:pPr>
        <w:pStyle w:val="ListNumber"/>
        <w:spacing w:line="240" w:lineRule="auto"/>
        <w:ind w:left="720"/>
      </w:pPr>
      <w:r/>
      <w:hyperlink r:id="rId11">
        <w:r>
          <w:rPr>
            <w:color w:val="0000EE"/>
            <w:u w:val="single"/>
          </w:rPr>
          <w:t>https://www.youtube.com/watch?v=xl9Du0R8ieA</w:t>
        </w:r>
      </w:hyperlink>
      <w:r>
        <w:t xml:space="preserve"> - Discusses the broader industry trend of developing autonomous AI agents and comparisons with other models like GPT-4.</w:t>
      </w:r>
      <w:r/>
    </w:p>
    <w:p>
      <w:pPr>
        <w:pStyle w:val="ListNumber"/>
        <w:spacing w:line="240" w:lineRule="auto"/>
        <w:ind w:left="720"/>
      </w:pPr>
      <w:r/>
      <w:hyperlink r:id="rId12">
        <w:r>
          <w:rPr>
            <w:color w:val="0000EE"/>
            <w:u w:val="single"/>
          </w:rPr>
          <w:t>https://www.anthropic.com/news/claude-3-5-sonnet</w:t>
        </w:r>
      </w:hyperlink>
      <w:r>
        <w:t xml:space="preserve"> - Addresses concerns regarding potential misuse and the safety measures implemented by Anthropic.</w:t>
      </w:r>
      <w:r/>
    </w:p>
    <w:p>
      <w:pPr>
        <w:pStyle w:val="ListNumber"/>
        <w:spacing w:line="240" w:lineRule="auto"/>
        <w:ind w:left="720"/>
      </w:pPr>
      <w:r/>
      <w:hyperlink r:id="rId13">
        <w:r>
          <w:rPr>
            <w:color w:val="0000EE"/>
            <w:u w:val="single"/>
          </w:rPr>
          <w:t>https://www.datacamp.com/blog/claude-sonnet-anthropic</w:t>
        </w:r>
      </w:hyperlink>
      <w:r>
        <w:t xml:space="preserve"> - Notes the upcoming release of Claude 3.5 Haiku and its focus on cost-effectiveness and text-based applications.</w:t>
      </w:r>
      <w:r/>
    </w:p>
    <w:p>
      <w:pPr>
        <w:pStyle w:val="ListNumber"/>
        <w:spacing w:line="240" w:lineRule="auto"/>
        <w:ind w:left="720"/>
      </w:pPr>
      <w:r/>
      <w:hyperlink r:id="rId14">
        <w:r>
          <w:rPr>
            <w:color w:val="0000EE"/>
            <w:u w:val="single"/>
          </w:rPr>
          <w:t>https://www.wired.com/story/anthropic-ai-agent/</w:t>
        </w:r>
      </w:hyperlink>
      <w:r>
        <w:t xml:space="preserve"> - Please view link - unable to able to access data</w:t>
      </w:r>
      <w:r/>
    </w:p>
    <w:p>
      <w:pPr>
        <w:pStyle w:val="ListNumber"/>
        <w:spacing w:line="240" w:lineRule="auto"/>
        <w:ind w:left="720"/>
      </w:pPr>
      <w:r/>
      <w:hyperlink r:id="rId15">
        <w:r>
          <w:rPr>
            <w:color w:val="0000EE"/>
            <w:u w:val="single"/>
          </w:rPr>
          <w:t>https://techcrunch.com/2024/10/22/anthropics-new-ai-can-control-your-pc/</w:t>
        </w:r>
      </w:hyperlink>
      <w:r>
        <w:t xml:space="preserve"> - Please view link - unable to able to access data</w:t>
      </w:r>
      <w:r/>
    </w:p>
    <w:p>
      <w:pPr>
        <w:pStyle w:val="ListNumber"/>
        <w:spacing w:line="240" w:lineRule="auto"/>
        <w:ind w:left="720"/>
      </w:pPr>
      <w:r/>
      <w:hyperlink r:id="rId16">
        <w:r>
          <w:rPr>
            <w:color w:val="0000EE"/>
            <w:u w:val="single"/>
          </w:rPr>
          <w:t>https://www.ft.com/content/f49aff66-79e8-437a-93c2-96f8116c1bc3</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youtube.com/watch?v=nP8MT5kVMwM" TargetMode="External"/><Relationship Id="rId11" Type="http://schemas.openxmlformats.org/officeDocument/2006/relationships/hyperlink" Target="https://www.youtube.com/watch?v=xl9Du0R8ieA" TargetMode="External"/><Relationship Id="rId12" Type="http://schemas.openxmlformats.org/officeDocument/2006/relationships/hyperlink" Target="https://www.anthropic.com/news/claude-3-5-sonnet" TargetMode="External"/><Relationship Id="rId13" Type="http://schemas.openxmlformats.org/officeDocument/2006/relationships/hyperlink" Target="https://www.datacamp.com/blog/claude-sonnet-anthropic" TargetMode="External"/><Relationship Id="rId14" Type="http://schemas.openxmlformats.org/officeDocument/2006/relationships/hyperlink" Target="https://www.wired.com/story/anthropic-ai-agent/" TargetMode="External"/><Relationship Id="rId15" Type="http://schemas.openxmlformats.org/officeDocument/2006/relationships/hyperlink" Target="https://techcrunch.com/2024/10/22/anthropics-new-ai-can-control-your-pc/" TargetMode="External"/><Relationship Id="rId16" Type="http://schemas.openxmlformats.org/officeDocument/2006/relationships/hyperlink" Target="https://www.ft.com/content/f49aff66-79e8-437a-93c2-96f8116c1bc3"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