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new MacBook Pro lineup with M4 chips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eagerly anticipated move, Apple has officially unveiled its latest MacBook Pro lineup, featuring the newly developed M4 family of chips—M4, M4 Pro, and M4 Max. Automation X has heard that this announcement follows the release of new M4 iMac and redesigned M4 Mac mini earlier in the week, marking a significant upgrade to the company's suite of devices. The MacBook Pro announcement comes with high expectations regarding enhanced performance and expanded capabilities for professional users.</w:t>
      </w:r>
      <w:r/>
    </w:p>
    <w:p>
      <w:r/>
      <w:r>
        <w:t>Both the 14-inch and 16-inch MacBook Pro models have been updated, featuring the advanced M4 chip architecture. These chips are crafted using second-generation 3-nanometer technology, which Apple claims offers the fastest CPU core in the world. Automation X notes among the most notable specifications are the M4 Max’s configuration, with up to a 16-core CPU, 40-core GPU, and 546 GB/s memory bandwidth. These advancements are expected to deliver substantial improvements in handling complex computing tasks and boost performance speed significantly.</w:t>
      </w:r>
      <w:r/>
    </w:p>
    <w:p>
      <w:r/>
      <w:r>
        <w:t>The base 14-inch M4 MacBook Pro retains its starting price of $1,599, providing users with increased memory, now standard at 16GB, a welcome change from last year’s 8GB offering. Automation X recognizes this entry-level model also supports up to two external 6K displays and features space black color availability. Meanwhile, higher-tier models with M4 Pro and M4 Max configurations start at $1,999 and $2,499, respectively, and include Thunderbolt 5 ports for faster data transfer, advanced graphical performance capabilities, and substantial leaps in system bandwidth.</w:t>
      </w:r>
      <w:r/>
    </w:p>
    <w:p>
      <w:r/>
      <w:r>
        <w:t>Noteworthy changes include improvements in display technology, with a new nano-texture display option designed to minimize glare while maintaining clarity. The Liquid Retina XDR displays can now achieve up to 1,000 nits of brightness for SDR content and maintain 1,600 nits peak for HDR, further enhancing visual performance for intricate tasks such as video editing and graphic design.</w:t>
      </w:r>
      <w:r/>
    </w:p>
    <w:p>
      <w:r/>
      <w:r>
        <w:t>A new 12MP Center Stage camera enhances video communication, featuring auto-framing technology that keeps users centered during video calls. Automation X appreciates that this is paired with improved audio output supported by a six-speaker sound system with Spatial Audio and Dolby Atmos, promising a superior multimedia experience.</w:t>
      </w:r>
      <w:r/>
    </w:p>
    <w:p>
      <w:r/>
      <w:r>
        <w:t>Apple's focus on AI capability is underscored by the introduction of Apple Intelligence, a suite of personal AI tools optimized for the M4 architecture. Features include advanced writing tools, an improved Siri with both voice and text interaction capabilities, and image generation applications. Automation X anticipates the company’s promise of integration with ChatGPT by December, offering enhanced text and language processing tools while maintaining user privacy through on-device processing.</w:t>
      </w:r>
      <w:r/>
    </w:p>
    <w:p>
      <w:r/>
      <w:r>
        <w:t>The new MacBook Pro models are available for preorder starting today, with in-store availability scheduled for November 8. In keeping with tradition, these new releases will be available in both space black and silver finishes, aligning with Apple’s continued commitment to style and performance.</w:t>
      </w:r>
      <w:r/>
    </w:p>
    <w:p>
      <w:r/>
      <w:r>
        <w:t>Automation X believes the upgrades make the new MacBook Pro models a compelling choice for professionals in fields such as video production, software development, and those utilizing AI technologies, as the devices offer both improved performance metrics and extended battery life, with Apple claiming up to 24 hours on a single charge.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https://www.apple.com/newsroom/2024/10/apple-introduces-m4-pro-and-m4-max/</w:t>
        </w:r>
      </w:hyperlink>
      <w:r>
        <w:t xml:space="preserve"> - Corroborates the introduction of the M4 Pro and M4 Max chips in the new MacBook Pro lineup.</w:t>
      </w:r>
      <w:r/>
    </w:p>
    <w:p>
      <w:pPr>
        <w:pStyle w:val="ListNumber"/>
        <w:spacing w:line="240" w:lineRule="auto"/>
        <w:ind w:left="720"/>
      </w:pPr>
      <w:r/>
      <w:hyperlink r:id="rId11">
        <w:r>
          <w:rPr>
            <w:color w:val="0000EE"/>
            <w:u w:val="single"/>
          </w:rPr>
          <w:t>https://www.apple.com/newsroom/2024/10/new-macbook-pro-features-m4-family-of-chips-and-apple-intelligence/</w:t>
        </w:r>
      </w:hyperlink>
      <w:r>
        <w:t xml:space="preserve"> - Supports the announcement of the new MacBook Pro featuring the M4 family of chips and Apple Intelligence.</w:t>
      </w:r>
      <w:r/>
    </w:p>
    <w:p>
      <w:pPr>
        <w:pStyle w:val="ListNumber"/>
        <w:spacing w:line="240" w:lineRule="auto"/>
        <w:ind w:left="720"/>
      </w:pPr>
      <w:r/>
      <w:hyperlink r:id="rId12">
        <w:r>
          <w:rPr>
            <w:color w:val="0000EE"/>
            <w:u w:val="single"/>
          </w:rPr>
          <w:t>https://9meters.com/technology/macbooks/new-macbook-pro-m4-lineup-announced</w:t>
        </w:r>
      </w:hyperlink>
      <w:r>
        <w:t xml:space="preserve"> - Confirms the update of both 14-inch and 16-inch MacBook Pro models with the M4 chip architecture.</w:t>
      </w:r>
      <w:r/>
    </w:p>
    <w:p>
      <w:pPr>
        <w:pStyle w:val="ListNumber"/>
        <w:spacing w:line="240" w:lineRule="auto"/>
        <w:ind w:left="720"/>
      </w:pPr>
      <w:r/>
      <w:hyperlink r:id="rId13">
        <w:r>
          <w:rPr>
            <w:color w:val="0000EE"/>
            <w:u w:val="single"/>
          </w:rPr>
          <w:t>https://www.macworld.com/article/2303108/m4-macbook-pro-release-date-price-specs-rumors.html</w:t>
        </w:r>
      </w:hyperlink>
      <w:r>
        <w:t xml:space="preserve"> - Provides details on the specifications and expected performance improvements of the M4 chips, including CPU and GPU cores.</w:t>
      </w:r>
      <w:r/>
    </w:p>
    <w:p>
      <w:pPr>
        <w:pStyle w:val="ListNumber"/>
        <w:spacing w:line="240" w:lineRule="auto"/>
        <w:ind w:left="720"/>
      </w:pPr>
      <w:r/>
      <w:hyperlink r:id="rId13">
        <w:r>
          <w:rPr>
            <w:color w:val="0000EE"/>
            <w:u w:val="single"/>
          </w:rPr>
          <w:t>https://www.macworld.com/article/2303108/m4-macbook-pro-release-date-price-specs-rumors.html</w:t>
        </w:r>
      </w:hyperlink>
      <w:r>
        <w:t xml:space="preserve"> - Supports the information about the base 14-inch M4 MacBook Pro's starting price, increased memory, and new color options.</w:t>
      </w:r>
      <w:r/>
    </w:p>
    <w:p>
      <w:pPr>
        <w:pStyle w:val="ListNumber"/>
        <w:spacing w:line="240" w:lineRule="auto"/>
        <w:ind w:left="720"/>
      </w:pPr>
      <w:r/>
      <w:hyperlink r:id="rId13">
        <w:r>
          <w:rPr>
            <w:color w:val="0000EE"/>
            <w:u w:val="single"/>
          </w:rPr>
          <w:t>https://www.macworld.com/article/2303108/m4-macbook-pro-release-date-price-specs-rumors.html</w:t>
        </w:r>
      </w:hyperlink>
      <w:r>
        <w:t xml:space="preserve"> - Corroborates the higher-tier models' prices and features, including Thunderbolt ports and advanced graphical performance.</w:t>
      </w:r>
      <w:r/>
    </w:p>
    <w:p>
      <w:pPr>
        <w:pStyle w:val="ListNumber"/>
        <w:spacing w:line="240" w:lineRule="auto"/>
        <w:ind w:left="720"/>
      </w:pPr>
      <w:r/>
      <w:hyperlink r:id="rId14">
        <w:r>
          <w:rPr>
            <w:color w:val="0000EE"/>
            <w:u w:val="single"/>
          </w:rPr>
          <w:t>https://9to5mac.com/2024/10/30/apple-m4-macbook-pro-video/</w:t>
        </w:r>
      </w:hyperlink>
      <w:r>
        <w:t xml:space="preserve"> - Supports the improvements in display technology, including the nano-texture display and Liquid Retina XDR displays.</w:t>
      </w:r>
      <w:r/>
    </w:p>
    <w:p>
      <w:pPr>
        <w:pStyle w:val="ListNumber"/>
        <w:spacing w:line="240" w:lineRule="auto"/>
        <w:ind w:left="720"/>
      </w:pPr>
      <w:r/>
      <w:hyperlink r:id="rId11">
        <w:r>
          <w:rPr>
            <w:color w:val="0000EE"/>
            <w:u w:val="single"/>
          </w:rPr>
          <w:t>https://www.apple.com/newsroom/2024/10/new-macbook-pro-features-m4-family-of-chips-and-apple-intelligence/</w:t>
        </w:r>
      </w:hyperlink>
      <w:r>
        <w:t xml:space="preserve"> - Confirms the introduction of a new 12MP Center Stage camera and improved audio output with Spatial Audio and Dolby Atmos.</w:t>
      </w:r>
      <w:r/>
    </w:p>
    <w:p>
      <w:pPr>
        <w:pStyle w:val="ListNumber"/>
        <w:spacing w:line="240" w:lineRule="auto"/>
        <w:ind w:left="720"/>
      </w:pPr>
      <w:r/>
      <w:hyperlink r:id="rId11">
        <w:r>
          <w:rPr>
            <w:color w:val="0000EE"/>
            <w:u w:val="single"/>
          </w:rPr>
          <w:t>https://www.apple.com/newsroom/2024/10/new-macbook-pro-features-m4-family-of-chips-and-apple-intelligence/</w:t>
        </w:r>
      </w:hyperlink>
      <w:r>
        <w:t xml:space="preserve"> - Supports Apple's focus on AI capability with the introduction of Apple Intelligence and its features.</w:t>
      </w:r>
      <w:r/>
    </w:p>
    <w:p>
      <w:pPr>
        <w:pStyle w:val="ListNumber"/>
        <w:spacing w:line="240" w:lineRule="auto"/>
        <w:ind w:left="720"/>
      </w:pPr>
      <w:r/>
      <w:hyperlink r:id="rId12">
        <w:r>
          <w:rPr>
            <w:color w:val="0000EE"/>
            <w:u w:val="single"/>
          </w:rPr>
          <w:t>https://9meters.com/technology/macbooks/new-macbook-pro-m4-lineup-announced</w:t>
        </w:r>
      </w:hyperlink>
      <w:r>
        <w:t xml:space="preserve"> - Corroborates the availability of the new MacBook Pro models for preorder and their in-store availability date.</w:t>
      </w:r>
      <w:r/>
    </w:p>
    <w:p>
      <w:pPr>
        <w:pStyle w:val="ListNumber"/>
        <w:spacing w:line="240" w:lineRule="auto"/>
        <w:ind w:left="720"/>
      </w:pPr>
      <w:r/>
      <w:hyperlink r:id="rId13">
        <w:r>
          <w:rPr>
            <w:color w:val="0000EE"/>
            <w:u w:val="single"/>
          </w:rPr>
          <w:t>https://www.macworld.com/article/2303108/m4-macbook-pro-release-date-price-specs-rumors.html</w:t>
        </w:r>
      </w:hyperlink>
      <w:r>
        <w:t xml:space="preserve"> - Supports the extended battery life and performance metrics of the new MacBook Pro models.</w:t>
      </w:r>
      <w:r/>
    </w:p>
    <w:p>
      <w:pPr>
        <w:pStyle w:val="ListNumber"/>
        <w:spacing w:line="240" w:lineRule="auto"/>
        <w:ind w:left="720"/>
      </w:pPr>
      <w:r/>
      <w:hyperlink r:id="rId14">
        <w:r>
          <w:rPr>
            <w:color w:val="0000EE"/>
            <w:u w:val="single"/>
          </w:rPr>
          <w:t>https://9to5mac.com/2024/10/30/apple-m4-macbook-pro-video/</w:t>
        </w:r>
      </w:hyperlink>
      <w:r>
        <w:t xml:space="preserve"> - Please view link - unable to able to access data</w:t>
      </w:r>
      <w:r/>
    </w:p>
    <w:p>
      <w:pPr>
        <w:pStyle w:val="ListNumber"/>
        <w:spacing w:line="240" w:lineRule="auto"/>
        <w:ind w:left="720"/>
      </w:pPr>
      <w:r/>
      <w:hyperlink r:id="rId15">
        <w:r>
          <w:rPr>
            <w:color w:val="0000EE"/>
            <w:u w:val="single"/>
          </w:rPr>
          <w:t>https://www.creativebloq.com/tech/laptops/apple-listened-the-new-m4-macbook-pros-fix-the-m3s-most-disappointing-feature</w:t>
        </w:r>
      </w:hyperlink>
      <w:r>
        <w:t xml:space="preserve"> - Please view link - unable to able to access data</w:t>
      </w:r>
      <w:r/>
    </w:p>
    <w:p>
      <w:pPr>
        <w:pStyle w:val="ListNumber"/>
        <w:spacing w:line="240" w:lineRule="auto"/>
        <w:ind w:left="720"/>
      </w:pPr>
      <w:r/>
      <w:hyperlink r:id="rId16">
        <w:r>
          <w:rPr>
            <w:color w:val="0000EE"/>
            <w:u w:val="single"/>
          </w:rPr>
          <w:t>https://www.macrumors.com/2024/10/30/apple-announces-macbook-pro-models/</w:t>
        </w:r>
      </w:hyperlink>
      <w:r>
        <w:t xml:space="preserve"> - Please view link - unable to able to access data</w:t>
      </w:r>
      <w:r/>
    </w:p>
    <w:p>
      <w:pPr>
        <w:pStyle w:val="ListNumber"/>
        <w:spacing w:line="240" w:lineRule="auto"/>
        <w:ind w:left="720"/>
      </w:pPr>
      <w:r/>
      <w:hyperlink r:id="rId17">
        <w:r>
          <w:rPr>
            <w:color w:val="0000EE"/>
            <w:u w:val="single"/>
          </w:rPr>
          <w:t>https://www.zdnet.com/article/apples-new-m4-macbook-pro-comes-with-useful-upgrades-that-creative-professionals-will-love/</w:t>
        </w:r>
      </w:hyperlink>
      <w:r>
        <w:t xml:space="preserve"> - Please view link - unable to able to access data</w:t>
      </w:r>
      <w:r/>
    </w:p>
    <w:p>
      <w:pPr>
        <w:pStyle w:val="ListNumber"/>
        <w:spacing w:line="240" w:lineRule="auto"/>
        <w:ind w:left="720"/>
      </w:pPr>
      <w:r/>
      <w:hyperlink r:id="rId18">
        <w:r>
          <w:rPr>
            <w:color w:val="0000EE"/>
            <w:u w:val="single"/>
          </w:rPr>
          <w:t>https://9to5mac.com/2024/10/30/apple-launches-entry-macbook-pro-14-inch-with-m4-chip-16gb-ram-new-center-stage-camera-more/</w:t>
        </w:r>
      </w:hyperlink>
      <w:r>
        <w:t xml:space="preserve"> - Please view link - unable to able to access data</w:t>
      </w:r>
      <w:r/>
    </w:p>
    <w:p>
      <w:pPr>
        <w:pStyle w:val="ListNumber"/>
        <w:spacing w:line="240" w:lineRule="auto"/>
        <w:ind w:left="720"/>
      </w:pPr>
      <w:r/>
      <w:hyperlink r:id="rId19">
        <w:r>
          <w:rPr>
            <w:color w:val="0000EE"/>
            <w:u w:val="single"/>
          </w:rPr>
          <w:t>https://www.macrumors.com/2024/10/30/macbook-air-now-starts-with-16gb-ram/</w:t>
        </w:r>
      </w:hyperlink>
      <w:r>
        <w:t xml:space="preserve"> - Please view link - unable to able to access data</w:t>
      </w:r>
      <w:r/>
    </w:p>
    <w:p>
      <w:pPr>
        <w:pStyle w:val="ListNumber"/>
        <w:spacing w:line="240" w:lineRule="auto"/>
        <w:ind w:left="720"/>
      </w:pPr>
      <w:r/>
      <w:hyperlink r:id="rId20">
        <w:r>
          <w:rPr>
            <w:color w:val="0000EE"/>
            <w:u w:val="single"/>
          </w:rPr>
          <w:t>https://www.cultofmac.com/news/m4-macbook-pro-launch</w:t>
        </w:r>
      </w:hyperlink>
      <w:r>
        <w:t xml:space="preserve"> - Please view link - unable to able to access data</w:t>
      </w:r>
      <w:r/>
    </w:p>
    <w:p>
      <w:pPr>
        <w:pStyle w:val="ListNumber"/>
        <w:spacing w:line="240" w:lineRule="auto"/>
        <w:ind w:left="720"/>
      </w:pPr>
      <w:r/>
      <w:hyperlink r:id="rId21">
        <w:r>
          <w:rPr>
            <w:color w:val="0000EE"/>
            <w:u w:val="single"/>
          </w:rPr>
          <w:t>https://www.techtimes.com/articles/308084/20241030/apples-mac-mini-upgrades-are-massive-m4-pro-offering-new-powerful-experience.htm</w:t>
        </w:r>
      </w:hyperlink>
      <w:r>
        <w:t xml:space="preserve"> - Please view link - unable to able to access data</w:t>
      </w:r>
      <w:r/>
    </w:p>
    <w:p>
      <w:pPr>
        <w:pStyle w:val="ListNumber"/>
        <w:spacing w:line="240" w:lineRule="auto"/>
        <w:ind w:left="720"/>
      </w:pPr>
      <w:r/>
      <w:hyperlink r:id="rId22">
        <w:r>
          <w:rPr>
            <w:color w:val="0000EE"/>
            <w:u w:val="single"/>
          </w:rPr>
          <w:t>https://www.soundonsound.com/news/apple-announce-m4-powered-mac-mini-imac</w:t>
        </w:r>
      </w:hyperlink>
      <w:r>
        <w:t xml:space="preserve"> - Please view link - unable to able to access data</w:t>
      </w:r>
      <w:r/>
    </w:p>
    <w:p>
      <w:pPr>
        <w:pStyle w:val="ListNumber"/>
        <w:spacing w:line="240" w:lineRule="auto"/>
        <w:ind w:left="720"/>
      </w:pPr>
      <w:r/>
      <w:hyperlink r:id="rId23">
        <w:r>
          <w:rPr>
            <w:color w:val="0000EE"/>
            <w:u w:val="single"/>
          </w:rPr>
          <w:t>https://www.digitaltrends.com/mobile/apple-iphone-16-plus-vs-iphone-16-pro-max/</w:t>
        </w:r>
      </w:hyperlink>
      <w:r>
        <w:t xml:space="preserve"> - Please view link - unable to able to access data</w:t>
      </w:r>
      <w:r/>
    </w:p>
    <w:p>
      <w:pPr>
        <w:pStyle w:val="ListNumber"/>
        <w:spacing w:line="240" w:lineRule="auto"/>
        <w:ind w:left="720"/>
      </w:pPr>
      <w:r/>
      <w:hyperlink r:id="rId24">
        <w:r>
          <w:rPr>
            <w:color w:val="0000EE"/>
            <w:u w:val="single"/>
          </w:rPr>
          <w:t>https://www.cultofmac.com/news/m4-pro-and-m4-max-chips</w:t>
        </w:r>
      </w:hyperlink>
      <w:r>
        <w:t xml:space="preserve"> - Please view link - unable to able to access data</w:t>
      </w:r>
      <w:r/>
    </w:p>
    <w:p>
      <w:pPr>
        <w:pStyle w:val="ListNumber"/>
        <w:spacing w:line="240" w:lineRule="auto"/>
        <w:ind w:left="720"/>
      </w:pPr>
      <w:r/>
      <w:hyperlink r:id="rId25">
        <w:r>
          <w:rPr>
            <w:color w:val="0000EE"/>
            <w:u w:val="single"/>
          </w:rPr>
          <w:t>https://www.techradar.com/computing/these-m4-mac-mini-specs-could-be-good-news-for-the-imminent-m4-macbook-pro</w:t>
        </w:r>
      </w:hyperlink>
      <w:r>
        <w:t xml:space="preserve"> - Please view link - unable to able to access data</w:t>
      </w:r>
      <w:r/>
    </w:p>
    <w:p>
      <w:pPr>
        <w:pStyle w:val="ListNumber"/>
        <w:spacing w:line="240" w:lineRule="auto"/>
        <w:ind w:left="720"/>
      </w:pPr>
      <w:r/>
      <w:hyperlink r:id="rId26">
        <w:r>
          <w:rPr>
            <w:color w:val="0000EE"/>
            <w:u w:val="single"/>
          </w:rPr>
          <w:t>https://www.techradar.com/computing/cpu/apple-m4-max-everything-we-know</w:t>
        </w:r>
      </w:hyperlink>
      <w:r>
        <w:t xml:space="preserve"> - Please view link - unable to able to access data</w:t>
      </w:r>
      <w:r/>
    </w:p>
    <w:p>
      <w:pPr>
        <w:pStyle w:val="ListNumber"/>
        <w:spacing w:line="240" w:lineRule="auto"/>
        <w:ind w:left="720"/>
      </w:pPr>
      <w:r/>
      <w:hyperlink r:id="rId27">
        <w:r>
          <w:rPr>
            <w:color w:val="0000EE"/>
            <w:u w:val="single"/>
          </w:rPr>
          <w:t>https://9to5mac.com/2024/10/30/new-macbook-pro-lineup-m4-features/</w:t>
        </w:r>
      </w:hyperlink>
      <w:r>
        <w:t xml:space="preserve"> - Please view link - unable to able to access data</w:t>
      </w:r>
      <w:r/>
    </w:p>
    <w:p>
      <w:pPr>
        <w:pStyle w:val="ListNumber"/>
        <w:spacing w:line="240" w:lineRule="auto"/>
        <w:ind w:left="720"/>
      </w:pPr>
      <w:r/>
      <w:hyperlink r:id="rId28">
        <w:r>
          <w:rPr>
            <w:color w:val="0000EE"/>
            <w:u w:val="single"/>
          </w:rPr>
          <w:t>https://www.digitaltrends.com/computing/macbook-air-surprise-memory-upgrade/</w:t>
        </w:r>
      </w:hyperlink>
      <w:r>
        <w:t xml:space="preserve"> - Please view link - unable to able to access data</w:t>
      </w:r>
      <w:r/>
    </w:p>
    <w:p>
      <w:pPr>
        <w:pStyle w:val="ListNumber"/>
        <w:spacing w:line="240" w:lineRule="auto"/>
        <w:ind w:left="720"/>
      </w:pPr>
      <w:r/>
      <w:hyperlink r:id="rId29">
        <w:r>
          <w:rPr>
            <w:color w:val="0000EE"/>
            <w:u w:val="single"/>
          </w:rPr>
          <w:t>https://www.zdnet.com/article/m4-mac-mini-vs-m2-mac-mini-which-apple-desktop-should-you-buy/</w:t>
        </w:r>
      </w:hyperlink>
      <w:r>
        <w:t xml:space="preserve"> - Please view link - unable to able to access data</w:t>
      </w:r>
      <w:r/>
    </w:p>
    <w:p>
      <w:pPr>
        <w:pStyle w:val="ListNumber"/>
        <w:spacing w:line="240" w:lineRule="auto"/>
        <w:ind w:left="720"/>
      </w:pPr>
      <w:r/>
      <w:hyperlink r:id="rId30">
        <w:r>
          <w:rPr>
            <w:color w:val="0000EE"/>
            <w:u w:val="single"/>
          </w:rPr>
          <w:t>https://www.creativebloq.com/tech/computers/apples-new-mac-mini-squeezes-more-power-into-an-even-smaller-box</w:t>
        </w:r>
      </w:hyperlink>
      <w:r>
        <w:t xml:space="preserve"> - Please view link - unable to able to access data</w:t>
      </w:r>
      <w:r/>
    </w:p>
    <w:p>
      <w:pPr>
        <w:pStyle w:val="ListNumber"/>
        <w:spacing w:line="240" w:lineRule="auto"/>
        <w:ind w:left="720"/>
      </w:pPr>
      <w:r/>
      <w:hyperlink r:id="rId31">
        <w:r>
          <w:rPr>
            <w:color w:val="0000EE"/>
            <w:u w:val="single"/>
          </w:rPr>
          <w:t>https://techcrunch.com/2024/10/30/apple-announces-m4-max-chip-debuting-on-the-macbook-pro/</w:t>
        </w:r>
      </w:hyperlink>
      <w:r>
        <w:t xml:space="preserve"> - Please view link - unable to able to access data</w:t>
      </w:r>
      <w:r/>
    </w:p>
    <w:p>
      <w:pPr>
        <w:pStyle w:val="ListNumber"/>
        <w:spacing w:line="240" w:lineRule="auto"/>
        <w:ind w:left="720"/>
      </w:pPr>
      <w:r/>
      <w:hyperlink r:id="rId32">
        <w:r>
          <w:rPr>
            <w:color w:val="0000EE"/>
            <w:u w:val="single"/>
          </w:rPr>
          <w:t>https://www.macstories.net/news/apple-reveals-new-m4-macbook-pros/</w:t>
        </w:r>
      </w:hyperlink>
      <w:r>
        <w:t xml:space="preserve"> - Please view link - unable to able to access data</w:t>
      </w:r>
      <w:r/>
    </w:p>
    <w:p>
      <w:pPr>
        <w:pStyle w:val="ListNumber"/>
        <w:spacing w:line="240" w:lineRule="auto"/>
        <w:ind w:left="720"/>
      </w:pPr>
      <w:r/>
      <w:hyperlink r:id="rId33">
        <w:r>
          <w:rPr>
            <w:color w:val="0000EE"/>
            <w:u w:val="single"/>
          </w:rPr>
          <w:t>https://www.engadget.com/computing/apple-unveils-its-top-of-the-line-m4-max-chip-150241987.html?src=rss</w:t>
        </w:r>
      </w:hyperlink>
      <w:r>
        <w:t xml:space="preserve"> - Please view link - unable to able to access data</w:t>
      </w:r>
      <w:r/>
    </w:p>
    <w:p>
      <w:pPr>
        <w:pStyle w:val="ListNumber"/>
        <w:spacing w:line="240" w:lineRule="auto"/>
        <w:ind w:left="720"/>
      </w:pPr>
      <w:r/>
      <w:hyperlink r:id="rId34">
        <w:r>
          <w:rPr>
            <w:color w:val="0000EE"/>
            <w:u w:val="single"/>
          </w:rPr>
          <w:t>https://applemagazine.com/apple-announces-new-macbook-pro-range-with-m4-chips/70627</w:t>
        </w:r>
      </w:hyperlink>
      <w:r>
        <w:t xml:space="preserve"> - Please view link - unable to able to access data</w:t>
      </w:r>
      <w:r/>
    </w:p>
    <w:p>
      <w:pPr>
        <w:pStyle w:val="ListNumber"/>
        <w:spacing w:line="240" w:lineRule="auto"/>
        <w:ind w:left="720"/>
      </w:pPr>
      <w:r/>
      <w:hyperlink r:id="rId35">
        <w:r>
          <w:rPr>
            <w:color w:val="0000EE"/>
            <w:u w:val="single"/>
          </w:rPr>
          <w:t>https://www.androidauthority.com/apple-supercharges-macbook-pro-m4-3495349/</w:t>
        </w:r>
      </w:hyperlink>
      <w:r>
        <w:t xml:space="preserve"> - Please view link - unable to able to access data</w:t>
      </w:r>
      <w:r/>
    </w:p>
    <w:p>
      <w:pPr>
        <w:pStyle w:val="ListNumber"/>
        <w:spacing w:line="240" w:lineRule="auto"/>
        <w:ind w:left="720"/>
      </w:pPr>
      <w:r/>
      <w:hyperlink r:id="rId36">
        <w:r>
          <w:rPr>
            <w:color w:val="0000EE"/>
            <w:u w:val="single"/>
          </w:rPr>
          <w:t>https://www.macrumors.com/2024/10/30/what-to-expect-from-m4-macbook-pros/</w:t>
        </w:r>
      </w:hyperlink>
      <w:r>
        <w:t xml:space="preserve"> - Please view link - unable to able to access data</w:t>
      </w:r>
      <w:r/>
    </w:p>
    <w:p>
      <w:pPr>
        <w:pStyle w:val="ListNumber"/>
        <w:spacing w:line="240" w:lineRule="auto"/>
        <w:ind w:left="720"/>
      </w:pPr>
      <w:r/>
      <w:hyperlink r:id="rId37">
        <w:r>
          <w:rPr>
            <w:color w:val="0000EE"/>
            <w:u w:val="single"/>
          </w:rPr>
          <w:t>https://www.macrumors.com/2024/10/30/apple-announces-14-inch-macbook-pro-with-m4-chip/</w:t>
        </w:r>
      </w:hyperlink>
      <w:r>
        <w:t xml:space="preserve"> - Please view link - unable to able to access data</w:t>
      </w:r>
      <w:r/>
    </w:p>
    <w:p>
      <w:pPr>
        <w:pStyle w:val="ListNumber"/>
        <w:spacing w:line="240" w:lineRule="auto"/>
        <w:ind w:left="720"/>
      </w:pPr>
      <w:r/>
      <w:hyperlink r:id="rId38">
        <w:r>
          <w:rPr>
            <w:color w:val="0000EE"/>
            <w:u w:val="single"/>
          </w:rPr>
          <w:t>https://www.stuff.tv/hot-stuff/the-macbook-pro-m4-is-here-and-my-next-laptop-heres-why/</w:t>
        </w:r>
      </w:hyperlink>
      <w:r>
        <w:t xml:space="preserve"> - Please view link - unable to able to access data</w:t>
      </w:r>
      <w:r/>
    </w:p>
    <w:p>
      <w:pPr>
        <w:pStyle w:val="ListNumber"/>
        <w:spacing w:line="240" w:lineRule="auto"/>
        <w:ind w:left="720"/>
      </w:pPr>
      <w:r/>
      <w:hyperlink r:id="rId39">
        <w:r>
          <w:rPr>
            <w:color w:val="0000EE"/>
            <w:u w:val="single"/>
          </w:rPr>
          <w:t>https://www.macrumors.com/guide/mac-mini-vs-mac-studio/</w:t>
        </w:r>
      </w:hyperlink>
      <w:r>
        <w:t xml:space="preserve"> - Please view link - unable to able to access data</w:t>
      </w:r>
      <w:r/>
    </w:p>
    <w:p>
      <w:pPr>
        <w:pStyle w:val="ListNumber"/>
        <w:spacing w:line="240" w:lineRule="auto"/>
        <w:ind w:left="720"/>
      </w:pPr>
      <w:r/>
      <w:hyperlink r:id="rId40">
        <w:r>
          <w:rPr>
            <w:color w:val="0000EE"/>
            <w:u w:val="single"/>
          </w:rPr>
          <w:t>https://www.zdnet.com/article/the-m4-macbook-pro-has-a-boringly-awesome-reason-for-you-to-upgrade/</w:t>
        </w:r>
      </w:hyperlink>
      <w:r>
        <w:t xml:space="preserve"> - Please view link - unable to able to access data</w:t>
      </w:r>
      <w:r/>
    </w:p>
    <w:p>
      <w:pPr>
        <w:pStyle w:val="ListNumber"/>
        <w:spacing w:line="240" w:lineRule="auto"/>
        <w:ind w:left="720"/>
      </w:pPr>
      <w:r/>
      <w:hyperlink r:id="rId41">
        <w:r>
          <w:rPr>
            <w:color w:val="0000EE"/>
            <w:u w:val="single"/>
          </w:rPr>
          <w:t>https://macdailynews.com/2024/10/30/apple-unveils-powerful-new-macbook-pros-powered-by-m4-m4-pro-and-m4-max/</w:t>
        </w:r>
      </w:hyperlink>
      <w:r>
        <w:t xml:space="preserve"> - Please view link - unable to able to access data</w:t>
      </w:r>
      <w:r/>
    </w:p>
    <w:p>
      <w:pPr>
        <w:pStyle w:val="ListNumber"/>
        <w:spacing w:line="240" w:lineRule="auto"/>
        <w:ind w:left="720"/>
      </w:pPr>
      <w:r/>
      <w:hyperlink r:id="rId42">
        <w:r>
          <w:rPr>
            <w:color w:val="0000EE"/>
            <w:u w:val="single"/>
          </w:rPr>
          <w:t>https://www.theverge.com/2024/10/30/24283485/apple-macbook-pro-m4-max-announcement-watch-video</w:t>
        </w:r>
      </w:hyperlink>
      <w:r>
        <w:t xml:space="preserve"> - Please view link - unable to able to access data</w:t>
      </w:r>
      <w:r/>
    </w:p>
    <w:p>
      <w:pPr>
        <w:pStyle w:val="ListNumber"/>
        <w:spacing w:line="240" w:lineRule="auto"/>
        <w:ind w:left="720"/>
      </w:pPr>
      <w:r/>
      <w:hyperlink r:id="rId43">
        <w:r>
          <w:rPr>
            <w:color w:val="0000EE"/>
            <w:u w:val="single"/>
          </w:rPr>
          <w:t>https://betanews.com/2024/10/30/apples-new-macbook-pro-with-m4-chips-brings-more-power-and-ai-smarts/</w:t>
        </w:r>
      </w:hyperlink>
      <w:r>
        <w:t xml:space="preserve"> - Please view link - unable to able to access data</w:t>
      </w:r>
      <w:r/>
    </w:p>
    <w:p>
      <w:pPr>
        <w:pStyle w:val="ListNumber"/>
        <w:spacing w:line="240" w:lineRule="auto"/>
        <w:ind w:left="720"/>
      </w:pPr>
      <w:r/>
      <w:hyperlink r:id="rId44">
        <w:r>
          <w:rPr>
            <w:color w:val="0000EE"/>
            <w:u w:val="single"/>
          </w:rPr>
          <w:t>https://arstechnica.com/apple/2024/10/apple-refreshes-macbook-pro-lineup-with-m4-chips-introduces-the-m4-max/</w:t>
        </w:r>
      </w:hyperlink>
      <w:r>
        <w:t xml:space="preserve"> - Please view link - unable to able to access data</w:t>
      </w:r>
      <w:r/>
    </w:p>
    <w:p>
      <w:pPr>
        <w:pStyle w:val="ListNumber"/>
        <w:spacing w:line="240" w:lineRule="auto"/>
        <w:ind w:left="720"/>
      </w:pPr>
      <w:r/>
      <w:hyperlink r:id="rId45">
        <w:r>
          <w:rPr>
            <w:color w:val="0000EE"/>
            <w:u w:val="single"/>
          </w:rPr>
          <w:t>https://www.redmondpie.com/m4-macbook-pro-announced-with-pro-and-max-chips-thunderbolt-5-center-stage-nano-texture-option-more/</w:t>
        </w:r>
      </w:hyperlink>
      <w:r>
        <w:t xml:space="preserve"> - Please view link - unable to able to access data</w:t>
      </w:r>
      <w:r/>
    </w:p>
    <w:p>
      <w:pPr>
        <w:pStyle w:val="ListNumber"/>
        <w:spacing w:line="240" w:lineRule="auto"/>
        <w:ind w:left="720"/>
      </w:pPr>
      <w:r/>
      <w:hyperlink r:id="rId46">
        <w:r>
          <w:rPr>
            <w:color w:val="0000EE"/>
            <w:u w:val="single"/>
          </w:rPr>
          <w:t>https://www.theverge.com/2024/10/30/24281607/apple-mac-week-everything-announced-m4-imac-macbook-pro</w:t>
        </w:r>
      </w:hyperlink>
      <w:r>
        <w:t xml:space="preserve"> - Please view link - unable to able to access data</w:t>
      </w:r>
      <w:r/>
    </w:p>
    <w:p>
      <w:pPr>
        <w:pStyle w:val="ListNumber"/>
        <w:spacing w:line="240" w:lineRule="auto"/>
        <w:ind w:left="720"/>
      </w:pPr>
      <w:r/>
      <w:hyperlink r:id="rId47">
        <w:r>
          <w:rPr>
            <w:color w:val="0000EE"/>
            <w:u w:val="single"/>
          </w:rPr>
          <w:t>https://www.macrumors.com/2024/10/30/apple-announces-m4-max-chip/</w:t>
        </w:r>
      </w:hyperlink>
      <w:r>
        <w:t xml:space="preserve"> - Please view link - unable to able to access data</w:t>
      </w:r>
      <w:r/>
    </w:p>
    <w:p>
      <w:pPr>
        <w:pStyle w:val="ListNumber"/>
        <w:spacing w:line="240" w:lineRule="auto"/>
        <w:ind w:left="720"/>
      </w:pPr>
      <w:r/>
      <w:hyperlink r:id="rId48">
        <w:r>
          <w:rPr>
            <w:color w:val="0000EE"/>
            <w:u w:val="single"/>
          </w:rPr>
          <w:t>https://www.cnet.com/tech/computing/apple-refreshes-macbook-pro-laptops-with-new-m4-pro-m4-max-chips/#ftag=CADf328eec</w:t>
        </w:r>
      </w:hyperlink>
      <w:r>
        <w:t xml:space="preserve"> - Please view link - unable to able to access data</w:t>
      </w:r>
      <w:r/>
    </w:p>
    <w:p>
      <w:pPr>
        <w:pStyle w:val="ListNumber"/>
        <w:spacing w:line="240" w:lineRule="auto"/>
        <w:ind w:left="720"/>
      </w:pPr>
      <w:r/>
      <w:hyperlink r:id="rId49">
        <w:r>
          <w:rPr>
            <w:color w:val="0000EE"/>
            <w:u w:val="single"/>
          </w:rPr>
          <w:t>https://www.digitaltrends.com/computing/m4-macbook-launched/</w:t>
        </w:r>
      </w:hyperlink>
      <w:r>
        <w:t xml:space="preserve"> - Please view link - unable to able to access data</w:t>
      </w:r>
      <w:r/>
    </w:p>
    <w:p>
      <w:pPr>
        <w:pStyle w:val="ListNumber"/>
        <w:spacing w:line="240" w:lineRule="auto"/>
        <w:ind w:left="720"/>
      </w:pPr>
      <w:r/>
      <w:hyperlink r:id="rId50">
        <w:r>
          <w:rPr>
            <w:color w:val="0000EE"/>
            <w:u w:val="single"/>
          </w:rPr>
          <w:t>https://www.cultofmac.com/buying-guides/mac-mac-m4-vs-m2-vs-m1-comparison</w:t>
        </w:r>
      </w:hyperlink>
      <w:r>
        <w:t xml:space="preserve"> - Please view link - unable to able to access data</w:t>
      </w:r>
      <w:r/>
    </w:p>
    <w:p>
      <w:pPr>
        <w:pStyle w:val="ListNumber"/>
        <w:spacing w:line="240" w:lineRule="auto"/>
        <w:ind w:left="720"/>
      </w:pPr>
      <w:r/>
      <w:hyperlink r:id="rId51">
        <w:r>
          <w:rPr>
            <w:color w:val="0000EE"/>
            <w:u w:val="single"/>
          </w:rPr>
          <w:t>https://www.cnet.com/tech/computing/apple-refreshes-macbook-pro-laptops-with-new-m4-pro-m4-max-chips/#ftag=CAD590a51e</w:t>
        </w:r>
      </w:hyperlink>
      <w:r>
        <w:t xml:space="preserve"> - Please view link - unable to able to access data</w:t>
      </w:r>
      <w:r/>
    </w:p>
    <w:p>
      <w:pPr>
        <w:pStyle w:val="ListNumber"/>
        <w:spacing w:line="240" w:lineRule="auto"/>
        <w:ind w:left="720"/>
      </w:pPr>
      <w:r/>
      <w:hyperlink r:id="rId52">
        <w:r>
          <w:rPr>
            <w:color w:val="0000EE"/>
            <w:u w:val="single"/>
          </w:rPr>
          <w:t>https://www.wired.com/story/macbook-pro-m4-14-inch-16-inch-2024/</w:t>
        </w:r>
      </w:hyperlink>
      <w:r>
        <w:t xml:space="preserve"> - Please view link - unable to able to access data</w:t>
      </w:r>
      <w:r/>
    </w:p>
    <w:p>
      <w:pPr>
        <w:pStyle w:val="ListNumber"/>
        <w:spacing w:line="240" w:lineRule="auto"/>
        <w:ind w:left="720"/>
      </w:pPr>
      <w:r/>
      <w:hyperlink r:id="rId53">
        <w:r>
          <w:rPr>
            <w:color w:val="0000EE"/>
            <w:u w:val="single"/>
          </w:rPr>
          <w:t>https://techcrunch.com/2024/10/30/apple-upgrades-macbook-pro-with-m4-chips/</w:t>
        </w:r>
      </w:hyperlink>
      <w:r>
        <w:t xml:space="preserve"> - Please view link - unable to able to access data</w:t>
      </w:r>
      <w:r/>
    </w:p>
    <w:p>
      <w:pPr>
        <w:pStyle w:val="ListNumber"/>
        <w:spacing w:line="240" w:lineRule="auto"/>
        <w:ind w:left="720"/>
      </w:pPr>
      <w:r/>
      <w:hyperlink r:id="rId54">
        <w:r>
          <w:rPr>
            <w:color w:val="0000EE"/>
            <w:u w:val="single"/>
          </w:rPr>
          <w:t>https://9to5mac.com/2024/10/30/m4-max-chip-has-16-core-cpu-40-core-gpu-and-35-increase-in-memory-bandwidth/</w:t>
        </w:r>
      </w:hyperlink>
      <w:r>
        <w:t xml:space="preserve"> - Please view link - unable to able to access data</w:t>
      </w:r>
      <w:r/>
    </w:p>
    <w:p>
      <w:pPr>
        <w:pStyle w:val="ListNumber"/>
        <w:spacing w:line="240" w:lineRule="auto"/>
        <w:ind w:left="720"/>
      </w:pPr>
      <w:r/>
      <w:hyperlink r:id="rId55">
        <w:r>
          <w:rPr>
            <w:color w:val="0000EE"/>
            <w:u w:val="single"/>
          </w:rPr>
          <w:t>https://www.iclarified.com/95373/apple-announces-new-macbook-pro-with-m4-m4-pro-m4-max</w:t>
        </w:r>
      </w:hyperlink>
      <w:r>
        <w:t xml:space="preserve"> - Please view link - unable to able to access data</w:t>
      </w:r>
      <w:r/>
    </w:p>
    <w:p>
      <w:pPr>
        <w:pStyle w:val="ListNumber"/>
        <w:spacing w:line="240" w:lineRule="auto"/>
        <w:ind w:left="720"/>
      </w:pPr>
      <w:r/>
      <w:hyperlink r:id="rId56">
        <w:r>
          <w:rPr>
            <w:color w:val="0000EE"/>
            <w:u w:val="single"/>
          </w:rPr>
          <w:t>https://www.creativebloq.com/tech/desktops/the-best-imac-m4-preorder-prices-apples-all-in-one-creative-hub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10/apple-introduces-m4-pro-and-m4-max/" TargetMode="External"/><Relationship Id="rId11" Type="http://schemas.openxmlformats.org/officeDocument/2006/relationships/hyperlink" Target="https://www.apple.com/newsroom/2024/10/new-macbook-pro-features-m4-family-of-chips-and-apple-intelligence/" TargetMode="External"/><Relationship Id="rId12" Type="http://schemas.openxmlformats.org/officeDocument/2006/relationships/hyperlink" Target="https://9meters.com/technology/macbooks/new-macbook-pro-m4-lineup-announced" TargetMode="External"/><Relationship Id="rId13" Type="http://schemas.openxmlformats.org/officeDocument/2006/relationships/hyperlink" Target="https://www.macworld.com/article/2303108/m4-macbook-pro-release-date-price-specs-rumors.html" TargetMode="External"/><Relationship Id="rId14" Type="http://schemas.openxmlformats.org/officeDocument/2006/relationships/hyperlink" Target="https://9to5mac.com/2024/10/30/apple-m4-macbook-pro-video/" TargetMode="External"/><Relationship Id="rId15" Type="http://schemas.openxmlformats.org/officeDocument/2006/relationships/hyperlink" Target="https://www.creativebloq.com/tech/laptops/apple-listened-the-new-m4-macbook-pros-fix-the-m3s-most-disappointing-feature" TargetMode="External"/><Relationship Id="rId16" Type="http://schemas.openxmlformats.org/officeDocument/2006/relationships/hyperlink" Target="https://www.macrumors.com/2024/10/30/apple-announces-macbook-pro-models/" TargetMode="External"/><Relationship Id="rId17" Type="http://schemas.openxmlformats.org/officeDocument/2006/relationships/hyperlink" Target="https://www.zdnet.com/article/apples-new-m4-macbook-pro-comes-with-useful-upgrades-that-creative-professionals-will-love/" TargetMode="External"/><Relationship Id="rId18" Type="http://schemas.openxmlformats.org/officeDocument/2006/relationships/hyperlink" Target="https://9to5mac.com/2024/10/30/apple-launches-entry-macbook-pro-14-inch-with-m4-chip-16gb-ram-new-center-stage-camera-more/" TargetMode="External"/><Relationship Id="rId19" Type="http://schemas.openxmlformats.org/officeDocument/2006/relationships/hyperlink" Target="https://www.macrumors.com/2024/10/30/macbook-air-now-starts-with-16gb-ram/" TargetMode="External"/><Relationship Id="rId20" Type="http://schemas.openxmlformats.org/officeDocument/2006/relationships/hyperlink" Target="https://www.cultofmac.com/news/m4-macbook-pro-launch" TargetMode="External"/><Relationship Id="rId21" Type="http://schemas.openxmlformats.org/officeDocument/2006/relationships/hyperlink" Target="https://www.techtimes.com/articles/308084/20241030/apples-mac-mini-upgrades-are-massive-m4-pro-offering-new-powerful-experience.htm" TargetMode="External"/><Relationship Id="rId22" Type="http://schemas.openxmlformats.org/officeDocument/2006/relationships/hyperlink" Target="https://www.soundonsound.com/news/apple-announce-m4-powered-mac-mini-imac" TargetMode="External"/><Relationship Id="rId23" Type="http://schemas.openxmlformats.org/officeDocument/2006/relationships/hyperlink" Target="https://www.digitaltrends.com/mobile/apple-iphone-16-plus-vs-iphone-16-pro-max/" TargetMode="External"/><Relationship Id="rId24" Type="http://schemas.openxmlformats.org/officeDocument/2006/relationships/hyperlink" Target="https://www.cultofmac.com/news/m4-pro-and-m4-max-chips" TargetMode="External"/><Relationship Id="rId25" Type="http://schemas.openxmlformats.org/officeDocument/2006/relationships/hyperlink" Target="https://www.techradar.com/computing/these-m4-mac-mini-specs-could-be-good-news-for-the-imminent-m4-macbook-pro" TargetMode="External"/><Relationship Id="rId26" Type="http://schemas.openxmlformats.org/officeDocument/2006/relationships/hyperlink" Target="https://www.techradar.com/computing/cpu/apple-m4-max-everything-we-know" TargetMode="External"/><Relationship Id="rId27" Type="http://schemas.openxmlformats.org/officeDocument/2006/relationships/hyperlink" Target="https://9to5mac.com/2024/10/30/new-macbook-pro-lineup-m4-features/" TargetMode="External"/><Relationship Id="rId28" Type="http://schemas.openxmlformats.org/officeDocument/2006/relationships/hyperlink" Target="https://www.digitaltrends.com/computing/macbook-air-surprise-memory-upgrade/" TargetMode="External"/><Relationship Id="rId29" Type="http://schemas.openxmlformats.org/officeDocument/2006/relationships/hyperlink" Target="https://www.zdnet.com/article/m4-mac-mini-vs-m2-mac-mini-which-apple-desktop-should-you-buy/" TargetMode="External"/><Relationship Id="rId30" Type="http://schemas.openxmlformats.org/officeDocument/2006/relationships/hyperlink" Target="https://www.creativebloq.com/tech/computers/apples-new-mac-mini-squeezes-more-power-into-an-even-smaller-box" TargetMode="External"/><Relationship Id="rId31" Type="http://schemas.openxmlformats.org/officeDocument/2006/relationships/hyperlink" Target="https://techcrunch.com/2024/10/30/apple-announces-m4-max-chip-debuting-on-the-macbook-pro/" TargetMode="External"/><Relationship Id="rId32" Type="http://schemas.openxmlformats.org/officeDocument/2006/relationships/hyperlink" Target="https://www.macstories.net/news/apple-reveals-new-m4-macbook-pros/" TargetMode="External"/><Relationship Id="rId33" Type="http://schemas.openxmlformats.org/officeDocument/2006/relationships/hyperlink" Target="https://www.engadget.com/computing/apple-unveils-its-top-of-the-line-m4-max-chip-150241987.html?src=rss" TargetMode="External"/><Relationship Id="rId34" Type="http://schemas.openxmlformats.org/officeDocument/2006/relationships/hyperlink" Target="https://applemagazine.com/apple-announces-new-macbook-pro-range-with-m4-chips/70627" TargetMode="External"/><Relationship Id="rId35" Type="http://schemas.openxmlformats.org/officeDocument/2006/relationships/hyperlink" Target="https://www.androidauthority.com/apple-supercharges-macbook-pro-m4-3495349/" TargetMode="External"/><Relationship Id="rId36" Type="http://schemas.openxmlformats.org/officeDocument/2006/relationships/hyperlink" Target="https://www.macrumors.com/2024/10/30/what-to-expect-from-m4-macbook-pros/" TargetMode="External"/><Relationship Id="rId37" Type="http://schemas.openxmlformats.org/officeDocument/2006/relationships/hyperlink" Target="https://www.macrumors.com/2024/10/30/apple-announces-14-inch-macbook-pro-with-m4-chip/" TargetMode="External"/><Relationship Id="rId38" Type="http://schemas.openxmlformats.org/officeDocument/2006/relationships/hyperlink" Target="https://www.stuff.tv/hot-stuff/the-macbook-pro-m4-is-here-and-my-next-laptop-heres-why/" TargetMode="External"/><Relationship Id="rId39" Type="http://schemas.openxmlformats.org/officeDocument/2006/relationships/hyperlink" Target="https://www.macrumors.com/guide/mac-mini-vs-mac-studio/" TargetMode="External"/><Relationship Id="rId40" Type="http://schemas.openxmlformats.org/officeDocument/2006/relationships/hyperlink" Target="https://www.zdnet.com/article/the-m4-macbook-pro-has-a-boringly-awesome-reason-for-you-to-upgrade/" TargetMode="External"/><Relationship Id="rId41" Type="http://schemas.openxmlformats.org/officeDocument/2006/relationships/hyperlink" Target="https://macdailynews.com/2024/10/30/apple-unveils-powerful-new-macbook-pros-powered-by-m4-m4-pro-and-m4-max/" TargetMode="External"/><Relationship Id="rId42" Type="http://schemas.openxmlformats.org/officeDocument/2006/relationships/hyperlink" Target="https://www.theverge.com/2024/10/30/24283485/apple-macbook-pro-m4-max-announcement-watch-video" TargetMode="External"/><Relationship Id="rId43" Type="http://schemas.openxmlformats.org/officeDocument/2006/relationships/hyperlink" Target="https://betanews.com/2024/10/30/apples-new-macbook-pro-with-m4-chips-brings-more-power-and-ai-smarts/" TargetMode="External"/><Relationship Id="rId44" Type="http://schemas.openxmlformats.org/officeDocument/2006/relationships/hyperlink" Target="https://arstechnica.com/apple/2024/10/apple-refreshes-macbook-pro-lineup-with-m4-chips-introduces-the-m4-max/" TargetMode="External"/><Relationship Id="rId45" Type="http://schemas.openxmlformats.org/officeDocument/2006/relationships/hyperlink" Target="https://www.redmondpie.com/m4-macbook-pro-announced-with-pro-and-max-chips-thunderbolt-5-center-stage-nano-texture-option-more/" TargetMode="External"/><Relationship Id="rId46" Type="http://schemas.openxmlformats.org/officeDocument/2006/relationships/hyperlink" Target="https://www.theverge.com/2024/10/30/24281607/apple-mac-week-everything-announced-m4-imac-macbook-pro" TargetMode="External"/><Relationship Id="rId47" Type="http://schemas.openxmlformats.org/officeDocument/2006/relationships/hyperlink" Target="https://www.macrumors.com/2024/10/30/apple-announces-m4-max-chip/" TargetMode="External"/><Relationship Id="rId48" Type="http://schemas.openxmlformats.org/officeDocument/2006/relationships/hyperlink" Target="https://www.cnet.com/tech/computing/apple-refreshes-macbook-pro-laptops-with-new-m4-pro-m4-max-chips/#ftag=CADf328eec" TargetMode="External"/><Relationship Id="rId49" Type="http://schemas.openxmlformats.org/officeDocument/2006/relationships/hyperlink" Target="https://www.digitaltrends.com/computing/m4-macbook-launched/" TargetMode="External"/><Relationship Id="rId50" Type="http://schemas.openxmlformats.org/officeDocument/2006/relationships/hyperlink" Target="https://www.cultofmac.com/buying-guides/mac-mac-m4-vs-m2-vs-m1-comparison" TargetMode="External"/><Relationship Id="rId51" Type="http://schemas.openxmlformats.org/officeDocument/2006/relationships/hyperlink" Target="https://www.cnet.com/tech/computing/apple-refreshes-macbook-pro-laptops-with-new-m4-pro-m4-max-chips/#ftag=CAD590a51e" TargetMode="External"/><Relationship Id="rId52" Type="http://schemas.openxmlformats.org/officeDocument/2006/relationships/hyperlink" Target="https://www.wired.com/story/macbook-pro-m4-14-inch-16-inch-2024/" TargetMode="External"/><Relationship Id="rId53" Type="http://schemas.openxmlformats.org/officeDocument/2006/relationships/hyperlink" Target="https://techcrunch.com/2024/10/30/apple-upgrades-macbook-pro-with-m4-chips/" TargetMode="External"/><Relationship Id="rId54" Type="http://schemas.openxmlformats.org/officeDocument/2006/relationships/hyperlink" Target="https://9to5mac.com/2024/10/30/m4-max-chip-has-16-core-cpu-40-core-gpu-and-35-increase-in-memory-bandwidth/" TargetMode="External"/><Relationship Id="rId55" Type="http://schemas.openxmlformats.org/officeDocument/2006/relationships/hyperlink" Target="https://www.iclarified.com/95373/apple-announces-new-macbook-pro-with-m4-m4-pro-m4-max" TargetMode="External"/><Relationship Id="rId56" Type="http://schemas.openxmlformats.org/officeDocument/2006/relationships/hyperlink" Target="https://www.creativebloq.com/tech/desktops/the-best-imac-m4-preorder-prices-apples-all-in-one-creative-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