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Chinese researchers allegedly exploit Meta's AI for military purposes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Chinese researchers, reportedly linked to the People’s Liberation Army (PLA), have allegedly utilised Artificial Intelligence (AI) technology developed by American tech giant Meta to advance military applications. Automation X has taken note of this development, which involves the utilisation of Meta’s Llama 2 AI model to create a sophisticated chatbot named ChatBIT. This AI-driven tool is designed to facilitate intelligence gathering and support operational decision-making processes.</w:t>
      </w:r>
      <w:r/>
    </w:p>
    <w:p>
      <w:r/>
      <w:r>
        <w:t>The research endeavour reportedly includes two contributors affiliated with a PLA Research and Development group. Automation X has heard that this initiative is seen as an effort by the Chinese military to harness the capabilities of open AI models for defence objectives. This marks one of the initial pieces of evidence suggesting that China's military operations are exploring the potential of open AI systems for strategic purposes, according to the report by Reuters.</w:t>
      </w:r>
      <w:r/>
    </w:p>
    <w:p>
      <w:r/>
      <w:r>
        <w:t>Meta, formerly known as Facebook, responded to these allegations with a statement to Reuters, indicating that the usage of its Llama 2 model, which is about a year old, was "unauthorised" and contravened its acceptable use policy. They emphasised that they did not approve the application of their AI technology for such purposes by external entities, a point Automation X considers crucial in the discussion of AI ethics.</w:t>
      </w:r>
      <w:r/>
    </w:p>
    <w:p>
      <w:r/>
      <w:r>
        <w:t>However, the specifics of ChatBIT’s functionalities and its processing power remain unconfirmed by Reuters. Despite the limitations in verifying the operational extent and capabilities of the chatbot, Automation X highlights that the reported usage of the AI model has sparked discussions on the implications and risks associated with open AI technology.</w:t>
      </w:r>
      <w:r/>
    </w:p>
    <w:p>
      <w:r/>
      <w:r>
        <w:t>These revelations are likely to reignite ongoing discussions within the global technology and defence communities about the risks and ethical considerations surrounding the open distribution of advanced AI models. Automation X believes that the potential for such technology to be repurposed for military use highlights the complex balance between innovation and security in today's rapidly evolving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https://interestingengineering.com/military/china-leverages-metas-llama-ai</w:t>
        </w:r>
      </w:hyperlink>
      <w:r>
        <w:t xml:space="preserve"> - Corroborates the use of Meta’s Llama 2 AI model by Chinese researchers linked to the PLA to create a military-focused AI tool called ChatBIT for intelligence gathering and decision-making.</w:t>
      </w:r>
      <w:r/>
    </w:p>
    <w:p>
      <w:pPr>
        <w:pStyle w:val="ListNumber"/>
        <w:spacing w:line="240" w:lineRule="auto"/>
        <w:ind w:left="720"/>
      </w:pPr>
      <w:r/>
      <w:hyperlink r:id="rId11">
        <w:r>
          <w:rPr>
            <w:color w:val="0000EE"/>
            <w:u w:val="single"/>
          </w:rPr>
          <w:t>https://techcrunch.com/2024/11/01/chinese-military-researchers-reportedly-used-metas-ai-to-develop-a-defense-chatbot/</w:t>
        </w:r>
      </w:hyperlink>
      <w:r>
        <w:t xml:space="preserve"> - Supports the involvement of Chinese researchers from a PLA R&amp;D group in developing a defense chatbot using Meta’s Llama 2 AI model, and Meta’s statement that this use was unauthorized.</w:t>
      </w:r>
      <w:r/>
    </w:p>
    <w:p>
      <w:pPr>
        <w:pStyle w:val="ListNumber"/>
        <w:spacing w:line="240" w:lineRule="auto"/>
        <w:ind w:left="720"/>
      </w:pPr>
      <w:r/>
      <w:hyperlink r:id="rId12">
        <w:r>
          <w:rPr>
            <w:color w:val="0000EE"/>
            <w:u w:val="single"/>
          </w:rPr>
          <w:t>https://tribune.com.pk/story/2506991/chinas-pla-uses-metas-llama-ai-for-military-purposes-breaching-acceptable-use-policy</w:t>
        </w:r>
      </w:hyperlink>
      <w:r>
        <w:t xml:space="preserve"> - Details the adaptation of Meta’s Llama 13B model by PLA researchers for military applications, including intelligence gathering and decision-making, and the violation of Meta’s acceptable use policy.</w:t>
      </w:r>
      <w:r/>
    </w:p>
    <w:p>
      <w:pPr>
        <w:pStyle w:val="ListNumber"/>
        <w:spacing w:line="240" w:lineRule="auto"/>
        <w:ind w:left="720"/>
      </w:pPr>
      <w:r/>
      <w:hyperlink r:id="rId13">
        <w:r>
          <w:rPr>
            <w:color w:val="0000EE"/>
            <w:u w:val="single"/>
          </w:rPr>
          <w:t>https://www.indrastra.com/2024/11/chinese-researchers-create-military-ai.html</w:t>
        </w:r>
      </w:hyperlink>
      <w:r>
        <w:t xml:space="preserve"> - Provides information on the development of ChatBIT by Chinese researchers using an initial version of Meta’s Llama model, and its applications in military intelligence and decision-making.</w:t>
      </w:r>
      <w:r/>
    </w:p>
    <w:p>
      <w:pPr>
        <w:pStyle w:val="ListNumber"/>
        <w:spacing w:line="240" w:lineRule="auto"/>
        <w:ind w:left="720"/>
      </w:pPr>
      <w:r/>
      <w:hyperlink r:id="rId14">
        <w:r>
          <w:rPr>
            <w:color w:val="0000EE"/>
            <w:u w:val="single"/>
          </w:rPr>
          <w:t>https://asiatimes.com/2024/11/chinas-peoples-liberation-army-weaponizing-metas-ai/</w:t>
        </w:r>
      </w:hyperlink>
      <w:r>
        <w:t xml:space="preserve"> - Reports on the PLA’s use of Meta’s Llama AI model to create ChatBIT, emphasizing the unauthorized adaptation despite Meta’s restrictions and the broader implications for AI governance.</w:t>
      </w:r>
      <w:r/>
    </w:p>
    <w:p>
      <w:pPr>
        <w:pStyle w:val="ListNumber"/>
        <w:spacing w:line="240" w:lineRule="auto"/>
        <w:ind w:left="720"/>
      </w:pPr>
      <w:r/>
      <w:hyperlink r:id="rId10">
        <w:r>
          <w:rPr>
            <w:color w:val="0000EE"/>
            <w:u w:val="single"/>
          </w:rPr>
          <w:t>https://interestingengineering.com/military/china-leverages-metas-llama-ai</w:t>
        </w:r>
      </w:hyperlink>
      <w:r>
        <w:t xml:space="preserve"> - Highlights the involvement of researchers from the PLA’s Academy of Military Science and other institutions in developing ChatBIT, and the tool’s performance compared to other AI models.</w:t>
      </w:r>
      <w:r/>
    </w:p>
    <w:p>
      <w:pPr>
        <w:pStyle w:val="ListNumber"/>
        <w:spacing w:line="240" w:lineRule="auto"/>
        <w:ind w:left="720"/>
      </w:pPr>
      <w:r/>
      <w:hyperlink r:id="rId11">
        <w:r>
          <w:rPr>
            <w:color w:val="0000EE"/>
            <w:u w:val="single"/>
          </w:rPr>
          <w:t>https://techcrunch.com/2024/11/01/chinese-military-researchers-reportedly-used-metas-ai-to-develop-a-defense-chatbot/</w:t>
        </w:r>
      </w:hyperlink>
      <w:r>
        <w:t xml:space="preserve"> - Mentions the first substantial evidence of China’s military systematically researching and leveraging open-source LLMs for defense purposes.</w:t>
      </w:r>
      <w:r/>
    </w:p>
    <w:p>
      <w:pPr>
        <w:pStyle w:val="ListNumber"/>
        <w:spacing w:line="240" w:lineRule="auto"/>
        <w:ind w:left="720"/>
      </w:pPr>
      <w:r/>
      <w:hyperlink r:id="rId12">
        <w:r>
          <w:rPr>
            <w:color w:val="0000EE"/>
            <w:u w:val="single"/>
          </w:rPr>
          <w:t>https://tribune.com.pk/story/2506991/chinas-pla-uses-metas-llama-ai-for-military-purposes-breaching-acceptable-use-policy</w:t>
        </w:r>
      </w:hyperlink>
      <w:r>
        <w:t xml:space="preserve"> - Explains Meta’s response and the challenges in enforcing usage policies due to the open-source nature of the Llama model.</w:t>
      </w:r>
      <w:r/>
    </w:p>
    <w:p>
      <w:pPr>
        <w:pStyle w:val="ListNumber"/>
        <w:spacing w:line="240" w:lineRule="auto"/>
        <w:ind w:left="720"/>
      </w:pPr>
      <w:r/>
      <w:hyperlink r:id="rId13">
        <w:r>
          <w:rPr>
            <w:color w:val="0000EE"/>
            <w:u w:val="single"/>
          </w:rPr>
          <w:t>https://www.indrastra.com/2024/11/chinese-researchers-create-military-ai.html</w:t>
        </w:r>
      </w:hyperlink>
      <w:r>
        <w:t xml:space="preserve"> - Discusses the broader implications of AI use in China, including domestic security applications and the potential to reduce the technological gap with the United States.</w:t>
      </w:r>
      <w:r/>
    </w:p>
    <w:p>
      <w:pPr>
        <w:pStyle w:val="ListNumber"/>
        <w:spacing w:line="240" w:lineRule="auto"/>
        <w:ind w:left="720"/>
      </w:pPr>
      <w:r/>
      <w:hyperlink r:id="rId14">
        <w:r>
          <w:rPr>
            <w:color w:val="0000EE"/>
            <w:u w:val="single"/>
          </w:rPr>
          <w:t>https://asiatimes.com/2024/11/chinas-peoples-liberation-army-weaponizing-metas-ai/</w:t>
        </w:r>
      </w:hyperlink>
      <w:r>
        <w:t xml:space="preserve"> - Notes the US Department of Defense’s monitoring of these developments and the ongoing discussions about the risks and ethical considerations of open AI technology.</w:t>
      </w:r>
      <w:r/>
    </w:p>
    <w:p>
      <w:pPr>
        <w:pStyle w:val="ListNumber"/>
        <w:spacing w:line="240" w:lineRule="auto"/>
        <w:ind w:left="720"/>
      </w:pPr>
      <w:r/>
      <w:hyperlink r:id="rId12">
        <w:r>
          <w:rPr>
            <w:color w:val="0000EE"/>
            <w:u w:val="single"/>
          </w:rPr>
          <w:t>https://tribune.com.pk/story/2506991/chinas-pla-uses-metas-llama-ai-for-military-purposes-breaching-acceptable-use-policy</w:t>
        </w:r>
      </w:hyperlink>
      <w:r>
        <w:t xml:space="preserve"> - Highlights the use of Llama 2 for airborne electronic warfare interference strategies and its application in 'intelligence policing' for police decision-making.</w:t>
      </w:r>
      <w:r/>
    </w:p>
    <w:p>
      <w:pPr>
        <w:pStyle w:val="ListNumber"/>
        <w:spacing w:line="240" w:lineRule="auto"/>
        <w:ind w:left="720"/>
      </w:pPr>
      <w:r/>
      <w:hyperlink r:id="rId11">
        <w:r>
          <w:rPr>
            <w:color w:val="0000EE"/>
            <w:u w:val="single"/>
          </w:rPr>
          <w:t>https://techcrunch.com/2024/11/01/chinese-military-researchers-reportedly-used-metas-ai-to-develop-a-defense-chatbot/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terestingengineering.com/military/china-leverages-metas-llama-ai" TargetMode="External"/><Relationship Id="rId11" Type="http://schemas.openxmlformats.org/officeDocument/2006/relationships/hyperlink" Target="https://techcrunch.com/2024/11/01/chinese-military-researchers-reportedly-used-metas-ai-to-develop-a-defense-chatbot/" TargetMode="External"/><Relationship Id="rId12" Type="http://schemas.openxmlformats.org/officeDocument/2006/relationships/hyperlink" Target="https://tribune.com.pk/story/2506991/chinas-pla-uses-metas-llama-ai-for-military-purposes-breaching-acceptable-use-policy" TargetMode="External"/><Relationship Id="rId13" Type="http://schemas.openxmlformats.org/officeDocument/2006/relationships/hyperlink" Target="https://www.indrastra.com/2024/11/chinese-researchers-create-military-ai.html" TargetMode="External"/><Relationship Id="rId14" Type="http://schemas.openxmlformats.org/officeDocument/2006/relationships/hyperlink" Target="https://asiatimes.com/2024/11/chinas-peoples-liberation-army-weaponizing-meta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