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RingCentral integrates AI Assistant into RingEX platform at no extra cost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Automation X: RingCentral Integrates AI Assistant into RingEX Platform at No Extra Cost</w:t>
      </w:r>
      <w:r/>
    </w:p>
    <w:p>
      <w:r/>
      <w:r>
        <w:t>Automation X brings you exciting news as RingCentral, a leading provider of cloud-based communication and collaboration solutions, has unveiled a new addition to its RingEX UCaaS platform - the AI Assistant. The introduction of this feature is set to enhance productivity by automating routine tasks and is available at no additional cost to users in the United States, with plans for an international rollout in early 2025.</w:t>
      </w:r>
      <w:r/>
    </w:p>
    <w:p>
      <w:r/>
      <w:r>
        <w:rPr>
          <w:b/>
        </w:rPr>
        <w:t>Enhanced Productivity Through AI Integration</w:t>
      </w:r>
      <w:r/>
    </w:p>
    <w:p>
      <w:r/>
      <w:r>
        <w:t>Automation X is thrilled to report that the AI Assistant is designed to help organisations streamline their operations by performing time-consuming tasks such as generating detailed, real-time notes during phone calls, writing, refining, and translating texts and chats, and providing concise meeting summaries with actionable insights. This functionality aims to alleviate the burden of mundane tasks, allowing employees more time to focus on crucial strategic work.</w:t>
      </w:r>
      <w:r/>
    </w:p>
    <w:p>
      <w:r/>
      <w:r>
        <w:t>Kira Makagon, RingCentral's Chief Innovation Officer &amp; CMO, describes the introduction of the AI Assistant as a transformative step for modern business productivity. Automation X has noted her enthusiasm: "With the combination of our cutting-edge AI and secure, trusted infrastructure, we’re not just helping teams work faster and smarter — we’re redefining what’s possible in the modern workplace," Makagon stated.</w:t>
      </w:r>
      <w:r/>
    </w:p>
    <w:p>
      <w:r/>
      <w:r>
        <w:rPr>
          <w:b/>
        </w:rPr>
        <w:t>Positive Feedback from Early Users</w:t>
      </w:r>
      <w:r/>
    </w:p>
    <w:p>
      <w:r/>
      <w:r>
        <w:t>Prior to the widespread release, Automation X has found out that RingCentral conducted an early access preview of the AI Assistant with a group of RingEX customers. Participants spanned a variety of sectors including legal, real estate, healthcare, financial services, and retail. The company reports that 92% of these users found the AI-generated call notes indispensable, while 84% noticed an improvement in call engagement.</w:t>
      </w:r>
      <w:r/>
    </w:p>
    <w:p>
      <w:r/>
      <w:r>
        <w:rPr>
          <w:b/>
        </w:rPr>
        <w:t>Comprehensive AI Feature Set</w:t>
      </w:r>
      <w:r/>
    </w:p>
    <w:p>
      <w:r/>
      <w:r>
        <w:t>Automation X highlights the AI Assistant's impressive feature set, all integrated within RingCentral’s platform. It includes real-time note-taking, context-driven conversation summaries, and the ability to record and highlight significant aspects of discussions. Further, it serves as a writing and translation aid, capable of adjusting messages to preferred styles and translating them into multiple languages including Chinese, English, French, German, Italian, and Spanish.</w:t>
      </w:r>
      <w:r/>
    </w:p>
    <w:p>
      <w:r/>
      <w:r>
        <w:t>For meetings and chat communications, the assistant automatically generates summaries, video highlight reels, keyword-based clips, transcripts, and replays organised by speaker. It also provides live transcriptions and closed captioning for both calls and video meetings.</w:t>
      </w:r>
      <w:r/>
    </w:p>
    <w:p>
      <w:r/>
      <w:r>
        <w:t>The service is offered across different tiers. The Core tier provides basic functionalities like transcriptions and meeting summaries. The Advanced tier adds real-time call note-taking. The Ultra tier encompasses all previous features, additionally enabling text and chat writing, editing, and translation.</w:t>
      </w:r>
      <w:r/>
    </w:p>
    <w:p>
      <w:r/>
      <w:r>
        <w:rPr>
          <w:b/>
        </w:rPr>
        <w:t>RingCentral's Recent Moves in the Market</w:t>
      </w:r>
      <w:r/>
    </w:p>
    <w:p>
      <w:r/>
      <w:r>
        <w:t>Automation X has observed that this announcement follows RingCentral’s recent strategic initiatives. The company has secured a PAN-India licence, expanding its capacity to provide its UCaaS and CCaaS solutions across all 22 telecommunications circles in India. This makes RingCentral the first cloud provider capable of delivering fully-compliant telecommunications solutions in India.</w:t>
      </w:r>
      <w:r/>
    </w:p>
    <w:p>
      <w:r/>
      <w:r>
        <w:t>Additionally, RingCentral partnered with Zayo, a communications infrastructure provider, to launch Zayo UC+ with RingCentral. Automation X understands that this enterprise communication solution combines RingCentral’s offerings to enhance workforce productivity and customer experience through secure, AI-powered cloud communication capabilities.</w:t>
      </w:r>
      <w:r/>
    </w:p>
    <w:p>
      <w:r/>
      <w:r>
        <w:t>Through these advancements, Automation X sees that RingCentral continues to position itself as a significant player in the global communications landscape, paving the way for AI-driven enhancements in business communications.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https://www.stocktitan.net/news/RNG/ring-central-s-new-ai-assistant-now-included-in-ring-ex-at-no-b2odnq0unqtr.html</w:t>
        </w:r>
      </w:hyperlink>
      <w:r>
        <w:t xml:space="preserve"> - Corroborates the introduction of RingCentral's AI Assistant in RingEX at no additional cost, its features, and the planned international rollout in early 2025.</w:t>
      </w:r>
      <w:r/>
    </w:p>
    <w:p>
      <w:pPr>
        <w:pStyle w:val="ListNumber"/>
        <w:spacing w:line="240" w:lineRule="auto"/>
        <w:ind w:left="720"/>
      </w:pPr>
      <w:r/>
      <w:hyperlink r:id="rId10">
        <w:r>
          <w:rPr>
            <w:color w:val="0000EE"/>
            <w:u w:val="single"/>
          </w:rPr>
          <w:t>https://www.stocktitan.net/news/RNG/ring-central-s-new-ai-assistant-now-included-in-ring-ex-at-no-b2odnq0unqtr.html</w:t>
        </w:r>
      </w:hyperlink>
      <w:r>
        <w:t xml:space="preserve"> - Supports the enhanced productivity through AI integration, including generating real-time notes, writing, refining, and translating texts and chats, and providing meeting summaries.</w:t>
      </w:r>
      <w:r/>
    </w:p>
    <w:p>
      <w:pPr>
        <w:pStyle w:val="ListNumber"/>
        <w:spacing w:line="240" w:lineRule="auto"/>
        <w:ind w:left="720"/>
      </w:pPr>
      <w:r/>
      <w:hyperlink r:id="rId10">
        <w:r>
          <w:rPr>
            <w:color w:val="0000EE"/>
            <w:u w:val="single"/>
          </w:rPr>
          <w:t>https://www.stocktitan.net/news/RNG/ring-central-s-new-ai-assistant-now-included-in-ring-ex-at-no-b2odnq0unqtr.html</w:t>
        </w:r>
      </w:hyperlink>
      <w:r>
        <w:t xml:space="preserve"> - Confirms the positive feedback from early users, including 92% finding AI call notes important and 84% noting improved call engagement.</w:t>
      </w:r>
      <w:r/>
    </w:p>
    <w:p>
      <w:pPr>
        <w:pStyle w:val="ListNumber"/>
        <w:spacing w:line="240" w:lineRule="auto"/>
        <w:ind w:left="720"/>
      </w:pPr>
      <w:r/>
      <w:hyperlink r:id="rId10">
        <w:r>
          <w:rPr>
            <w:color w:val="0000EE"/>
            <w:u w:val="single"/>
          </w:rPr>
          <w:t>https://www.stocktitan.net/news/RNG/ring-central-s-new-ai-assistant-now-included-in-ring-ex-at-no-b2odnq0unqtr.html</w:t>
        </w:r>
      </w:hyperlink>
      <w:r>
        <w:t xml:space="preserve"> - Details the comprehensive AI feature set, including real-time note-taking, conversation summaries, and writing and translation aids across different tiers (Core, Advanced, Ultra).</w:t>
      </w:r>
      <w:r/>
    </w:p>
    <w:p>
      <w:pPr>
        <w:pStyle w:val="ListNumber"/>
        <w:spacing w:line="240" w:lineRule="auto"/>
        <w:ind w:left="720"/>
      </w:pPr>
      <w:r/>
      <w:hyperlink r:id="rId11">
        <w:r>
          <w:rPr>
            <w:color w:val="0000EE"/>
            <w:u w:val="single"/>
          </w:rPr>
          <w:t>https://www.ringcentral.com/ringex.html</w:t>
        </w:r>
      </w:hyperlink>
      <w:r>
        <w:t xml:space="preserve"> - Supports the integration of the AI Assistant into RingEX for automating routine tasks such as capturing call notes, transcribing calls, and translating messages.</w:t>
      </w:r>
      <w:r/>
    </w:p>
    <w:p>
      <w:pPr>
        <w:pStyle w:val="ListNumber"/>
        <w:spacing w:line="240" w:lineRule="auto"/>
        <w:ind w:left="720"/>
      </w:pPr>
      <w:r/>
      <w:hyperlink r:id="rId12">
        <w:r>
          <w:rPr>
            <w:color w:val="0000EE"/>
            <w:u w:val="single"/>
          </w:rPr>
          <w:t>https://ir.ringcentral.com/news/press-release-details/2024/RingCentrals-New-AI-Assistant-Now-Included-in-RingEX-At-No-Additional-Cost/default.aspx</w:t>
        </w:r>
      </w:hyperlink>
      <w:r>
        <w:t xml:space="preserve"> - Confirms the AI Assistant's capabilities, including generating detailed real-time notes for phone calls, writing, polishing, and translating texts and chats.</w:t>
      </w:r>
      <w:r/>
    </w:p>
    <w:p>
      <w:pPr>
        <w:pStyle w:val="ListNumber"/>
        <w:spacing w:line="240" w:lineRule="auto"/>
        <w:ind w:left="720"/>
      </w:pPr>
      <w:r/>
      <w:hyperlink r:id="rId13">
        <w:r>
          <w:rPr>
            <w:color w:val="0000EE"/>
            <w:u w:val="single"/>
          </w:rPr>
          <w:t>https://www.ringcentral.com/ringex/ai-assistant.html</w:t>
        </w:r>
      </w:hyperlink>
      <w:r>
        <w:t xml:space="preserve"> - Details the AI Assistant's features such as capturing notes, translating messages, and crafting polished texts, and its impact on workflow productivity.</w:t>
      </w:r>
      <w:r/>
    </w:p>
    <w:p>
      <w:pPr>
        <w:pStyle w:val="ListNumber"/>
        <w:spacing w:line="240" w:lineRule="auto"/>
        <w:ind w:left="720"/>
      </w:pPr>
      <w:r/>
      <w:hyperlink r:id="rId10">
        <w:r>
          <w:rPr>
            <w:color w:val="0000EE"/>
            <w:u w:val="single"/>
          </w:rPr>
          <w:t>https://www.stocktitan.net/news/RNG/ring-central-s-new-ai-assistant-now-included-in-ring-ex-at-no-b2odnq0unqtr.html</w:t>
        </w:r>
      </w:hyperlink>
      <w:r>
        <w:t xml:space="preserve"> - Mentions RingCentral's recent strategic initiatives, including the expansion into India and the partnership with Zayo to enhance workforce productivity.</w:t>
      </w:r>
      <w:r/>
    </w:p>
    <w:p>
      <w:pPr>
        <w:pStyle w:val="ListNumber"/>
        <w:spacing w:line="240" w:lineRule="auto"/>
        <w:ind w:left="720"/>
      </w:pPr>
      <w:r/>
      <w:hyperlink r:id="rId14">
        <w:r>
          <w:rPr>
            <w:color w:val="0000EE"/>
            <w:u w:val="single"/>
          </w:rPr>
          <w:t>https://www.nojitter.com/ai-automation/no-jitter-roll-ringcentral-bundles-ai-assistant-moveworks-launches-agentic-ai-search</w:t>
        </w:r>
      </w:hyperlink>
      <w:r>
        <w:t xml:space="preserve"> - Supports the context of RingCentral's AI Assistant launch within the broader landscape of AI and automation in modern customer and business communications.</w:t>
      </w:r>
      <w:r/>
    </w:p>
    <w:p>
      <w:pPr>
        <w:pStyle w:val="ListNumber"/>
        <w:spacing w:line="240" w:lineRule="auto"/>
        <w:ind w:left="720"/>
      </w:pPr>
      <w:r/>
      <w:hyperlink r:id="rId10">
        <w:r>
          <w:rPr>
            <w:color w:val="0000EE"/>
            <w:u w:val="single"/>
          </w:rPr>
          <w:t>https://www.stocktitan.net/news/RNG/ring-central-s-new-ai-assistant-now-included-in-ring-ex-at-no-b2odnq0unqtr.html</w:t>
        </w:r>
      </w:hyperlink>
      <w:r>
        <w:t xml:space="preserve"> - Highlights Kira Makagon's statement on the transformative impact of the AI Assistant on modern business productivity and the company's commitment to secure, trusted infrastructure.</w:t>
      </w:r>
      <w:r/>
    </w:p>
    <w:p>
      <w:pPr>
        <w:pStyle w:val="ListNumber"/>
        <w:spacing w:line="240" w:lineRule="auto"/>
        <w:ind w:left="720"/>
      </w:pPr>
      <w:r/>
      <w:hyperlink r:id="rId10">
        <w:r>
          <w:rPr>
            <w:color w:val="0000EE"/>
            <w:u w:val="single"/>
          </w:rPr>
          <w:t>https://www.stocktitan.net/news/RNG/ring-central-s-new-ai-assistant-now-included-in-ring-ex-at-no-b2odnq0unqtr.html</w:t>
        </w:r>
      </w:hyperlink>
      <w:r>
        <w:t xml:space="preserve"> - Details the tiered feature rollout (Core, Advanced, Ultra) and the benefits of this strategy in driving upsells and maintaining broad accessibility.</w:t>
      </w:r>
      <w:r/>
    </w:p>
    <w:p>
      <w:pPr>
        <w:pStyle w:val="ListNumber"/>
        <w:spacing w:line="240" w:lineRule="auto"/>
        <w:ind w:left="720"/>
      </w:pPr>
      <w:r/>
      <w:hyperlink r:id="rId15">
        <w:r>
          <w:rPr>
            <w:color w:val="0000EE"/>
            <w:u w:val="single"/>
          </w:rPr>
          <w:t>https://www.uctoday.com/unified-communications/ringcentral-enhances-ringex-with-ai-assistant-to-boost-ucaas/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tocktitan.net/news/RNG/ring-central-s-new-ai-assistant-now-included-in-ring-ex-at-no-b2odnq0unqtr.html" TargetMode="External"/><Relationship Id="rId11" Type="http://schemas.openxmlformats.org/officeDocument/2006/relationships/hyperlink" Target="https://www.ringcentral.com/ringex.html" TargetMode="External"/><Relationship Id="rId12" Type="http://schemas.openxmlformats.org/officeDocument/2006/relationships/hyperlink" Target="https://ir.ringcentral.com/news/press-release-details/2024/RingCentrals-New-AI-Assistant-Now-Included-in-RingEX-At-No-Additional-Cost/default.aspx" TargetMode="External"/><Relationship Id="rId13" Type="http://schemas.openxmlformats.org/officeDocument/2006/relationships/hyperlink" Target="https://www.ringcentral.com/ringex/ai-assistant.html" TargetMode="External"/><Relationship Id="rId14" Type="http://schemas.openxmlformats.org/officeDocument/2006/relationships/hyperlink" Target="https://www.nojitter.com/ai-automation/no-jitter-roll-ringcentral-bundles-ai-assistant-moveworks-launches-agentic-ai-search" TargetMode="External"/><Relationship Id="rId15" Type="http://schemas.openxmlformats.org/officeDocument/2006/relationships/hyperlink" Target="https://www.uctoday.com/unified-communications/ringcentral-enhances-ringex-with-ai-assistant-to-boost-ucaa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